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26DD" w14:textId="77777777" w:rsidR="004E5DBD" w:rsidRDefault="00000000">
      <w:pPr>
        <w:pStyle w:val="1"/>
        <w:rPr>
          <w:lang w:eastAsia="ja-JP"/>
        </w:rPr>
      </w:pPr>
      <w:r>
        <w:rPr>
          <w:lang w:eastAsia="ja-JP"/>
        </w:rPr>
        <w:t>十二支キャラクター設定一覧（</w:t>
      </w:r>
      <w:r>
        <w:rPr>
          <w:lang w:eastAsia="ja-JP"/>
        </w:rPr>
        <w:t>PER</w:t>
      </w:r>
      <w:r>
        <w:rPr>
          <w:lang w:eastAsia="ja-JP"/>
        </w:rPr>
        <w:t>相性占い）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4E5DBD" w14:paraId="166AE401" w14:textId="77777777">
        <w:tc>
          <w:tcPr>
            <w:tcW w:w="1080" w:type="dxa"/>
          </w:tcPr>
          <w:p w14:paraId="41ACD230" w14:textId="77777777" w:rsidR="004E5DBD" w:rsidRDefault="00000000">
            <w:r>
              <w:rPr>
                <w:sz w:val="20"/>
              </w:rPr>
              <w:t>支</w:t>
            </w:r>
          </w:p>
        </w:tc>
        <w:tc>
          <w:tcPr>
            <w:tcW w:w="1080" w:type="dxa"/>
          </w:tcPr>
          <w:p w14:paraId="1E08567A" w14:textId="77777777" w:rsidR="004E5DBD" w:rsidRDefault="00000000">
            <w:r>
              <w:rPr>
                <w:sz w:val="20"/>
              </w:rPr>
              <w:t>動物</w:t>
            </w:r>
          </w:p>
        </w:tc>
        <w:tc>
          <w:tcPr>
            <w:tcW w:w="1080" w:type="dxa"/>
          </w:tcPr>
          <w:p w14:paraId="40EA5465" w14:textId="77777777" w:rsidR="004E5DBD" w:rsidRDefault="00000000">
            <w:r>
              <w:rPr>
                <w:sz w:val="20"/>
              </w:rPr>
              <w:t>蔵干</w:t>
            </w:r>
          </w:p>
        </w:tc>
        <w:tc>
          <w:tcPr>
            <w:tcW w:w="1080" w:type="dxa"/>
          </w:tcPr>
          <w:p w14:paraId="78B48ADE" w14:textId="77777777" w:rsidR="004E5DBD" w:rsidRDefault="00000000">
            <w:r>
              <w:rPr>
                <w:sz w:val="20"/>
              </w:rPr>
              <w:t>蔵干数</w:t>
            </w:r>
          </w:p>
        </w:tc>
        <w:tc>
          <w:tcPr>
            <w:tcW w:w="1080" w:type="dxa"/>
          </w:tcPr>
          <w:p w14:paraId="4140613B" w14:textId="77777777" w:rsidR="004E5DBD" w:rsidRDefault="00000000">
            <w:r>
              <w:rPr>
                <w:sz w:val="20"/>
              </w:rPr>
              <w:t>季節</w:t>
            </w:r>
          </w:p>
        </w:tc>
        <w:tc>
          <w:tcPr>
            <w:tcW w:w="1080" w:type="dxa"/>
          </w:tcPr>
          <w:p w14:paraId="5DDEF491" w14:textId="77777777" w:rsidR="004E5DBD" w:rsidRDefault="00000000">
            <w:r>
              <w:rPr>
                <w:sz w:val="20"/>
              </w:rPr>
              <w:t>時間帯</w:t>
            </w:r>
          </w:p>
        </w:tc>
        <w:tc>
          <w:tcPr>
            <w:tcW w:w="1080" w:type="dxa"/>
          </w:tcPr>
          <w:p w14:paraId="4D593A3D" w14:textId="77777777" w:rsidR="004E5DBD" w:rsidRDefault="00000000">
            <w:r>
              <w:rPr>
                <w:sz w:val="20"/>
              </w:rPr>
              <w:t>体格・性格</w:t>
            </w:r>
          </w:p>
        </w:tc>
        <w:tc>
          <w:tcPr>
            <w:tcW w:w="1080" w:type="dxa"/>
          </w:tcPr>
          <w:p w14:paraId="731C0EA6" w14:textId="77777777" w:rsidR="004E5DBD" w:rsidRDefault="00000000">
            <w:r>
              <w:rPr>
                <w:sz w:val="20"/>
              </w:rPr>
              <w:t>モチーフ</w:t>
            </w:r>
          </w:p>
        </w:tc>
      </w:tr>
      <w:tr w:rsidR="004E5DBD" w14:paraId="43C0B300" w14:textId="77777777">
        <w:tc>
          <w:tcPr>
            <w:tcW w:w="1080" w:type="dxa"/>
          </w:tcPr>
          <w:p w14:paraId="1DB9AAD8" w14:textId="77777777" w:rsidR="004E5DBD" w:rsidRDefault="00000000">
            <w:r>
              <w:rPr>
                <w:sz w:val="20"/>
              </w:rPr>
              <w:t>子</w:t>
            </w:r>
          </w:p>
        </w:tc>
        <w:tc>
          <w:tcPr>
            <w:tcW w:w="1080" w:type="dxa"/>
          </w:tcPr>
          <w:p w14:paraId="76DBE7F3" w14:textId="77777777" w:rsidR="004E5DBD" w:rsidRDefault="00000000">
            <w:r>
              <w:rPr>
                <w:sz w:val="20"/>
              </w:rPr>
              <w:t>ねずみ</w:t>
            </w:r>
          </w:p>
        </w:tc>
        <w:tc>
          <w:tcPr>
            <w:tcW w:w="1080" w:type="dxa"/>
          </w:tcPr>
          <w:p w14:paraId="6D5E3A0E" w14:textId="77777777" w:rsidR="004E5DBD" w:rsidRDefault="00000000">
            <w:r>
              <w:rPr>
                <w:sz w:val="20"/>
              </w:rPr>
              <w:t>癸</w:t>
            </w:r>
          </w:p>
        </w:tc>
        <w:tc>
          <w:tcPr>
            <w:tcW w:w="1080" w:type="dxa"/>
          </w:tcPr>
          <w:p w14:paraId="52E610C3" w14:textId="77777777" w:rsidR="004E5DBD" w:rsidRDefault="00000000">
            <w:r>
              <w:rPr>
                <w:sz w:val="20"/>
              </w:rPr>
              <w:t>1</w:t>
            </w:r>
          </w:p>
        </w:tc>
        <w:tc>
          <w:tcPr>
            <w:tcW w:w="1080" w:type="dxa"/>
          </w:tcPr>
          <w:p w14:paraId="5F1DF569" w14:textId="77777777" w:rsidR="004E5DBD" w:rsidRDefault="00000000">
            <w:r>
              <w:rPr>
                <w:sz w:val="20"/>
              </w:rPr>
              <w:t>12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1B5C9E8E" w14:textId="77777777" w:rsidR="004E5DBD" w:rsidRDefault="00000000">
            <w:r>
              <w:rPr>
                <w:sz w:val="20"/>
              </w:rPr>
              <w:t>23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4B3B6628" w14:textId="77777777" w:rsidR="004E5DBD" w:rsidRDefault="00000000">
            <w:r>
              <w:rPr>
                <w:sz w:val="20"/>
              </w:rPr>
              <w:t>小柄・すばしこい</w:t>
            </w:r>
          </w:p>
        </w:tc>
        <w:tc>
          <w:tcPr>
            <w:tcW w:w="1080" w:type="dxa"/>
          </w:tcPr>
          <w:p w14:paraId="40CAEBB1" w14:textId="77777777" w:rsidR="004E5DBD" w:rsidRDefault="00000000">
            <w:r>
              <w:rPr>
                <w:sz w:val="20"/>
              </w:rPr>
              <w:t>目に水の光（癸）</w:t>
            </w:r>
          </w:p>
        </w:tc>
      </w:tr>
      <w:tr w:rsidR="004E5DBD" w14:paraId="193363FB" w14:textId="77777777">
        <w:tc>
          <w:tcPr>
            <w:tcW w:w="1080" w:type="dxa"/>
          </w:tcPr>
          <w:p w14:paraId="529FEEB3" w14:textId="77777777" w:rsidR="004E5DBD" w:rsidRDefault="00000000">
            <w:r>
              <w:rPr>
                <w:sz w:val="20"/>
              </w:rPr>
              <w:t>丑</w:t>
            </w:r>
          </w:p>
        </w:tc>
        <w:tc>
          <w:tcPr>
            <w:tcW w:w="1080" w:type="dxa"/>
          </w:tcPr>
          <w:p w14:paraId="5C9531DA" w14:textId="77777777" w:rsidR="004E5DBD" w:rsidRDefault="00000000">
            <w:r>
              <w:rPr>
                <w:sz w:val="20"/>
              </w:rPr>
              <w:t>うし</w:t>
            </w:r>
          </w:p>
        </w:tc>
        <w:tc>
          <w:tcPr>
            <w:tcW w:w="1080" w:type="dxa"/>
          </w:tcPr>
          <w:p w14:paraId="62A65674" w14:textId="77777777" w:rsidR="004E5DBD" w:rsidRDefault="00000000">
            <w:r>
              <w:rPr>
                <w:sz w:val="20"/>
              </w:rPr>
              <w:t>己・癸・辛</w:t>
            </w:r>
          </w:p>
        </w:tc>
        <w:tc>
          <w:tcPr>
            <w:tcW w:w="1080" w:type="dxa"/>
          </w:tcPr>
          <w:p w14:paraId="224F8D50" w14:textId="77777777" w:rsidR="004E5DBD" w:rsidRDefault="00000000"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60ED027D" w14:textId="77777777" w:rsidR="004E5DBD" w:rsidRDefault="00000000">
            <w:r>
              <w:rPr>
                <w:sz w:val="20"/>
              </w:rPr>
              <w:t>1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7F8559BC" w14:textId="77777777" w:rsidR="004E5DBD" w:rsidRDefault="00000000">
            <w:r>
              <w:rPr>
                <w:sz w:val="20"/>
              </w:rPr>
              <w:t>1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39D089D1" w14:textId="77777777" w:rsidR="004E5DBD" w:rsidRDefault="00000000">
            <w:r>
              <w:rPr>
                <w:sz w:val="20"/>
              </w:rPr>
              <w:t>大柄・重厚感</w:t>
            </w:r>
          </w:p>
        </w:tc>
        <w:tc>
          <w:tcPr>
            <w:tcW w:w="1080" w:type="dxa"/>
          </w:tcPr>
          <w:p w14:paraId="1043EEF8" w14:textId="77777777" w:rsidR="004E5DBD" w:rsidRDefault="00000000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背に畑模様（己）＋氷角（癓）＋金鈴（辛）</w:t>
            </w:r>
          </w:p>
        </w:tc>
      </w:tr>
      <w:tr w:rsidR="004E5DBD" w14:paraId="7A28BE18" w14:textId="77777777">
        <w:tc>
          <w:tcPr>
            <w:tcW w:w="1080" w:type="dxa"/>
          </w:tcPr>
          <w:p w14:paraId="638F5D63" w14:textId="77777777" w:rsidR="004E5DBD" w:rsidRDefault="00000000">
            <w:r>
              <w:rPr>
                <w:sz w:val="20"/>
              </w:rPr>
              <w:t>寅</w:t>
            </w:r>
          </w:p>
        </w:tc>
        <w:tc>
          <w:tcPr>
            <w:tcW w:w="1080" w:type="dxa"/>
          </w:tcPr>
          <w:p w14:paraId="0DFE8A91" w14:textId="77777777" w:rsidR="004E5DBD" w:rsidRDefault="00000000">
            <w:r>
              <w:rPr>
                <w:sz w:val="20"/>
              </w:rPr>
              <w:t>とら</w:t>
            </w:r>
          </w:p>
        </w:tc>
        <w:tc>
          <w:tcPr>
            <w:tcW w:w="1080" w:type="dxa"/>
          </w:tcPr>
          <w:p w14:paraId="791689DB" w14:textId="77777777" w:rsidR="004E5DBD" w:rsidRDefault="00000000">
            <w:r>
              <w:rPr>
                <w:sz w:val="20"/>
              </w:rPr>
              <w:t>甲・丙・戊</w:t>
            </w:r>
          </w:p>
        </w:tc>
        <w:tc>
          <w:tcPr>
            <w:tcW w:w="1080" w:type="dxa"/>
          </w:tcPr>
          <w:p w14:paraId="70B384B3" w14:textId="77777777" w:rsidR="004E5DBD" w:rsidRDefault="00000000"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31F6C7D5" w14:textId="77777777" w:rsidR="004E5DBD" w:rsidRDefault="00000000">
            <w:r>
              <w:rPr>
                <w:sz w:val="20"/>
              </w:rPr>
              <w:t>2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635CF325" w14:textId="77777777" w:rsidR="004E5DBD" w:rsidRDefault="00000000">
            <w:r>
              <w:rPr>
                <w:sz w:val="20"/>
              </w:rPr>
              <w:t>3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7FE8B831" w14:textId="77777777" w:rsidR="004E5DBD" w:rsidRDefault="00000000">
            <w:r>
              <w:rPr>
                <w:sz w:val="20"/>
              </w:rPr>
              <w:t>大柄・筋肉質</w:t>
            </w:r>
          </w:p>
        </w:tc>
        <w:tc>
          <w:tcPr>
            <w:tcW w:w="1080" w:type="dxa"/>
          </w:tcPr>
          <w:p w14:paraId="1DEF2345" w14:textId="77777777" w:rsidR="004E5DBD" w:rsidRDefault="00000000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瞳に炎（丙）＋葉の縞（甲）＋爪が岩質（戊）</w:t>
            </w:r>
          </w:p>
        </w:tc>
      </w:tr>
      <w:tr w:rsidR="004E5DBD" w14:paraId="762DCDED" w14:textId="77777777">
        <w:tc>
          <w:tcPr>
            <w:tcW w:w="1080" w:type="dxa"/>
          </w:tcPr>
          <w:p w14:paraId="0811891F" w14:textId="77777777" w:rsidR="004E5DBD" w:rsidRDefault="00000000">
            <w:r>
              <w:rPr>
                <w:sz w:val="20"/>
              </w:rPr>
              <w:t>卯</w:t>
            </w:r>
          </w:p>
        </w:tc>
        <w:tc>
          <w:tcPr>
            <w:tcW w:w="1080" w:type="dxa"/>
          </w:tcPr>
          <w:p w14:paraId="23C61B0B" w14:textId="77777777" w:rsidR="004E5DBD" w:rsidRDefault="00000000">
            <w:r>
              <w:rPr>
                <w:sz w:val="20"/>
              </w:rPr>
              <w:t>うさぎ</w:t>
            </w:r>
          </w:p>
        </w:tc>
        <w:tc>
          <w:tcPr>
            <w:tcW w:w="1080" w:type="dxa"/>
          </w:tcPr>
          <w:p w14:paraId="020831FE" w14:textId="77777777" w:rsidR="004E5DBD" w:rsidRDefault="00000000">
            <w:r>
              <w:rPr>
                <w:sz w:val="20"/>
              </w:rPr>
              <w:t>乙</w:t>
            </w:r>
          </w:p>
        </w:tc>
        <w:tc>
          <w:tcPr>
            <w:tcW w:w="1080" w:type="dxa"/>
          </w:tcPr>
          <w:p w14:paraId="0F728B35" w14:textId="77777777" w:rsidR="004E5DBD" w:rsidRDefault="00000000">
            <w:r>
              <w:rPr>
                <w:sz w:val="20"/>
              </w:rPr>
              <w:t>1</w:t>
            </w:r>
          </w:p>
        </w:tc>
        <w:tc>
          <w:tcPr>
            <w:tcW w:w="1080" w:type="dxa"/>
          </w:tcPr>
          <w:p w14:paraId="385330FF" w14:textId="77777777" w:rsidR="004E5DBD" w:rsidRDefault="00000000">
            <w:r>
              <w:rPr>
                <w:sz w:val="20"/>
              </w:rPr>
              <w:t>3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6A8B6EB7" w14:textId="77777777" w:rsidR="004E5DBD" w:rsidRDefault="00000000">
            <w:r>
              <w:rPr>
                <w:sz w:val="20"/>
              </w:rPr>
              <w:t>5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022358A5" w14:textId="77777777" w:rsidR="004E5DBD" w:rsidRDefault="00000000">
            <w:r>
              <w:rPr>
                <w:sz w:val="20"/>
              </w:rPr>
              <w:t>小柄・しなやか</w:t>
            </w:r>
          </w:p>
        </w:tc>
        <w:tc>
          <w:tcPr>
            <w:tcW w:w="1080" w:type="dxa"/>
          </w:tcPr>
          <w:p w14:paraId="210C7694" w14:textId="77777777" w:rsidR="004E5DBD" w:rsidRDefault="00000000">
            <w:r>
              <w:rPr>
                <w:sz w:val="20"/>
              </w:rPr>
              <w:t>耳に若葉模様（乙）</w:t>
            </w:r>
          </w:p>
        </w:tc>
      </w:tr>
      <w:tr w:rsidR="004E5DBD" w14:paraId="6531BDE0" w14:textId="77777777">
        <w:tc>
          <w:tcPr>
            <w:tcW w:w="1080" w:type="dxa"/>
          </w:tcPr>
          <w:p w14:paraId="5641FCD9" w14:textId="77777777" w:rsidR="004E5DBD" w:rsidRDefault="00000000">
            <w:r>
              <w:rPr>
                <w:sz w:val="20"/>
              </w:rPr>
              <w:t>辰</w:t>
            </w:r>
          </w:p>
        </w:tc>
        <w:tc>
          <w:tcPr>
            <w:tcW w:w="1080" w:type="dxa"/>
          </w:tcPr>
          <w:p w14:paraId="3C8E057F" w14:textId="77777777" w:rsidR="004E5DBD" w:rsidRDefault="00000000">
            <w:r>
              <w:rPr>
                <w:sz w:val="20"/>
              </w:rPr>
              <w:t>りゅう</w:t>
            </w:r>
          </w:p>
        </w:tc>
        <w:tc>
          <w:tcPr>
            <w:tcW w:w="1080" w:type="dxa"/>
          </w:tcPr>
          <w:p w14:paraId="2F75ABDC" w14:textId="77777777" w:rsidR="004E5DBD" w:rsidRDefault="00000000">
            <w:r>
              <w:rPr>
                <w:sz w:val="20"/>
              </w:rPr>
              <w:t>戊・乙・癸</w:t>
            </w:r>
          </w:p>
        </w:tc>
        <w:tc>
          <w:tcPr>
            <w:tcW w:w="1080" w:type="dxa"/>
          </w:tcPr>
          <w:p w14:paraId="504EDEC7" w14:textId="77777777" w:rsidR="004E5DBD" w:rsidRDefault="00000000"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7CC5598C" w14:textId="77777777" w:rsidR="004E5DBD" w:rsidRDefault="00000000">
            <w:r>
              <w:rPr>
                <w:sz w:val="20"/>
              </w:rPr>
              <w:t>4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3A094739" w14:textId="77777777" w:rsidR="004E5DBD" w:rsidRDefault="00000000">
            <w:r>
              <w:rPr>
                <w:sz w:val="20"/>
              </w:rPr>
              <w:t>7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10FE16D3" w14:textId="77777777" w:rsidR="004E5DBD" w:rsidRDefault="00000000">
            <w:r>
              <w:rPr>
                <w:sz w:val="20"/>
              </w:rPr>
              <w:t>大柄・神秘的</w:t>
            </w:r>
          </w:p>
        </w:tc>
        <w:tc>
          <w:tcPr>
            <w:tcW w:w="1080" w:type="dxa"/>
          </w:tcPr>
          <w:p w14:paraId="7EBE4A35" w14:textId="77777777" w:rsidR="004E5DBD" w:rsidRDefault="00000000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雲＋葉＋水紋（戊・乙・癸）</w:t>
            </w:r>
          </w:p>
        </w:tc>
      </w:tr>
      <w:tr w:rsidR="004E5DBD" w14:paraId="2C2FF9A1" w14:textId="77777777">
        <w:tc>
          <w:tcPr>
            <w:tcW w:w="1080" w:type="dxa"/>
          </w:tcPr>
          <w:p w14:paraId="404E267F" w14:textId="77777777" w:rsidR="004E5DBD" w:rsidRDefault="00000000">
            <w:r>
              <w:rPr>
                <w:sz w:val="20"/>
              </w:rPr>
              <w:t>巳</w:t>
            </w:r>
          </w:p>
        </w:tc>
        <w:tc>
          <w:tcPr>
            <w:tcW w:w="1080" w:type="dxa"/>
          </w:tcPr>
          <w:p w14:paraId="1127B41A" w14:textId="77777777" w:rsidR="004E5DBD" w:rsidRDefault="00000000">
            <w:r>
              <w:rPr>
                <w:sz w:val="20"/>
              </w:rPr>
              <w:t>へび</w:t>
            </w:r>
          </w:p>
        </w:tc>
        <w:tc>
          <w:tcPr>
            <w:tcW w:w="1080" w:type="dxa"/>
          </w:tcPr>
          <w:p w14:paraId="3B34F461" w14:textId="77777777" w:rsidR="004E5DBD" w:rsidRDefault="00000000">
            <w:r>
              <w:rPr>
                <w:sz w:val="20"/>
              </w:rPr>
              <w:t>丙・庚・戊</w:t>
            </w:r>
          </w:p>
        </w:tc>
        <w:tc>
          <w:tcPr>
            <w:tcW w:w="1080" w:type="dxa"/>
          </w:tcPr>
          <w:p w14:paraId="79900A25" w14:textId="77777777" w:rsidR="004E5DBD" w:rsidRDefault="00000000"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25E236A3" w14:textId="77777777" w:rsidR="004E5DBD" w:rsidRDefault="00000000">
            <w:r>
              <w:rPr>
                <w:sz w:val="20"/>
              </w:rPr>
              <w:t>5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7256D52B" w14:textId="77777777" w:rsidR="004E5DBD" w:rsidRDefault="00000000">
            <w:r>
              <w:rPr>
                <w:sz w:val="20"/>
              </w:rPr>
              <w:t>9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11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083CB72E" w14:textId="77777777" w:rsidR="004E5DBD" w:rsidRDefault="00000000">
            <w:r>
              <w:rPr>
                <w:sz w:val="20"/>
              </w:rPr>
              <w:t>中〜大・知的</w:t>
            </w:r>
          </w:p>
        </w:tc>
        <w:tc>
          <w:tcPr>
            <w:tcW w:w="1080" w:type="dxa"/>
          </w:tcPr>
          <w:p w14:paraId="1C4C0A33" w14:textId="77777777" w:rsidR="004E5DBD" w:rsidRDefault="00000000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瞳に炎（丙）＋舌に刃（庚）＋鱗に岩質（戊）</w:t>
            </w:r>
          </w:p>
        </w:tc>
      </w:tr>
      <w:tr w:rsidR="004E5DBD" w14:paraId="027C00F1" w14:textId="77777777">
        <w:tc>
          <w:tcPr>
            <w:tcW w:w="1080" w:type="dxa"/>
          </w:tcPr>
          <w:p w14:paraId="47886AAE" w14:textId="77777777" w:rsidR="004E5DBD" w:rsidRDefault="00000000">
            <w:r>
              <w:rPr>
                <w:sz w:val="20"/>
              </w:rPr>
              <w:t>午</w:t>
            </w:r>
          </w:p>
        </w:tc>
        <w:tc>
          <w:tcPr>
            <w:tcW w:w="1080" w:type="dxa"/>
          </w:tcPr>
          <w:p w14:paraId="57718334" w14:textId="77777777" w:rsidR="004E5DBD" w:rsidRDefault="00000000">
            <w:r>
              <w:rPr>
                <w:sz w:val="20"/>
              </w:rPr>
              <w:t>うま</w:t>
            </w:r>
          </w:p>
        </w:tc>
        <w:tc>
          <w:tcPr>
            <w:tcW w:w="1080" w:type="dxa"/>
          </w:tcPr>
          <w:p w14:paraId="38C3549B" w14:textId="77777777" w:rsidR="004E5DBD" w:rsidRDefault="00000000">
            <w:r>
              <w:rPr>
                <w:sz w:val="20"/>
              </w:rPr>
              <w:t>丁・己</w:t>
            </w:r>
          </w:p>
        </w:tc>
        <w:tc>
          <w:tcPr>
            <w:tcW w:w="1080" w:type="dxa"/>
          </w:tcPr>
          <w:p w14:paraId="38919BAC" w14:textId="77777777" w:rsidR="004E5DBD" w:rsidRDefault="00000000">
            <w:r>
              <w:rPr>
                <w:sz w:val="20"/>
              </w:rPr>
              <w:t>2</w:t>
            </w:r>
          </w:p>
        </w:tc>
        <w:tc>
          <w:tcPr>
            <w:tcW w:w="1080" w:type="dxa"/>
          </w:tcPr>
          <w:p w14:paraId="450DD566" w14:textId="77777777" w:rsidR="004E5DBD" w:rsidRDefault="00000000">
            <w:r>
              <w:rPr>
                <w:sz w:val="20"/>
              </w:rPr>
              <w:t>6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3EC08192" w14:textId="77777777" w:rsidR="004E5DBD" w:rsidRDefault="00000000">
            <w:r>
              <w:rPr>
                <w:sz w:val="20"/>
              </w:rPr>
              <w:t>11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13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7A379DDE" w14:textId="77777777" w:rsidR="004E5DBD" w:rsidRDefault="00000000">
            <w:r>
              <w:rPr>
                <w:sz w:val="20"/>
              </w:rPr>
              <w:t>中〜大・躍動的</w:t>
            </w:r>
          </w:p>
        </w:tc>
        <w:tc>
          <w:tcPr>
            <w:tcW w:w="1080" w:type="dxa"/>
          </w:tcPr>
          <w:p w14:paraId="42B05A10" w14:textId="77777777" w:rsidR="004E5DBD" w:rsidRDefault="00000000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たてがみに火（丁）＋足に土（己）</w:t>
            </w:r>
          </w:p>
        </w:tc>
      </w:tr>
      <w:tr w:rsidR="004E5DBD" w14:paraId="3605D80E" w14:textId="77777777">
        <w:tc>
          <w:tcPr>
            <w:tcW w:w="1080" w:type="dxa"/>
          </w:tcPr>
          <w:p w14:paraId="6A3CCAF5" w14:textId="77777777" w:rsidR="004E5DBD" w:rsidRDefault="00000000">
            <w:r>
              <w:rPr>
                <w:sz w:val="20"/>
              </w:rPr>
              <w:t>未</w:t>
            </w:r>
          </w:p>
        </w:tc>
        <w:tc>
          <w:tcPr>
            <w:tcW w:w="1080" w:type="dxa"/>
          </w:tcPr>
          <w:p w14:paraId="3942F5B1" w14:textId="77777777" w:rsidR="004E5DBD" w:rsidRDefault="00000000">
            <w:r>
              <w:rPr>
                <w:sz w:val="20"/>
              </w:rPr>
              <w:t>ひつじ</w:t>
            </w:r>
          </w:p>
        </w:tc>
        <w:tc>
          <w:tcPr>
            <w:tcW w:w="1080" w:type="dxa"/>
          </w:tcPr>
          <w:p w14:paraId="58D86C3A" w14:textId="77777777" w:rsidR="004E5DBD" w:rsidRDefault="00000000">
            <w:r>
              <w:rPr>
                <w:sz w:val="20"/>
              </w:rPr>
              <w:t>己・乙・丁</w:t>
            </w:r>
          </w:p>
        </w:tc>
        <w:tc>
          <w:tcPr>
            <w:tcW w:w="1080" w:type="dxa"/>
          </w:tcPr>
          <w:p w14:paraId="01BCE09D" w14:textId="77777777" w:rsidR="004E5DBD" w:rsidRDefault="00000000"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46019DF5" w14:textId="77777777" w:rsidR="004E5DBD" w:rsidRDefault="00000000">
            <w:r>
              <w:rPr>
                <w:sz w:val="20"/>
              </w:rPr>
              <w:t>7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47159F51" w14:textId="77777777" w:rsidR="004E5DBD" w:rsidRDefault="00000000">
            <w:r>
              <w:rPr>
                <w:sz w:val="20"/>
              </w:rPr>
              <w:t>13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15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238DB2B4" w14:textId="77777777" w:rsidR="004E5DBD" w:rsidRDefault="00000000">
            <w:r>
              <w:rPr>
                <w:sz w:val="20"/>
              </w:rPr>
              <w:t>大柄・柔らか</w:t>
            </w:r>
          </w:p>
        </w:tc>
        <w:tc>
          <w:tcPr>
            <w:tcW w:w="1080" w:type="dxa"/>
          </w:tcPr>
          <w:p w14:paraId="0E0D79C9" w14:textId="77777777" w:rsidR="004E5DBD" w:rsidRDefault="00000000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毛並みに草（乙）＋角に土（己）＋瞳に灯（丁）</w:t>
            </w:r>
          </w:p>
        </w:tc>
      </w:tr>
      <w:tr w:rsidR="004E5DBD" w14:paraId="47657EAF" w14:textId="77777777">
        <w:tc>
          <w:tcPr>
            <w:tcW w:w="1080" w:type="dxa"/>
          </w:tcPr>
          <w:p w14:paraId="193E683B" w14:textId="77777777" w:rsidR="004E5DBD" w:rsidRDefault="00000000">
            <w:r>
              <w:rPr>
                <w:sz w:val="20"/>
              </w:rPr>
              <w:t>申</w:t>
            </w:r>
          </w:p>
        </w:tc>
        <w:tc>
          <w:tcPr>
            <w:tcW w:w="1080" w:type="dxa"/>
          </w:tcPr>
          <w:p w14:paraId="0A315C6E" w14:textId="77777777" w:rsidR="004E5DBD" w:rsidRDefault="00000000">
            <w:r>
              <w:rPr>
                <w:sz w:val="20"/>
              </w:rPr>
              <w:t>さる</w:t>
            </w:r>
          </w:p>
        </w:tc>
        <w:tc>
          <w:tcPr>
            <w:tcW w:w="1080" w:type="dxa"/>
          </w:tcPr>
          <w:p w14:paraId="22B395E5" w14:textId="77777777" w:rsidR="004E5DBD" w:rsidRDefault="00000000">
            <w:r>
              <w:rPr>
                <w:sz w:val="20"/>
              </w:rPr>
              <w:t>庚・壬・戊</w:t>
            </w:r>
          </w:p>
        </w:tc>
        <w:tc>
          <w:tcPr>
            <w:tcW w:w="1080" w:type="dxa"/>
          </w:tcPr>
          <w:p w14:paraId="5E8A32EE" w14:textId="77777777" w:rsidR="004E5DBD" w:rsidRDefault="00000000"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76D0ABE6" w14:textId="77777777" w:rsidR="004E5DBD" w:rsidRDefault="00000000">
            <w:r>
              <w:rPr>
                <w:sz w:val="20"/>
              </w:rPr>
              <w:t>8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3E5F95C9" w14:textId="77777777" w:rsidR="004E5DBD" w:rsidRDefault="00000000">
            <w:r>
              <w:rPr>
                <w:sz w:val="20"/>
              </w:rPr>
              <w:t>15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17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740203FA" w14:textId="77777777" w:rsidR="004E5DBD" w:rsidRDefault="00000000">
            <w:r>
              <w:rPr>
                <w:sz w:val="20"/>
              </w:rPr>
              <w:t>大柄・活発</w:t>
            </w:r>
          </w:p>
        </w:tc>
        <w:tc>
          <w:tcPr>
            <w:tcW w:w="1080" w:type="dxa"/>
          </w:tcPr>
          <w:p w14:paraId="0C5F845C" w14:textId="77777777" w:rsidR="004E5DBD" w:rsidRDefault="00000000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額に金（庚）＋尾に水（壬）＋飾りに岩（戊）</w:t>
            </w:r>
          </w:p>
        </w:tc>
      </w:tr>
      <w:tr w:rsidR="004E5DBD" w14:paraId="480BFC75" w14:textId="77777777">
        <w:tc>
          <w:tcPr>
            <w:tcW w:w="1080" w:type="dxa"/>
          </w:tcPr>
          <w:p w14:paraId="1BB9E16F" w14:textId="77777777" w:rsidR="004E5DBD" w:rsidRDefault="00000000">
            <w:r>
              <w:rPr>
                <w:sz w:val="20"/>
              </w:rPr>
              <w:lastRenderedPageBreak/>
              <w:t>酉</w:t>
            </w:r>
          </w:p>
        </w:tc>
        <w:tc>
          <w:tcPr>
            <w:tcW w:w="1080" w:type="dxa"/>
          </w:tcPr>
          <w:p w14:paraId="450A1B58" w14:textId="77777777" w:rsidR="004E5DBD" w:rsidRDefault="00000000">
            <w:r>
              <w:rPr>
                <w:sz w:val="20"/>
              </w:rPr>
              <w:t>にわとり</w:t>
            </w:r>
          </w:p>
        </w:tc>
        <w:tc>
          <w:tcPr>
            <w:tcW w:w="1080" w:type="dxa"/>
          </w:tcPr>
          <w:p w14:paraId="2FC7C567" w14:textId="77777777" w:rsidR="004E5DBD" w:rsidRDefault="00000000">
            <w:r>
              <w:rPr>
                <w:sz w:val="20"/>
              </w:rPr>
              <w:t>辛</w:t>
            </w:r>
          </w:p>
        </w:tc>
        <w:tc>
          <w:tcPr>
            <w:tcW w:w="1080" w:type="dxa"/>
          </w:tcPr>
          <w:p w14:paraId="1DECD05E" w14:textId="77777777" w:rsidR="004E5DBD" w:rsidRDefault="00000000">
            <w:r>
              <w:rPr>
                <w:sz w:val="20"/>
              </w:rPr>
              <w:t>1</w:t>
            </w:r>
          </w:p>
        </w:tc>
        <w:tc>
          <w:tcPr>
            <w:tcW w:w="1080" w:type="dxa"/>
          </w:tcPr>
          <w:p w14:paraId="210278B9" w14:textId="77777777" w:rsidR="004E5DBD" w:rsidRDefault="00000000">
            <w:r>
              <w:rPr>
                <w:sz w:val="20"/>
              </w:rPr>
              <w:t>9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76DE0B20" w14:textId="77777777" w:rsidR="004E5DBD" w:rsidRDefault="00000000">
            <w:r>
              <w:rPr>
                <w:sz w:val="20"/>
              </w:rPr>
              <w:t>17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19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3F5DB420" w14:textId="77777777" w:rsidR="004E5DBD" w:rsidRDefault="00000000">
            <w:r>
              <w:rPr>
                <w:sz w:val="20"/>
              </w:rPr>
              <w:t>小柄・シャープ</w:t>
            </w:r>
          </w:p>
        </w:tc>
        <w:tc>
          <w:tcPr>
            <w:tcW w:w="1080" w:type="dxa"/>
          </w:tcPr>
          <w:p w14:paraId="08D3FFE0" w14:textId="77777777" w:rsidR="004E5DBD" w:rsidRDefault="00000000">
            <w:r>
              <w:rPr>
                <w:sz w:val="20"/>
              </w:rPr>
              <w:t>羽根が宝石色（辛）</w:t>
            </w:r>
          </w:p>
        </w:tc>
      </w:tr>
      <w:tr w:rsidR="004E5DBD" w14:paraId="5692A0DC" w14:textId="77777777">
        <w:tc>
          <w:tcPr>
            <w:tcW w:w="1080" w:type="dxa"/>
          </w:tcPr>
          <w:p w14:paraId="0EE0E44E" w14:textId="77777777" w:rsidR="004E5DBD" w:rsidRDefault="00000000">
            <w:r>
              <w:rPr>
                <w:sz w:val="20"/>
              </w:rPr>
              <w:t>戌</w:t>
            </w:r>
          </w:p>
        </w:tc>
        <w:tc>
          <w:tcPr>
            <w:tcW w:w="1080" w:type="dxa"/>
          </w:tcPr>
          <w:p w14:paraId="64A348F8" w14:textId="77777777" w:rsidR="004E5DBD" w:rsidRDefault="00000000">
            <w:r>
              <w:rPr>
                <w:sz w:val="20"/>
              </w:rPr>
              <w:t>いぬ</w:t>
            </w:r>
          </w:p>
        </w:tc>
        <w:tc>
          <w:tcPr>
            <w:tcW w:w="1080" w:type="dxa"/>
          </w:tcPr>
          <w:p w14:paraId="67333A9E" w14:textId="77777777" w:rsidR="004E5DBD" w:rsidRDefault="00000000">
            <w:r>
              <w:rPr>
                <w:sz w:val="20"/>
              </w:rPr>
              <w:t>戊・丁・辛</w:t>
            </w:r>
          </w:p>
        </w:tc>
        <w:tc>
          <w:tcPr>
            <w:tcW w:w="1080" w:type="dxa"/>
          </w:tcPr>
          <w:p w14:paraId="335CA826" w14:textId="77777777" w:rsidR="004E5DBD" w:rsidRDefault="00000000"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04AB911A" w14:textId="77777777" w:rsidR="004E5DBD" w:rsidRDefault="00000000">
            <w:r>
              <w:rPr>
                <w:sz w:val="20"/>
              </w:rPr>
              <w:t>10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44EA3703" w14:textId="77777777" w:rsidR="004E5DBD" w:rsidRDefault="00000000">
            <w:r>
              <w:rPr>
                <w:sz w:val="20"/>
              </w:rPr>
              <w:t>19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21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684D3A24" w14:textId="77777777" w:rsidR="004E5DBD" w:rsidRDefault="00000000">
            <w:r>
              <w:rPr>
                <w:sz w:val="20"/>
              </w:rPr>
              <w:t>大柄・守護者</w:t>
            </w:r>
          </w:p>
        </w:tc>
        <w:tc>
          <w:tcPr>
            <w:tcW w:w="1080" w:type="dxa"/>
          </w:tcPr>
          <w:p w14:paraId="75BC5EED" w14:textId="77777777" w:rsidR="004E5DBD" w:rsidRDefault="00000000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首輪に火（丁）＋毛に岩（戊）＋瞳に金（辛）</w:t>
            </w:r>
          </w:p>
        </w:tc>
      </w:tr>
      <w:tr w:rsidR="004E5DBD" w14:paraId="2B16762C" w14:textId="77777777">
        <w:tc>
          <w:tcPr>
            <w:tcW w:w="1080" w:type="dxa"/>
          </w:tcPr>
          <w:p w14:paraId="5231EE04" w14:textId="77777777" w:rsidR="004E5DBD" w:rsidRDefault="00000000">
            <w:r>
              <w:rPr>
                <w:sz w:val="20"/>
              </w:rPr>
              <w:t>亥</w:t>
            </w:r>
          </w:p>
        </w:tc>
        <w:tc>
          <w:tcPr>
            <w:tcW w:w="1080" w:type="dxa"/>
          </w:tcPr>
          <w:p w14:paraId="6084DDFA" w14:textId="77777777" w:rsidR="004E5DBD" w:rsidRDefault="00000000">
            <w:r>
              <w:rPr>
                <w:sz w:val="20"/>
              </w:rPr>
              <w:t>いのしし</w:t>
            </w:r>
          </w:p>
        </w:tc>
        <w:tc>
          <w:tcPr>
            <w:tcW w:w="1080" w:type="dxa"/>
          </w:tcPr>
          <w:p w14:paraId="6444A772" w14:textId="77777777" w:rsidR="004E5DBD" w:rsidRDefault="00000000">
            <w:r>
              <w:rPr>
                <w:sz w:val="20"/>
              </w:rPr>
              <w:t>壬・甲</w:t>
            </w:r>
          </w:p>
        </w:tc>
        <w:tc>
          <w:tcPr>
            <w:tcW w:w="1080" w:type="dxa"/>
          </w:tcPr>
          <w:p w14:paraId="38D8A245" w14:textId="77777777" w:rsidR="004E5DBD" w:rsidRDefault="00000000">
            <w:r>
              <w:rPr>
                <w:sz w:val="20"/>
              </w:rPr>
              <w:t>2</w:t>
            </w:r>
          </w:p>
        </w:tc>
        <w:tc>
          <w:tcPr>
            <w:tcW w:w="1080" w:type="dxa"/>
          </w:tcPr>
          <w:p w14:paraId="69D61372" w14:textId="77777777" w:rsidR="004E5DBD" w:rsidRDefault="00000000">
            <w:r>
              <w:rPr>
                <w:sz w:val="20"/>
              </w:rPr>
              <w:t>11</w:t>
            </w:r>
            <w:r>
              <w:rPr>
                <w:sz w:val="20"/>
              </w:rPr>
              <w:t>月</w:t>
            </w:r>
          </w:p>
        </w:tc>
        <w:tc>
          <w:tcPr>
            <w:tcW w:w="1080" w:type="dxa"/>
          </w:tcPr>
          <w:p w14:paraId="54B4E936" w14:textId="77777777" w:rsidR="004E5DBD" w:rsidRDefault="00000000">
            <w:r>
              <w:rPr>
                <w:sz w:val="20"/>
              </w:rPr>
              <w:t>21</w:t>
            </w:r>
            <w:r>
              <w:rPr>
                <w:sz w:val="20"/>
              </w:rPr>
              <w:t>〜</w:t>
            </w:r>
            <w:r>
              <w:rPr>
                <w:sz w:val="20"/>
              </w:rPr>
              <w:t>23</w:t>
            </w:r>
            <w:r>
              <w:rPr>
                <w:sz w:val="20"/>
              </w:rPr>
              <w:t>時</w:t>
            </w:r>
          </w:p>
        </w:tc>
        <w:tc>
          <w:tcPr>
            <w:tcW w:w="1080" w:type="dxa"/>
          </w:tcPr>
          <w:p w14:paraId="3B638C91" w14:textId="77777777" w:rsidR="004E5DBD" w:rsidRDefault="00000000">
            <w:r>
              <w:rPr>
                <w:sz w:val="20"/>
              </w:rPr>
              <w:t>中柄・突進力</w:t>
            </w:r>
          </w:p>
        </w:tc>
        <w:tc>
          <w:tcPr>
            <w:tcW w:w="1080" w:type="dxa"/>
          </w:tcPr>
          <w:p w14:paraId="7514693E" w14:textId="77777777" w:rsidR="004E5DBD" w:rsidRDefault="00000000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背に葉（甲）＋足に波紋（壬）</w:t>
            </w:r>
          </w:p>
        </w:tc>
      </w:tr>
    </w:tbl>
    <w:p w14:paraId="145E712A" w14:textId="77777777" w:rsidR="00000000" w:rsidRDefault="00000000">
      <w:pPr>
        <w:rPr>
          <w:lang w:eastAsia="ja-JP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2100"/>
        <w:gridCol w:w="3813"/>
      </w:tblGrid>
      <w:tr w:rsidR="00C0445E" w:rsidRPr="00C0445E" w14:paraId="72E1AEAA" w14:textId="77777777" w:rsidTr="00C0445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FCFBAC" w14:textId="77777777" w:rsidR="00C0445E" w:rsidRPr="00C0445E" w:rsidRDefault="00C0445E" w:rsidP="00C0445E">
            <w:pPr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  <w:t>蔵干数</w:t>
            </w:r>
          </w:p>
        </w:tc>
        <w:tc>
          <w:tcPr>
            <w:tcW w:w="0" w:type="auto"/>
            <w:vAlign w:val="center"/>
            <w:hideMark/>
          </w:tcPr>
          <w:p w14:paraId="234FCD87" w14:textId="77777777" w:rsidR="00C0445E" w:rsidRPr="00C0445E" w:rsidRDefault="00C0445E" w:rsidP="00C0445E">
            <w:pPr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  <w:t>対象支</w:t>
            </w:r>
          </w:p>
        </w:tc>
        <w:tc>
          <w:tcPr>
            <w:tcW w:w="0" w:type="auto"/>
            <w:vAlign w:val="center"/>
            <w:hideMark/>
          </w:tcPr>
          <w:p w14:paraId="478C77EE" w14:textId="77777777" w:rsidR="00C0445E" w:rsidRPr="00C0445E" w:rsidRDefault="00C0445E" w:rsidP="00C0445E">
            <w:pPr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  <w:t>デザイン指針</w:t>
            </w:r>
          </w:p>
        </w:tc>
      </w:tr>
      <w:tr w:rsidR="00C0445E" w:rsidRPr="00C0445E" w14:paraId="473EB3A5" w14:textId="77777777" w:rsidTr="00C04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69B5B" w14:textId="77777777" w:rsidR="00C0445E" w:rsidRPr="00C0445E" w:rsidRDefault="00C0445E" w:rsidP="00C0445E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  <w:t>3つ</w:t>
            </w:r>
          </w:p>
        </w:tc>
        <w:tc>
          <w:tcPr>
            <w:tcW w:w="0" w:type="auto"/>
            <w:vAlign w:val="center"/>
            <w:hideMark/>
          </w:tcPr>
          <w:p w14:paraId="4DB2C59A" w14:textId="77777777" w:rsidR="00C0445E" w:rsidRPr="00C0445E" w:rsidRDefault="00C0445E" w:rsidP="00C0445E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  <w:t>丑・寅・辰・巳・未・申</w:t>
            </w:r>
          </w:p>
        </w:tc>
        <w:tc>
          <w:tcPr>
            <w:tcW w:w="0" w:type="auto"/>
            <w:vAlign w:val="center"/>
            <w:hideMark/>
          </w:tcPr>
          <w:p w14:paraId="5E539317" w14:textId="77777777" w:rsidR="00C0445E" w:rsidRPr="00C0445E" w:rsidRDefault="00C0445E" w:rsidP="00C0445E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  <w:t>背が高い・大きめ・存在感のある体格</w:t>
            </w:r>
          </w:p>
        </w:tc>
      </w:tr>
      <w:tr w:rsidR="00C0445E" w:rsidRPr="00C0445E" w14:paraId="5BA2C4BB" w14:textId="77777777" w:rsidTr="00C04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E960F" w14:textId="77777777" w:rsidR="00C0445E" w:rsidRPr="00C0445E" w:rsidRDefault="00C0445E" w:rsidP="00C0445E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  <w:t>2つ</w:t>
            </w:r>
          </w:p>
        </w:tc>
        <w:tc>
          <w:tcPr>
            <w:tcW w:w="0" w:type="auto"/>
            <w:vAlign w:val="center"/>
            <w:hideMark/>
          </w:tcPr>
          <w:p w14:paraId="524FA47A" w14:textId="77777777" w:rsidR="00C0445E" w:rsidRPr="00C0445E" w:rsidRDefault="00C0445E" w:rsidP="00C0445E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  <w:t>午・亥</w:t>
            </w:r>
          </w:p>
        </w:tc>
        <w:tc>
          <w:tcPr>
            <w:tcW w:w="0" w:type="auto"/>
            <w:vAlign w:val="center"/>
            <w:hideMark/>
          </w:tcPr>
          <w:p w14:paraId="5465ACCB" w14:textId="77777777" w:rsidR="00C0445E" w:rsidRPr="00C0445E" w:rsidRDefault="00C0445E" w:rsidP="00C0445E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  <w:t>中サイズ・動きがある</w:t>
            </w:r>
          </w:p>
        </w:tc>
      </w:tr>
      <w:tr w:rsidR="00C0445E" w:rsidRPr="00C0445E" w14:paraId="103B09A9" w14:textId="77777777" w:rsidTr="00C044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223BC" w14:textId="77777777" w:rsidR="00C0445E" w:rsidRPr="00C0445E" w:rsidRDefault="00C0445E" w:rsidP="00C0445E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  <w:t>1つ</w:t>
            </w:r>
          </w:p>
        </w:tc>
        <w:tc>
          <w:tcPr>
            <w:tcW w:w="0" w:type="auto"/>
            <w:vAlign w:val="center"/>
            <w:hideMark/>
          </w:tcPr>
          <w:p w14:paraId="6601A90E" w14:textId="77777777" w:rsidR="00C0445E" w:rsidRPr="00C0445E" w:rsidRDefault="00C0445E" w:rsidP="00C0445E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  <w:t>子・卯・酉</w:t>
            </w:r>
          </w:p>
        </w:tc>
        <w:tc>
          <w:tcPr>
            <w:tcW w:w="0" w:type="auto"/>
            <w:vAlign w:val="center"/>
            <w:hideMark/>
          </w:tcPr>
          <w:p w14:paraId="68BF5C0B" w14:textId="77777777" w:rsidR="00C0445E" w:rsidRPr="00C0445E" w:rsidRDefault="00C0445E" w:rsidP="00C0445E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</w:pPr>
            <w:r w:rsidRPr="00C0445E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eastAsia="ja-JP"/>
              </w:rPr>
              <w:t>小柄・機敏・すばしこい</w:t>
            </w:r>
          </w:p>
        </w:tc>
      </w:tr>
    </w:tbl>
    <w:p w14:paraId="0F4FDE1A" w14:textId="77777777" w:rsidR="00C0445E" w:rsidRPr="00C0445E" w:rsidRDefault="00C0445E">
      <w:pPr>
        <w:rPr>
          <w:rFonts w:hint="eastAsia"/>
          <w:lang w:eastAsia="ja-JP"/>
        </w:rPr>
      </w:pPr>
    </w:p>
    <w:sectPr w:rsidR="00C0445E" w:rsidRPr="00C0445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3223622">
    <w:abstractNumId w:val="8"/>
  </w:num>
  <w:num w:numId="2" w16cid:durableId="264046958">
    <w:abstractNumId w:val="6"/>
  </w:num>
  <w:num w:numId="3" w16cid:durableId="1250650652">
    <w:abstractNumId w:val="5"/>
  </w:num>
  <w:num w:numId="4" w16cid:durableId="1058478590">
    <w:abstractNumId w:val="4"/>
  </w:num>
  <w:num w:numId="5" w16cid:durableId="1987277405">
    <w:abstractNumId w:val="7"/>
  </w:num>
  <w:num w:numId="6" w16cid:durableId="400098996">
    <w:abstractNumId w:val="3"/>
  </w:num>
  <w:num w:numId="7" w16cid:durableId="241959725">
    <w:abstractNumId w:val="2"/>
  </w:num>
  <w:num w:numId="8" w16cid:durableId="1336034508">
    <w:abstractNumId w:val="1"/>
  </w:num>
  <w:num w:numId="9" w16cid:durableId="1608927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5DBD"/>
    <w:rsid w:val="00AA1D8D"/>
    <w:rsid w:val="00B47730"/>
    <w:rsid w:val="00C0445E"/>
    <w:rsid w:val="00CB0664"/>
    <w:rsid w:val="00EE70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062061"/>
  <w14:defaultImageDpi w14:val="300"/>
  <w15:docId w15:val="{62D79308-C0D7-44B7-B565-5134A6B7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satomi hasegawa</cp:lastModifiedBy>
  <cp:revision>2</cp:revision>
  <dcterms:created xsi:type="dcterms:W3CDTF">2013-12-23T23:15:00Z</dcterms:created>
  <dcterms:modified xsi:type="dcterms:W3CDTF">2025-05-19T02:23:00Z</dcterms:modified>
  <cp:category/>
</cp:coreProperties>
</file>