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【大阪の電動工具買取】マキタ・ＨｉＫＯＫＩ・ＭＡＸを高価買取｜出張査定無料</w:t>
      </w:r>
    </w:p>
    <w:p>
      <w:pPr>
        <w:widowControl/>
      </w:pPr>
      <w:r>
        <w:t>「使い込んだ工具でも売れるの？」「古いモデルでも値段が付くの？」と、査定に不安を感じる方は少なくありません。</w:t>
      </w:r>
    </w:p>
    <w:p>
      <w:pPr>
        <w:widowControl/>
      </w:pPr>
      <w:r>
        <w:t>電動工具は、多少の使用感があっても需要が残りやすい商品です。実際に査定をすると、お客様の想像以上の査定額になることもあります。</w:t>
      </w:r>
    </w:p>
    <w:p>
      <w:pPr>
        <w:widowControl/>
      </w:pPr>
      <w:r>
        <w:t>それに、物価の上昇とともに新品価格が年々上昇していることもあり、「新品は高いから状態の良い中古を探したい」という職人さんやＤＩＹユーザーが増えていることもみのがせないんです。</w:t>
      </w:r>
    </w:p>
    <w:p>
      <w:pPr>
        <w:pStyle w:val="Heading1"/>
        <w:widowControl/>
      </w:pPr>
      <w:r>
        <w:t>電動工具市場が今熱い！中古需要が高まる理由</w:t>
      </w:r>
    </w:p>
    <w:p>
      <w:pPr>
        <w:widowControl/>
      </w:pPr>
      <w:r>
        <w:t>電動工具の中古市場では、マキタ、ＨｉＫＯＫＩ、ＭＡＸなどへのお問い合わせが多く寄せられています。その背景には、新品価格の上昇、ＤＩＹでの利用、新規開業時の設備投資という３つの理由があります。</w:t>
      </w:r>
    </w:p>
    <w:p>
      <w:pPr>
        <w:pStyle w:val="Heading2"/>
        <w:widowControl/>
      </w:pPr>
      <w:r>
        <w:t>●新品価格の上昇が中古製品人気につながっている</w:t>
      </w:r>
    </w:p>
    <w:p>
      <w:pPr>
        <w:widowControl/>
      </w:pPr>
      <w:r>
        <w:t>例えばマキタのＴＤ１７３ＤＲＧＸやＨｉＫＯＫＩのＷＨ３６ＤＣなど、現場で人気の高いインパクトドライバーは年々定価があがっています。実際、バッテリーや充電器を含めたフルセットになると数万円から十万円近い金額になることもあります。</w:t>
      </w:r>
    </w:p>
    <w:p>
      <w:pPr>
        <w:widowControl/>
      </w:pPr>
      <w:r>
        <w:t>そこで注目されているのが中古市場です。職人さんの中には、「新品にこだわらないから状態の良い中古を探したい」「予備機としてもう１台欲しい」という方も少なくありません。特にマキタやＨｉＫＯＫＩはバッテリーを共有できるモデルも多いため、本体だけを中古で購入したいという需要も高いんです。</w:t>
      </w:r>
    </w:p>
    <w:p>
      <w:pPr>
        <w:pStyle w:val="Heading2"/>
        <w:widowControl/>
      </w:pPr>
      <w:r>
        <w:t>●ＤＩＹブームの影響で中古市場が人気に</w:t>
      </w:r>
    </w:p>
    <w:p>
      <w:pPr>
        <w:widowControl/>
      </w:pPr>
      <w:r>
        <w:t>以前であれば電動工具というと職人さんが使うイメージが強かったのですが、今は一般の方が日曜大工やガレージ作業、家具製作などに使用するケースも増えています。ＹｏｕＴｕｂｅなどでＤＩＹ動画を見る機会が増えたことで、「自分もやってみたい」と考える方が多くなっているからだと思います。</w:t>
      </w:r>
    </w:p>
    <w:p>
      <w:pPr>
        <w:pStyle w:val="Heading2"/>
        <w:widowControl/>
      </w:pPr>
      <w:r>
        <w:t>●新規開業者からの需要が高まっている</w:t>
      </w:r>
    </w:p>
    <w:p>
      <w:pPr>
        <w:widowControl/>
      </w:pPr>
      <w:r>
        <w:t>最近は職人不足の影響もあり、新しく独立する方や新規開業する事業者様からの、中古でもいいからいい電動工具が欲しいと、需要も増えています。</w:t>
      </w:r>
    </w:p>
    <w:p>
      <w:pPr>
        <w:widowControl/>
      </w:pPr>
      <w:r>
        <w:t>開業時にはどうしても設備投資が必要になりますが、工具をすべて新品で揃えると大きな費用がかかりますから、中古工具を活用して初期費用を抑えようと考える方が増えているんですね。</w:t>
      </w:r>
    </w:p>
    <w:p>
      <w:pPr>
        <w:widowControl/>
      </w:pPr>
      <w:r>
        <w:t>買取ＵＰでも、以下の電動工具の買い取りを強化しております！</w:t>
      </w:r>
    </w:p>
    <w:p>
      <w:pPr>
        <w:widowControl/>
        <w:spacing w:after="20"/>
      </w:pPr>
      <w:r>
        <w:t>・マキタ　インパクトドライバー　ＴＤ１７３ＤＲＧＸ</w:t>
      </w:r>
    </w:p>
    <w:p>
      <w:pPr>
        <w:widowControl/>
        <w:spacing w:after="20"/>
      </w:pPr>
      <w:r>
        <w:t>・マキタ　インパクトドライバー　ＴＤ１７２ＤＲＧＸ</w:t>
      </w:r>
    </w:p>
    <w:p>
      <w:pPr>
        <w:widowControl/>
        <w:spacing w:after="20"/>
      </w:pPr>
      <w:r>
        <w:t>・マキタ　インパクトドライバー　ＴＤ１７１ＤＲＧＸ</w:t>
      </w:r>
    </w:p>
    <w:p>
      <w:pPr>
        <w:widowControl/>
        <w:spacing w:after="20"/>
      </w:pPr>
      <w:r>
        <w:t>・ＨｉＫＯＫＩ　インパクトドライバー　ＷＨ３６ＤＣ</w:t>
      </w:r>
    </w:p>
    <w:p>
      <w:pPr>
        <w:widowControl/>
        <w:spacing w:after="20"/>
      </w:pPr>
      <w:r>
        <w:t>・ＨｉＫＯＫＩ　インパクトドライバー　ＷＨ３６ＤＡ</w:t>
      </w:r>
    </w:p>
    <w:p>
      <w:pPr>
        <w:widowControl/>
        <w:spacing w:after="20"/>
      </w:pPr>
      <w:r>
        <w:t>・ＭＡＸ　Ａｉｒコンプレッサー　ＡＫ－ＨＨ１３１０Ｅ</w:t>
      </w:r>
    </w:p>
    <w:p>
      <w:pPr>
        <w:widowControl/>
      </w:pPr>
      <w:r>
        <w:t>これらは中古需要があり、状態によって高価買取につながりやすいモデルです。</w:t>
      </w:r>
    </w:p>
    <w:p>
      <w:pPr>
        <w:widowControl/>
      </w:pPr>
      <w:r>
        <w:t>使わなくなった工具は、新モデルの発売などで相場が変動する前に、早めの査定をご検討ください。</w:t>
      </w:r>
    </w:p>
    <w:p>
      <w:pPr>
        <w:pStyle w:val="Heading1"/>
        <w:widowControl/>
      </w:pPr>
      <w:r>
        <w:t>買取ＵＰ電動工具買取強化ランキング</w:t>
      </w:r>
    </w:p>
    <w:p>
      <w:pPr>
        <w:widowControl/>
      </w:pPr>
      <w:r>
        <w:t>私たち買取ＵＰでは、大阪市・堺市・東大阪市をはじめとする大阪府全域で電動工具の買取を行っています。インパクトドライバーや丸ノコ、ハンマードリルはもちろん、コンプレッサーや発電機、大型の電動工具まで幅広く査定しておりますので、「こんなものでも売れるかな？」と思う商品がありましたら、まずはお気軽にご相談ください。</w:t>
      </w:r>
    </w:p>
    <w:p>
      <w:pPr>
        <w:widowControl/>
      </w:pPr>
      <w:r>
        <w:t>電動工具と一言でいっても、メーカーによって中古市場での人気は大きく異なります。実際に私たち買取ＵＰへ持ち込まれる電動工具を見ていても、査定依頼が集中するメーカーにははっきりとした傾向があります。</w:t>
      </w:r>
    </w:p>
    <w:p>
      <w:pPr>
        <w:widowControl/>
      </w:pPr>
      <w:r>
        <w:t>実際、Ｐａｎａｓｏｎｉｃやボッシュ、京セラ、リョービなどの電動工具も十分に需要があります。しかしその中でも特にお問い合わせ件数が多く、中古市場でも人気が高く、高価買取につながりやすいメーカーをランキング形式でご紹介したいと思います。</w:t>
      </w:r>
    </w:p>
    <w:p>
      <w:pPr>
        <w:pStyle w:val="Heading2"/>
        <w:widowControl/>
      </w:pPr>
      <w:r>
        <w:t>●第１位　マキタ</w:t>
      </w:r>
    </w:p>
    <w:p>
      <w:pPr>
        <w:widowControl/>
      </w:pPr>
      <w:r>
        <w:t>電動工具買取の世界で圧倒的な人気を誇るのがマキタです。</w:t>
      </w:r>
    </w:p>
    <w:p>
      <w:pPr>
        <w:widowControl/>
      </w:pPr>
      <w:r>
        <w:t>買取ＵＰでもマキタ製品のご相談が多く寄せられています。</w:t>
      </w:r>
    </w:p>
    <w:p>
      <w:pPr>
        <w:widowControl/>
      </w:pPr>
      <w:r>
        <w:t>特に人気が高いのがインパクトドライバーです。</w:t>
      </w:r>
    </w:p>
    <w:p>
      <w:pPr>
        <w:widowControl/>
        <w:spacing w:after="20"/>
      </w:pPr>
      <w:r>
        <w:t>・ＴＤ１７３ＤＲＧＸ</w:t>
      </w:r>
    </w:p>
    <w:p>
      <w:pPr>
        <w:widowControl/>
        <w:spacing w:after="20"/>
      </w:pPr>
      <w:r>
        <w:t>・ＴＤ１７２ＤＲＧＸ</w:t>
      </w:r>
    </w:p>
    <w:p>
      <w:pPr>
        <w:widowControl/>
        <w:spacing w:after="20"/>
      </w:pPr>
      <w:r>
        <w:t>・ＴＤ１７１ＤＲＧＸ</w:t>
      </w:r>
    </w:p>
    <w:p>
      <w:pPr>
        <w:widowControl/>
      </w:pPr>
      <w:r>
        <w:t>これらのモデルは職人さんからの支持が厚く、中古市場でも需要があります。</w:t>
      </w:r>
    </w:p>
    <w:p>
      <w:pPr>
        <w:widowControl/>
      </w:pPr>
      <w:r>
        <w:t>インパクトドライバーだけではなく、</w:t>
      </w:r>
    </w:p>
    <w:p>
      <w:pPr>
        <w:widowControl/>
        <w:spacing w:after="20"/>
      </w:pPr>
      <w:r>
        <w:t>・電動丸ノコ　ＨＳ００１Ｇ</w:t>
      </w:r>
    </w:p>
    <w:p>
      <w:pPr>
        <w:widowControl/>
        <w:spacing w:after="20"/>
      </w:pPr>
      <w:r>
        <w:t>・電動ハンマドリル　ＨＲ００１Ｇ</w:t>
      </w:r>
    </w:p>
    <w:p>
      <w:pPr>
        <w:widowControl/>
        <w:spacing w:after="20"/>
      </w:pPr>
      <w:r>
        <w:t>・ディスクグラインダ　ＧＡ００１Ｇ</w:t>
      </w:r>
    </w:p>
    <w:p>
      <w:pPr>
        <w:widowControl/>
      </w:pPr>
      <w:r>
        <w:t>などの４０Ｖｍａｘシリーズも査定強化中です。</w:t>
      </w:r>
    </w:p>
    <w:p>
      <w:pPr>
        <w:widowControl/>
      </w:pPr>
      <w:r>
        <w:t>職人さんの世界では、バッテリーを統一したいという考え方が一般的です。そのためマキタを使っている方は次もマキタを選ぶことが多く、中古市場でもマキタを探している方が非常に多くなっています。</w:t>
      </w:r>
    </w:p>
    <w:p>
      <w:pPr>
        <w:pStyle w:val="Heading2"/>
        <w:widowControl/>
      </w:pPr>
      <w:r>
        <w:t>●第２位　ＨｉＫＯＫＩ</w:t>
      </w:r>
    </w:p>
    <w:p>
      <w:pPr>
        <w:widowControl/>
      </w:pPr>
      <w:r>
        <w:t>マキタに続いて高い人気を誇るのがＨｉＫＯＫＩ（ハイコーキ）です。以前の名前である日立工機の方がなじみがあるかもしれませんが、現在はＨｉＫＯＫＩとして多くの職人さんに支持されています。</w:t>
      </w:r>
    </w:p>
    <w:p>
      <w:pPr>
        <w:widowControl/>
      </w:pPr>
      <w:r>
        <w:t>ＨｉＫＯＫＩ買取のお問い合わせも非常に多く、特にマルチボルトシリーズは査定強化中です。</w:t>
      </w:r>
    </w:p>
    <w:p>
      <w:pPr>
        <w:widowControl/>
        <w:spacing w:after="20"/>
      </w:pPr>
      <w:r>
        <w:t>・インパクトドライバ　ＷＨ３６ＤＣ</w:t>
      </w:r>
    </w:p>
    <w:p>
      <w:pPr>
        <w:widowControl/>
        <w:spacing w:after="20"/>
      </w:pPr>
      <w:r>
        <w:t>・インパクトドライバ　ＷＨ３６ＤＡ</w:t>
      </w:r>
    </w:p>
    <w:p>
      <w:pPr>
        <w:widowControl/>
        <w:spacing w:after="20"/>
      </w:pPr>
      <w:r>
        <w:t>・インパクトレンチ　ＷＲ３６ＤＨ</w:t>
      </w:r>
    </w:p>
    <w:p>
      <w:pPr>
        <w:widowControl/>
        <w:spacing w:after="20"/>
      </w:pPr>
      <w:r>
        <w:t>・電動丸ノコ　Ｃ３６０６ＤＡ</w:t>
      </w:r>
    </w:p>
    <w:p>
      <w:pPr>
        <w:widowControl/>
      </w:pPr>
      <w:r>
        <w:t>これらの電動工具が人気を集めているＨｉＫＯＫＩですが、人気が高い理由の一つが、マルチボルトバッテリーの存在です。このバッテリーは複数の工具で共有できるため、根強い人気を集めています。</w:t>
      </w:r>
    </w:p>
    <w:p>
      <w:pPr>
        <w:widowControl/>
      </w:pPr>
      <w:r>
        <w:t>最近では大阪市や東大阪市の職人さんから、「新型に買い替えたいので今の機種を売りたい」「予備機を整理したいので査定して欲しい」というご相談をいただくことも珍しくありません。</w:t>
      </w:r>
    </w:p>
    <w:p>
      <w:pPr>
        <w:pStyle w:val="Heading2"/>
        <w:widowControl/>
      </w:pPr>
      <w:r>
        <w:t>●第３位　ＭＡＸ</w:t>
      </w:r>
    </w:p>
    <w:p>
      <w:pPr>
        <w:widowControl/>
      </w:pPr>
      <w:r>
        <w:t>ＭＡＸと聞くとホッチキスメーカーというイメージを持たれる方もいますが、建築現場ではコンプレッサーや釘打機の人気メーカーとして有名です。</w:t>
      </w:r>
    </w:p>
    <w:p>
      <w:pPr>
        <w:widowControl/>
        <w:spacing w:after="20"/>
      </w:pPr>
      <w:r>
        <w:t>・エアーコンプレッサー　ＡＫ－ＨＨ１３１０Ｅ</w:t>
      </w:r>
    </w:p>
    <w:p>
      <w:pPr>
        <w:widowControl/>
        <w:spacing w:after="20"/>
      </w:pPr>
      <w:r>
        <w:t>・エアーコンプレッサー　ＡＫ－ＨＬ１３１０Ｅ</w:t>
      </w:r>
    </w:p>
    <w:p>
      <w:pPr>
        <w:widowControl/>
        <w:spacing w:after="20"/>
      </w:pPr>
      <w:r>
        <w:t>・エアーコンプレッサー　ＡＫ－ＨＬ１２７０Ｅ</w:t>
      </w:r>
    </w:p>
    <w:p>
      <w:pPr>
        <w:widowControl/>
      </w:pPr>
      <w:r>
        <w:t>これらのコンプレッサーが人気を集める一方、</w:t>
      </w:r>
    </w:p>
    <w:p>
      <w:pPr>
        <w:widowControl/>
        <w:spacing w:after="20"/>
      </w:pPr>
      <w:r>
        <w:t>・釘打機　ＨＮ－９０Ｎ６</w:t>
      </w:r>
    </w:p>
    <w:p>
      <w:pPr>
        <w:widowControl/>
        <w:spacing w:after="20"/>
      </w:pPr>
      <w:r>
        <w:t>・釘打機　ＨＮ－７５Ｎ４</w:t>
      </w:r>
    </w:p>
    <w:p>
      <w:pPr>
        <w:widowControl/>
        <w:spacing w:after="20"/>
      </w:pPr>
      <w:r>
        <w:t>・釘打機　ＴＡ－２５５ＳＦ２</w:t>
      </w:r>
    </w:p>
    <w:p>
      <w:pPr>
        <w:widowControl/>
      </w:pPr>
      <w:r>
        <w:t>などの釘打機も高い人気があります。</w:t>
      </w:r>
    </w:p>
    <w:p>
      <w:pPr>
        <w:widowControl/>
      </w:pPr>
      <w:r>
        <w:t>ＭＡＸの電動工具は、もともと定価が高額なため、中古品を探している職人さんも少なくありません。特にコンプレッサーは新品だとかなり高価になるため、中古を探している人が多いんです。</w:t>
      </w:r>
    </w:p>
    <w:p>
      <w:pPr>
        <w:pStyle w:val="Heading1"/>
        <w:widowControl/>
      </w:pPr>
      <w:r>
        <w:t>買取ＵＰの電動工具買取実績</w:t>
      </w:r>
    </w:p>
    <w:p>
      <w:pPr>
        <w:widowControl/>
      </w:pPr>
      <w:r>
        <w:t>（そちらでご用意いただく部分）</w:t>
      </w:r>
    </w:p>
    <w:p>
      <w:pPr>
        <w:pStyle w:val="Heading1"/>
        <w:widowControl/>
      </w:pPr>
      <w:r>
        <w:t>買取ＵＰの電動工具買取メーカー一覧</w:t>
      </w:r>
    </w:p>
    <w:p>
      <w:pPr>
        <w:widowControl/>
      </w:pPr>
      <w:r>
        <w:t>（そちらでご用意いただく部分）</w:t>
      </w:r>
    </w:p>
    <w:p>
      <w:pPr>
        <w:pStyle w:val="Heading1"/>
        <w:widowControl/>
      </w:pPr>
      <w:r>
        <w:t>電動工具買取強化中！不要になった電動工具は買取ＵＰへ！</w:t>
      </w:r>
    </w:p>
    <w:p>
      <w:pPr>
        <w:widowControl/>
      </w:pPr>
      <w:r>
        <w:t>買い替えで使わなくなった工具や、倉庫に保管したままの工具も査定対象です。</w:t>
      </w:r>
    </w:p>
    <w:p>
      <w:pPr>
        <w:widowControl/>
      </w:pPr>
      <w:r>
        <w:t>実際に査定現場では、１０年以上前に購入した工具や現場で毎日使っていた工具が買取になることもあります。</w:t>
      </w:r>
    </w:p>
    <w:p>
      <w:pPr>
        <w:widowControl/>
      </w:pPr>
      <w:r>
        <w:t>メーカーや型番、動作状況、付属品の有無を総合的に確認して査定します。</w:t>
      </w:r>
    </w:p>
    <w:p>
      <w:pPr>
        <w:widowControl/>
      </w:pPr>
      <w:r>
        <w:t>特に純正バッテリーや充電器、ケースなどが揃っている場合は査定額アップになりますよ！</w:t>
      </w:r>
    </w:p>
    <w:p>
      <w:pPr>
        <w:widowControl/>
        <w:spacing w:after="20"/>
      </w:pPr>
      <w:r>
        <w:t>・最新モデルも旧モデルも買取</w:t>
      </w:r>
    </w:p>
    <w:p>
      <w:pPr>
        <w:widowControl/>
        <w:spacing w:after="20"/>
      </w:pPr>
      <w:r>
        <w:t>・壊れていても相談可能</w:t>
      </w:r>
    </w:p>
    <w:p>
      <w:pPr>
        <w:widowControl/>
        <w:spacing w:after="20"/>
      </w:pPr>
      <w:r>
        <w:t>・大阪府全域出張対応</w:t>
      </w:r>
    </w:p>
    <w:p>
      <w:pPr>
        <w:widowControl/>
        <w:spacing w:after="20"/>
      </w:pPr>
      <w:r>
        <w:t>・法人・業者様歓迎</w:t>
      </w:r>
    </w:p>
    <w:p>
      <w:pPr>
        <w:widowControl/>
        <w:spacing w:after="20"/>
      </w:pPr>
      <w:r>
        <w:t>・在庫整理・閉業整理歓迎</w:t>
      </w:r>
    </w:p>
    <w:p>
      <w:pPr>
        <w:widowControl/>
      </w:pPr>
      <w:r>
        <w:t>特に買取ＵＰでは、マキタ・ＨｉＫＯＫＩ・ＭＡＸ・Ｐａｎａｓｏｎｉｃなど各メーカーの電動工具を高価買取しております。</w:t>
      </w:r>
    </w:p>
    <w:p>
      <w:pPr>
        <w:widowControl/>
      </w:pPr>
      <w:r>
        <w:t>また、個人のお客様だけでなく、法人様や業者様からのご依頼も歓迎しております。インパクトドライバー１台から倉庫まるごとの整理まで、みなさまからのご相談に柔軟に対応しております。</w:t>
      </w:r>
    </w:p>
    <w:p>
      <w:pPr>
        <w:pStyle w:val="Heading1"/>
        <w:widowControl/>
      </w:pPr>
      <w:r>
        <w:t>電動工具の高価買取なら買取ＵＰにお任せください！</w:t>
      </w:r>
    </w:p>
    <w:p>
      <w:pPr>
        <w:widowControl/>
      </w:pPr>
      <w:r>
        <w:t>買取ＵＰでは査定無料・出張費無料・キャンセル無料で対応しています。まずは金額だけ知りたいという方もご利用いただけます。</w:t>
      </w:r>
    </w:p>
    <w:p>
      <w:pPr>
        <w:widowControl/>
      </w:pPr>
      <w:r>
        <w:t>大阪市・堺市・東大阪市をはじめ、大阪府全域へ出張します。大型工具や大量の在庫整理にも対応しています。</w:t>
      </w:r>
    </w:p>
    <w:p>
      <w:pPr>
        <w:widowControl/>
      </w:pPr>
      <w:r>
        <w:t>査定額を聞いてから、他社との比較やご家族との相談をしていただいても構いません。売却を見送る場合も費用はかかりません。</w:t>
      </w:r>
    </w:p>
    <w:p>
      <w:pPr>
        <w:widowControl/>
      </w:pPr>
      <w:r>
        <w:t>査定額にご納得いただければ、即日現金で支払いさせていただいています。現場で新しい工具へ買い替える資金が必要な方や、閉業整理・在庫整理で早めに現金化したい法人様、ぜひ買取ＵＰにご相談ください！</w:t>
      </w:r>
    </w:p>
    <w:p>
      <w:pPr>
        <w:widowControl/>
      </w:pPr>
      <w:r>
        <w:t>可能な限り即日査定・即日現金化に対応し、工具の買い替えや整理をお手伝いします。</w:t>
      </w:r>
    </w:p>
    <w:p>
      <w:pPr>
        <w:pStyle w:val="Heading1"/>
        <w:widowControl/>
      </w:pPr>
      <w:r>
        <w:t>電動工具買取で買取ＵＰが選ばれる理由</w:t>
      </w:r>
    </w:p>
    <w:p>
      <w:pPr>
        <w:widowControl/>
      </w:pPr>
      <w:r>
        <w:t>買取ＵＰは、工具ごとの専門査定、大量買取、大阪府全域への出張対応で、個人のお客様から法人様まで幅広い売却ニーズにお応えしています。</w:t>
      </w:r>
    </w:p>
    <w:p>
      <w:pPr>
        <w:pStyle w:val="Heading2"/>
        <w:widowControl/>
      </w:pPr>
      <w:r>
        <w:t>●ポイント１　専門査定で適正価格を実現</w:t>
      </w:r>
    </w:p>
    <w:p>
      <w:pPr>
        <w:widowControl/>
      </w:pPr>
      <w:r>
        <w:t>電動工具はメーカーや型番によって価値が大きく異なります。例えばマキタのＴＤ１７３ＤＲＧＸと一般的なインパクトドライバーでは需要が違いますし、ＨｉＫＯＫＩのＷＨ３６ＤＣやＭＡＸのＡＫ－ＨＨ１３１０Ｅなども中古市場での評価が異なります。</w:t>
      </w:r>
    </w:p>
    <w:p>
      <w:pPr>
        <w:widowControl/>
      </w:pPr>
      <w:r>
        <w:t>買取ＵＰでは型番や市場相場、現在の需要を確認しながら査定を行うため、できる限り適正な価格をご提示できるよう努めています。純正バッテリーや充電器、ケースなどの付属品についてもしっかり評価しています。</w:t>
      </w:r>
    </w:p>
    <w:p>
      <w:pPr>
        <w:pStyle w:val="Heading2"/>
        <w:widowControl/>
      </w:pPr>
      <w:r>
        <w:t>●ポイント２　大量買取にも柔軟に対応</w:t>
      </w:r>
    </w:p>
    <w:p>
      <w:pPr>
        <w:widowControl/>
      </w:pPr>
      <w:r>
        <w:t>個人のお客様はもちろん、法人様や業者様からのご依頼にも対応しています。建設会社様や設備業者様、工務店様などから、倉庫整理や在庫整理に伴う大量買取のご相談をいただくことが増えています。事業の閉業整理や事業縮小に伴う売却にも対応しますので、お気軽にご相談ください。</w:t>
      </w:r>
    </w:p>
    <w:p>
      <w:pPr>
        <w:pStyle w:val="Heading2"/>
        <w:widowControl/>
      </w:pPr>
      <w:r>
        <w:t>●ポイント３　大阪府全域で出張買取対応</w:t>
      </w:r>
    </w:p>
    <w:p>
      <w:pPr>
        <w:widowControl/>
      </w:pPr>
      <w:r>
        <w:t>電動工具の中には重量のある商品も多く、店舗まで持ち込むのが難しい場合があります。特にコンプレッサーや発電機、大量の工具になると運搬だけでも大変な作業になります。</w:t>
      </w:r>
    </w:p>
    <w:p>
      <w:pPr>
        <w:widowControl/>
      </w:pPr>
      <w:r>
        <w:t>そこで買取ＵＰでは、大阪市・堺市・東大阪市をはじめとする大阪府全域で出張買取を行っています。出張費は無料ですので、査定だけでも気軽にご利用いただけます。ご希望の日程に合わせてお伺いし、その場で査定額をご提示いたします。</w:t>
      </w:r>
    </w:p>
    <w:p>
      <w:pPr>
        <w:pStyle w:val="Heading1"/>
        <w:widowControl/>
      </w:pPr>
      <w:r>
        <w:t>電動工具を高く売るポイントとは</w:t>
      </w:r>
    </w:p>
    <w:p>
      <w:pPr>
        <w:widowControl/>
      </w:pPr>
      <w:r>
        <w:t>査定前のちょっとした工夫によって、電動工具の査定額が変わることがあります。査定現場で重視しているポイントをご紹介します。</w:t>
      </w:r>
    </w:p>
    <w:p>
      <w:pPr>
        <w:pStyle w:val="Heading2"/>
        <w:widowControl/>
      </w:pPr>
      <w:r>
        <w:t>●純正バッテリーはできるだけ一緒に査定へ</w:t>
      </w:r>
    </w:p>
    <w:p>
      <w:pPr>
        <w:widowControl/>
      </w:pPr>
      <w:r>
        <w:t>マキタのＴＤ１７３ＤＲＧＸやＨｉＫＯＫＩのＷＨ３６ＤＣなどの充電式電動工具は、本体だけよりも純正バッテリー付きの方が高価買取につながります。特に近年はバッテリー単体の価格も高騰しているため、中古市場でも純正バッテリーの価値は非常に高くなっています。使わなくなった予備バッテリーがある場合も、ぜひ一緒にご相談ください。</w:t>
      </w:r>
    </w:p>
    <w:p>
      <w:pPr>
        <w:pStyle w:val="Heading2"/>
        <w:widowControl/>
      </w:pPr>
      <w:r>
        <w:t>●ケースや説明書も忘れずに</w:t>
      </w:r>
    </w:p>
    <w:p>
      <w:pPr>
        <w:widowControl/>
      </w:pPr>
      <w:r>
        <w:t>購入時に付属していたケースや説明書が残っている場合は、一緒に査定へ出すことをおすすめします。ケース付きの商品は保管状態が良いと判断されやすく、再販売もしやすいため査定額アップにつながることがあります。説明書も同様で、付属品が揃っているほど商品価値が高く評価されますよ。</w:t>
      </w:r>
    </w:p>
    <w:p>
      <w:pPr>
        <w:pStyle w:val="Heading2"/>
        <w:widowControl/>
      </w:pPr>
      <w:r>
        <w:t>●簡単な清掃で印象アップ</w:t>
      </w:r>
    </w:p>
    <w:p>
      <w:pPr>
        <w:widowControl/>
      </w:pPr>
      <w:r>
        <w:t>査定前には軽く清掃をしておくのがおすすめです。現場で使用する工具ですので傷や汚れがあるのは当然ですが、ホコリや泥汚れを落としておくだけでも印象は変わります。査定スタッフとしても状態確認がしやすくなりますので、無理のない範囲で清掃済みの状態にしておくと、査定額がアップしますよ。</w:t>
      </w:r>
    </w:p>
    <w:p>
      <w:pPr>
        <w:pStyle w:val="Heading2"/>
        <w:widowControl/>
      </w:pPr>
      <w:r>
        <w:t>●動作確認をしておく</w:t>
      </w:r>
    </w:p>
    <w:p>
      <w:pPr>
        <w:widowControl/>
      </w:pPr>
      <w:r>
        <w:t>査定前に動作品であることを確認しておくことも大切です。バッテリーを装着して正常に動作するか、異音がないかなどを確認しておくことで査定もスムーズになります。</w:t>
      </w:r>
    </w:p>
    <w:p>
      <w:pPr>
        <w:widowControl/>
      </w:pPr>
      <w:r>
        <w:t>とはいえ、故障品や不動品でも買取できる場合がありますが、動作品の方が高価買取になりやすいのは、どこのショップでも変わりません。</w:t>
      </w:r>
    </w:p>
    <w:p>
      <w:pPr>
        <w:pStyle w:val="Heading2"/>
        <w:widowControl/>
      </w:pPr>
      <w:r>
        <w:t>●迷ったらそのまま相談でも大丈夫</w:t>
      </w:r>
    </w:p>
    <w:p>
      <w:pPr>
        <w:widowControl/>
      </w:pPr>
      <w:r>
        <w:t>付属品がない工具や、使用感のある工具も査定対象になる場合があります。準備が難しい場合は、そのままの状態でもご相談ください。</w:t>
      </w:r>
    </w:p>
    <w:p>
      <w:pPr>
        <w:pStyle w:val="Heading1"/>
        <w:widowControl/>
      </w:pPr>
      <w:r>
        <w:t>買取ＵＰをご利用いただいたお客様の声</w:t>
      </w:r>
    </w:p>
    <w:p>
      <w:pPr>
        <w:pStyle w:val="Heading2"/>
        <w:widowControl/>
      </w:pPr>
      <w:r>
        <w:t>●大阪市のお客様　マキタ　ＴＤ１７３ＤＲＧＸ</w:t>
      </w:r>
    </w:p>
    <w:p>
      <w:pPr>
        <w:widowControl/>
      </w:pPr>
      <w:r>
        <w:t>仕事で使用していたマキタのＴＤ１７３ＤＲＧＸを買い替えることになり、古い工具を売ろうと思って査定をお願いしました。正直なところ、かなり使用していたのでそれほど期待していませんでしたが、思っていた以上の査定額を提示していただけました。</w:t>
      </w:r>
    </w:p>
    <w:p>
      <w:pPr>
        <w:widowControl/>
      </w:pPr>
      <w:r>
        <w:t>実は他にも数社へ査定を依頼していたのですが、買取ＵＰさんが一番高い金額を提示してくれました。査定理由についても丁寧に説明していただけたので安心してお願いできました。</w:t>
      </w:r>
    </w:p>
    <w:p>
      <w:pPr>
        <w:pStyle w:val="Heading2"/>
        <w:widowControl/>
      </w:pPr>
      <w:r>
        <w:t>●堺市のお客様　ＨｉＫＯＫＩ　ＷＨ３６ＤＣ</w:t>
      </w:r>
    </w:p>
    <w:p>
      <w:pPr>
        <w:widowControl/>
      </w:pPr>
      <w:r>
        <w:t>倉庫整理をしていた際に使わなくなったＷＨ３６ＤＣが出てきたため査定をお願いしました。以前からＨｉＫＯＫＩの工具を使っていましたが、新しいモデルへ買い替えたので手放すことにしました。ＬＩＮＥ査定を利用したところ対応が早く、その後の出張査定もスムーズでした。</w:t>
      </w:r>
    </w:p>
    <w:p>
      <w:pPr>
        <w:widowControl/>
      </w:pPr>
      <w:r>
        <w:t>実際に査定をお願いしても、出張費無料ということだったので気軽にお願いできましたし、査定額にも納得できました。工具以外にもバッテリーや充電器をまとめて査定してもらえたのも助かりました。</w:t>
      </w:r>
    </w:p>
    <w:p>
      <w:pPr>
        <w:pStyle w:val="Heading2"/>
        <w:widowControl/>
      </w:pPr>
      <w:r>
        <w:t>●東大阪市のお客様　ＭＡＸ　ＡＫ－ＨＨ１３１０Ｅ</w:t>
      </w:r>
    </w:p>
    <w:p>
      <w:pPr>
        <w:widowControl/>
      </w:pPr>
      <w:r>
        <w:t>工務店を営んでいますが、設備更新に伴いＭＡＸのＡＫ－ＨＨ１３１０Ｅを売却することになりました。コンプレッサーは重くて運ぶのが大変なので出張買取をお願いしました。査定スタッフの方が工具に詳しく、コンプレッサーの状態やメンテナンス履歴までしっかり確認してくれたのが印象的でした。</w:t>
      </w:r>
    </w:p>
    <w:p>
      <w:pPr>
        <w:widowControl/>
      </w:pPr>
      <w:r>
        <w:t>古いモデルだったのであまり期待していませんでしたが、納得できる金額を提示していただき、その場で買い取ってもらいました。</w:t>
      </w:r>
    </w:p>
    <w:p>
      <w:pPr>
        <w:pStyle w:val="Heading1"/>
        <w:widowControl/>
      </w:pPr>
      <w:r>
        <w:t>電動工具買取Ｑ＆Ａ</w:t>
      </w:r>
    </w:p>
    <w:p>
      <w:pPr>
        <w:pStyle w:val="Heading2"/>
        <w:widowControl/>
        <w:spacing w:before="160"/>
      </w:pPr>
      <w:r>
        <w:t>Ｑ．　壊れていても買取できますか？</w:t>
      </w:r>
    </w:p>
    <w:p>
      <w:pPr>
        <w:widowControl/>
        <w:spacing w:after="120"/>
      </w:pPr>
      <w:r>
        <w:t>Ａ．　はい、買取できる場合があります。モーター不良やバッテリー不良、動作不良がある工具でも、メーカーや型番によっては部品需要があるため査定対象になります。</w:t>
      </w:r>
    </w:p>
    <w:p>
      <w:pPr>
        <w:pStyle w:val="Heading2"/>
        <w:widowControl/>
        <w:spacing w:before="160"/>
      </w:pPr>
      <w:r>
        <w:t>Ｑ．　バッテリーなしでも買取できますか？</w:t>
      </w:r>
    </w:p>
    <w:p>
      <w:pPr>
        <w:widowControl/>
        <w:spacing w:after="120"/>
      </w:pPr>
      <w:r>
        <w:t>Ａ．　可能です。もちろん純正バッテリー付きの方が査定額は高くなりやすいですが、本体のみでも買取できるケースはたくさんあります。まずはお気軽にご相談ください。</w:t>
      </w:r>
    </w:p>
    <w:p>
      <w:pPr>
        <w:pStyle w:val="Heading2"/>
        <w:widowControl/>
        <w:spacing w:before="160"/>
      </w:pPr>
      <w:r>
        <w:t>Ｑ．　電動工具に名前や会社名が書いてあっても大丈夫ですか？</w:t>
      </w:r>
    </w:p>
    <w:p>
      <w:pPr>
        <w:widowControl/>
        <w:spacing w:after="120"/>
      </w:pPr>
      <w:r>
        <w:t>Ａ．　問題ありません。現場で使用される工具には会社名や個人名が記載されていることも珍しくありません。査定時に状態を確認したうえで買取いたします。</w:t>
      </w:r>
    </w:p>
    <w:p>
      <w:pPr>
        <w:pStyle w:val="Heading2"/>
        <w:widowControl/>
        <w:spacing w:before="160"/>
      </w:pPr>
      <w:r>
        <w:t>Ｑ．　古いモデルでも買取できますか？</w:t>
      </w:r>
    </w:p>
    <w:p>
      <w:pPr>
        <w:widowControl/>
        <w:spacing w:after="120"/>
      </w:pPr>
      <w:r>
        <w:t>Ａ．　はい。ＴＤ１７１ＤＲＧＸや旧型のインパクトドライバー、古いコンプレッサーなども査定対象です。年式だけで判断せず、市場需要や状態を確認して査定いたします。</w:t>
      </w:r>
    </w:p>
    <w:p>
      <w:pPr>
        <w:pStyle w:val="Heading2"/>
        <w:widowControl/>
        <w:spacing w:before="160"/>
      </w:pPr>
      <w:r>
        <w:t>Ｑ．　出張費はかかりますか？</w:t>
      </w:r>
    </w:p>
    <w:p>
      <w:pPr>
        <w:widowControl/>
        <w:spacing w:after="120"/>
      </w:pPr>
      <w:r>
        <w:t>Ａ．　出張費は無料です。大阪市、堺市、東大阪市をはじめ、大阪府全域へ無料でお伺いしています。</w:t>
      </w:r>
    </w:p>
    <w:p>
      <w:pPr>
        <w:pStyle w:val="Heading2"/>
        <w:widowControl/>
        <w:spacing w:before="160"/>
      </w:pPr>
      <w:r>
        <w:t>Ｑ．　査定だけでも大丈夫ですか？</w:t>
      </w:r>
    </w:p>
    <w:p>
      <w:pPr>
        <w:widowControl/>
        <w:spacing w:after="120"/>
      </w:pPr>
      <w:r>
        <w:t>Ａ．　もちろん大丈夫です。査定無料で対応しておりますので、「いくらになるのか知りたい」という段階でもお気軽にご利用ください。査定後に売却を見送っていただいても問題ありません。</w:t>
      </w:r>
    </w:p>
    <w:p>
      <w:pPr>
        <w:pStyle w:val="Heading2"/>
        <w:widowControl/>
        <w:spacing w:before="160"/>
      </w:pPr>
      <w:r>
        <w:t>Ｑ．　キャンセルした場合は費用がかかりますか？</w:t>
      </w:r>
    </w:p>
    <w:p>
      <w:pPr>
        <w:widowControl/>
        <w:spacing w:after="120"/>
      </w:pPr>
      <w:r>
        <w:t>Ａ．　いいえ。キャンセル無料です。査定額をご確認いただいたうえで、ご納得いただけない場合はお断りいただいても費用は発生しません。</w:t>
      </w:r>
    </w:p>
    <w:p>
      <w:pPr>
        <w:pStyle w:val="Heading2"/>
        <w:widowControl/>
        <w:spacing w:before="160"/>
      </w:pPr>
      <w:r>
        <w:t>Ｑ．　法人の大量買取は可能ですか？</w:t>
      </w:r>
    </w:p>
    <w:p>
      <w:pPr>
        <w:widowControl/>
        <w:spacing w:after="120"/>
      </w:pPr>
      <w:r>
        <w:t>Ａ．　はい、対応しております。建設会社様、設備業者様、工務店様などからのご依頼も多く、倉庫整理や閉業整理、在庫整理にも対応しています。</w:t>
      </w:r>
    </w:p>
    <w:p>
      <w:pPr>
        <w:pStyle w:val="Heading2"/>
        <w:widowControl/>
        <w:spacing w:before="160"/>
      </w:pPr>
      <w:r>
        <w:t>Ｑ．　１点だけでも出張買取を依頼できますか？</w:t>
      </w:r>
    </w:p>
    <w:p>
      <w:pPr>
        <w:widowControl/>
        <w:spacing w:after="120"/>
      </w:pPr>
      <w:r>
        <w:t>Ａ．　エリアや商品内容によって異なりますが、１点からでもご相談可能です。まずはＬＩＮＥ査定やお電話にてお問い合わせください。</w:t>
      </w:r>
    </w:p>
    <w:p>
      <w:pPr>
        <w:pStyle w:val="Heading2"/>
        <w:widowControl/>
        <w:spacing w:before="160"/>
      </w:pPr>
      <w:r>
        <w:t>Ｑ．　店頭への持ち込みは可能ですか？</w:t>
      </w:r>
    </w:p>
    <w:p>
      <w:pPr>
        <w:widowControl/>
        <w:spacing w:after="120"/>
      </w:pPr>
      <w:r>
        <w:t>Ａ．　はい、近くのお客様は店頭へお持ち込みいただくこともできます。事前にご連絡いただけると査定がスムーズです。</w:t>
      </w:r>
    </w:p>
    <w:p>
      <w:pPr>
        <w:pStyle w:val="Heading2"/>
        <w:widowControl/>
        <w:spacing w:before="160"/>
      </w:pPr>
      <w:r>
        <w:t>Ｑ．　買取金額はどのように決まりますか？</w:t>
      </w:r>
    </w:p>
    <w:p>
      <w:pPr>
        <w:widowControl/>
        <w:spacing w:after="120"/>
      </w:pPr>
      <w:r>
        <w:t>Ａ．　メーカー、型番、年式、状態、付属品の有無、市場相場などを総合的に確認して査定額を決定しています。例えばマキタのＴＤ１７３ＤＲＧＸやＨｉＫＯＫＩのＷＨ３６ＤＣなど人気モデルは高価買取につながりやすい傾向があります。</w:t>
      </w:r>
    </w:p>
    <w:p>
      <w:pPr>
        <w:pStyle w:val="Heading2"/>
        <w:widowControl/>
        <w:spacing w:before="160"/>
      </w:pPr>
      <w:r>
        <w:t>Ｑ．　インパクトドライバー以外も買取できますか？</w:t>
      </w:r>
    </w:p>
    <w:p>
      <w:pPr>
        <w:widowControl/>
        <w:spacing w:after="120"/>
      </w:pPr>
      <w:r>
        <w:t>Ａ．　丸ノコ、ハンマードリル、ディスクグラインダー、コンプレッサー、釘打機、発電機など幅広い電動工具に対応しています。</w:t>
      </w:r>
    </w:p>
    <w:p>
      <w:pPr>
        <w:pStyle w:val="Heading2"/>
        <w:widowControl/>
        <w:spacing w:before="160"/>
      </w:pPr>
      <w:r>
        <w:t>Ｑ．　ＭＡＸのコンプレッサーや釘打機も買取できますか？</w:t>
      </w:r>
    </w:p>
    <w:p>
      <w:pPr>
        <w:widowControl/>
        <w:spacing w:after="120"/>
      </w:pPr>
      <w:r>
        <w:t>Ａ．　ＡＫ－ＨＨ１３１０ＥやＡＫ－ＨＬ１３１０Ｅなどのコンプレッサー、各種釘打機も査定強化中です。</w:t>
      </w:r>
    </w:p>
    <w:p>
      <w:pPr>
        <w:pStyle w:val="Heading2"/>
        <w:widowControl/>
        <w:spacing w:before="160"/>
      </w:pPr>
      <w:r>
        <w:t>Ｑ．　ＬＩＮＥ査定は利用できますか？</w:t>
      </w:r>
    </w:p>
    <w:p>
      <w:pPr>
        <w:widowControl/>
        <w:spacing w:after="120"/>
      </w:pPr>
      <w:r>
        <w:t>Ａ．　工具の写真と型番を送っていただくだけで、おおよその査定額をご案内できます。忙しい職人さんや法人様にもご好評をいただいています。</w:t>
      </w:r>
    </w:p>
    <w:p>
      <w:pPr>
        <w:pStyle w:val="Heading2"/>
        <w:widowControl/>
        <w:spacing w:before="160"/>
      </w:pPr>
      <w:r>
        <w:t>Ｑ．　どのメーカーでも買取できますか？</w:t>
      </w:r>
    </w:p>
    <w:p>
      <w:pPr>
        <w:widowControl/>
        <w:spacing w:after="120"/>
      </w:pPr>
      <w:r>
        <w:t>Ａ．　マキタ、ＨｉＫＯＫＩ、ＭＡＸをはじめ、Ｐａｎａｓｏｎｉｃ、ボッシュ、京セラ、リョービなど幅広いメーカーに対応しています。掲載されていないメーカーでも査定可能な場合がありますので、お気軽にお問い合わせください。</w:t>
      </w:r>
    </w:p>
    <w:p>
      <w:pPr>
        <w:pStyle w:val="Heading1"/>
        <w:widowControl/>
      </w:pPr>
      <w:r>
        <w:t>買取ＵＰの買い取り方法</w:t>
      </w:r>
    </w:p>
    <w:p>
      <w:pPr>
        <w:widowControl/>
      </w:pPr>
      <w:r>
        <w:t>（そちらでご用意いただく部分）</w:t>
      </w:r>
    </w:p>
    <w:sectPr w:rsidR="00FC693F" w:rsidRPr="0006063C" w:rsidSect="00034616">
      <w:footerReference w:type="default" r:id="rId9"/>
      <w:pgSz w:w="11906" w:h="16838"/>
      <w:pgMar w:top="1077"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Meiryo" w:hAnsi="Meiryo" w:eastAsia="Meiryo"/>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76" w:lineRule="auto"/>
      <w:outlineLvl w:val="0"/>
    </w:pPr>
    <w:rPr>
      <w:rFonts w:asciiTheme="majorHAnsi" w:eastAsiaTheme="majorEastAsia" w:hAnsiTheme="majorHAnsi" w:cstheme="majorBidi" w:ascii="Meiryo" w:hAnsi="Meiryo" w:eastAsia="Meiryo"/>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00" w:line="276" w:lineRule="auto"/>
      <w:outlineLvl w:val="1"/>
    </w:pPr>
    <w:rPr>
      <w:rFonts w:asciiTheme="majorHAnsi" w:eastAsiaTheme="majorEastAsia" w:hAnsiTheme="majorHAnsi" w:cstheme="majorBidi" w:ascii="Meiryo" w:hAnsi="Meiryo" w:eastAsia="Meiryo"/>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76" w:lineRule="auto" w:before="240"/>
      <w:contextualSpacing/>
    </w:pPr>
    <w:rPr>
      <w:rFonts w:asciiTheme="majorHAnsi" w:eastAsiaTheme="majorEastAsia" w:hAnsiTheme="majorHAnsi" w:cstheme="majorBidi" w:ascii="Meiryo" w:hAnsi="Meiryo" w:eastAsia="Meiryo"/>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【大阪の電動工具買取】マキタ・ＨｉＫＯＫＩ・ＭＡＸを高価買取｜出張査定無料</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