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DA092" w14:textId="77777777" w:rsidR="00FE09D8" w:rsidRDefault="00000000">
      <w:pPr>
        <w:spacing w:before="360" w:after="0" w:line="240" w:lineRule="auto"/>
      </w:pPr>
      <w:r>
        <w:rPr>
          <w:rFonts w:ascii="Aptos" w:eastAsia="Aptos" w:hAnsi="Aptos"/>
          <w:b/>
          <w:color w:val="153F5B"/>
          <w:sz w:val="18"/>
        </w:rPr>
        <w:t>ORDER OPERATIONS / 30 STORES</w:t>
      </w:r>
    </w:p>
    <w:p w14:paraId="3285C3A7" w14:textId="77777777" w:rsidR="00FE09D8" w:rsidRDefault="00000000">
      <w:pPr>
        <w:pStyle w:val="aa"/>
        <w:spacing w:before="520" w:after="180" w:line="252" w:lineRule="auto"/>
      </w:pPr>
      <w:r>
        <w:rPr>
          <w:rFonts w:ascii="Noto Sans JP" w:eastAsia="Noto Sans JP" w:hAnsi="Noto Sans JP"/>
        </w:rPr>
        <w:t>WordPress 発注管理</w:t>
      </w:r>
      <w:r>
        <w:rPr>
          <w:rFonts w:ascii="Noto Sans JP" w:eastAsia="Noto Sans JP" w:hAnsi="Noto Sans JP"/>
        </w:rPr>
        <w:br/>
        <w:t>システム仕様書</w:t>
      </w:r>
    </w:p>
    <w:p w14:paraId="50AFA380" w14:textId="77777777" w:rsidR="00FE09D8" w:rsidRDefault="00000000">
      <w:pPr>
        <w:pStyle w:val="ac"/>
        <w:spacing w:after="440" w:line="240" w:lineRule="auto"/>
      </w:pPr>
      <w:r>
        <w:rPr>
          <w:rFonts w:ascii="Noto Sans JP" w:eastAsia="Noto Sans JP" w:hAnsi="Noto Sans JP"/>
        </w:rPr>
        <w:t>30店舗・発送先連動メール・発送管理・本部一括請求  /  改訂版</w:t>
      </w:r>
    </w:p>
    <w:tbl>
      <w:tblPr>
        <w:tblW w:w="0" w:type="auto"/>
        <w:jc w:val="center"/>
        <w:tblLayout w:type="fixed"/>
        <w:tblLook w:val="04A0" w:firstRow="1" w:lastRow="0" w:firstColumn="1" w:lastColumn="0" w:noHBand="0" w:noVBand="1"/>
      </w:tblPr>
      <w:tblGrid>
        <w:gridCol w:w="4997"/>
        <w:gridCol w:w="4997"/>
      </w:tblGrid>
      <w:tr w:rsidR="00FE09D8" w14:paraId="56A77A5D" w14:textId="77777777">
        <w:trPr>
          <w:jc w:val="center"/>
        </w:trPr>
        <w:tc>
          <w:tcPr>
            <w:tcW w:w="4997" w:type="dxa"/>
            <w:shd w:val="clear" w:color="auto" w:fill="102C42"/>
            <w:tcMar>
              <w:top w:w="280" w:type="dxa"/>
              <w:left w:w="260" w:type="dxa"/>
              <w:bottom w:w="280" w:type="dxa"/>
              <w:right w:w="260" w:type="dxa"/>
            </w:tcMar>
          </w:tcPr>
          <w:p w14:paraId="7D204A6D" w14:textId="77777777" w:rsidR="00FE09D8" w:rsidRDefault="00000000">
            <w:pPr>
              <w:spacing w:after="180" w:line="240" w:lineRule="auto"/>
              <w:rPr>
                <w:lang w:eastAsia="ja-JP"/>
              </w:rPr>
            </w:pPr>
            <w:r>
              <w:rPr>
                <w:b/>
                <w:color w:val="FFFFFF"/>
                <w:sz w:val="22"/>
                <w:lang w:eastAsia="ja-JP"/>
              </w:rPr>
              <w:t>設計方針</w:t>
            </w:r>
          </w:p>
          <w:p w14:paraId="5AD42B23" w14:textId="77777777" w:rsidR="00FE09D8" w:rsidRDefault="00000000">
            <w:pPr>
              <w:spacing w:after="120"/>
              <w:rPr>
                <w:lang w:eastAsia="ja-JP"/>
              </w:rPr>
            </w:pPr>
            <w:r>
              <w:rPr>
                <w:color w:val="FFFFFF"/>
                <w:sz w:val="18"/>
                <w:lang w:eastAsia="ja-JP"/>
              </w:rPr>
              <w:t>●  店舗専用リンクで入力負担を最小化</w:t>
            </w:r>
          </w:p>
          <w:p w14:paraId="1887BB27" w14:textId="77777777" w:rsidR="00FE09D8" w:rsidRDefault="00000000">
            <w:pPr>
              <w:spacing w:after="120"/>
              <w:rPr>
                <w:lang w:eastAsia="ja-JP"/>
              </w:rPr>
            </w:pPr>
            <w:r>
              <w:rPr>
                <w:color w:val="FFFFFF"/>
                <w:sz w:val="18"/>
                <w:lang w:eastAsia="ja-JP"/>
              </w:rPr>
              <w:t>●  注文保存を正本として外部連携を分離</w:t>
            </w:r>
          </w:p>
          <w:p w14:paraId="2A238E0D" w14:textId="77777777" w:rsidR="00FE09D8" w:rsidRDefault="00000000">
            <w:pPr>
              <w:spacing w:after="120"/>
              <w:rPr>
                <w:lang w:eastAsia="ja-JP"/>
              </w:rPr>
            </w:pPr>
            <w:r>
              <w:rPr>
                <w:color w:val="FFFFFF"/>
                <w:sz w:val="18"/>
                <w:lang w:eastAsia="ja-JP"/>
              </w:rPr>
              <w:t>●  発送済み注文だけを月次請求へ集計</w:t>
            </w:r>
          </w:p>
        </w:tc>
        <w:tc>
          <w:tcPr>
            <w:tcW w:w="4997" w:type="dxa"/>
            <w:shd w:val="clear" w:color="auto" w:fill="FFF6E5"/>
            <w:tcMar>
              <w:top w:w="280" w:type="dxa"/>
              <w:left w:w="240" w:type="dxa"/>
              <w:bottom w:w="280" w:type="dxa"/>
              <w:right w:w="240" w:type="dxa"/>
            </w:tcMar>
          </w:tcPr>
          <w:p w14:paraId="310D5C1E" w14:textId="77777777" w:rsidR="00FE09D8" w:rsidRDefault="00000000">
            <w:pPr>
              <w:spacing w:after="120" w:line="240" w:lineRule="auto"/>
            </w:pPr>
            <w:r>
              <w:rPr>
                <w:rFonts w:ascii="Aptos" w:eastAsia="Aptos" w:hAnsi="Aptos"/>
                <w:b/>
                <w:color w:val="B66800"/>
                <w:sz w:val="16"/>
              </w:rPr>
              <w:t>DOCUMENT</w:t>
            </w:r>
          </w:p>
          <w:p w14:paraId="6893CB1B" w14:textId="77777777" w:rsidR="00FE09D8" w:rsidRDefault="00000000">
            <w:pPr>
              <w:spacing w:before="100" w:after="0" w:line="240" w:lineRule="auto"/>
            </w:pPr>
            <w:r>
              <w:rPr>
                <w:color w:val="526273"/>
                <w:sz w:val="16"/>
              </w:rPr>
              <w:t>版</w:t>
            </w:r>
            <w:r>
              <w:rPr>
                <w:color w:val="526273"/>
                <w:sz w:val="16"/>
              </w:rPr>
              <w:br/>
            </w:r>
            <w:r>
              <w:rPr>
                <w:b/>
                <w:sz w:val="20"/>
              </w:rPr>
              <w:t>v0.3</w:t>
            </w:r>
          </w:p>
          <w:p w14:paraId="08E3AD58" w14:textId="77777777" w:rsidR="00FE09D8" w:rsidRDefault="00000000">
            <w:pPr>
              <w:spacing w:before="100" w:after="0" w:line="240" w:lineRule="auto"/>
            </w:pPr>
            <w:r>
              <w:rPr>
                <w:color w:val="526273"/>
                <w:sz w:val="16"/>
              </w:rPr>
              <w:t>改訂日</w:t>
            </w:r>
            <w:r>
              <w:rPr>
                <w:color w:val="526273"/>
                <w:sz w:val="16"/>
              </w:rPr>
              <w:br/>
            </w:r>
            <w:r>
              <w:rPr>
                <w:b/>
                <w:sz w:val="20"/>
              </w:rPr>
              <w:t>2026年9月19日</w:t>
            </w:r>
          </w:p>
          <w:p w14:paraId="217DB6FA" w14:textId="77777777" w:rsidR="00FE09D8" w:rsidRDefault="00000000">
            <w:pPr>
              <w:spacing w:before="100" w:after="0" w:line="240" w:lineRule="auto"/>
              <w:rPr>
                <w:lang w:eastAsia="ja-JP"/>
              </w:rPr>
            </w:pPr>
            <w:r>
              <w:rPr>
                <w:color w:val="526273"/>
                <w:sz w:val="16"/>
                <w:lang w:eastAsia="ja-JP"/>
              </w:rPr>
              <w:t>基盤</w:t>
            </w:r>
            <w:r>
              <w:rPr>
                <w:color w:val="526273"/>
                <w:sz w:val="16"/>
                <w:lang w:eastAsia="ja-JP"/>
              </w:rPr>
              <w:br/>
            </w:r>
            <w:r>
              <w:rPr>
                <w:b/>
                <w:sz w:val="20"/>
                <w:lang w:eastAsia="ja-JP"/>
              </w:rPr>
              <w:t>WordPress</w:t>
            </w:r>
          </w:p>
          <w:p w14:paraId="6EE15C86" w14:textId="77777777" w:rsidR="00FE09D8" w:rsidRDefault="00000000">
            <w:pPr>
              <w:spacing w:before="100" w:after="0" w:line="240" w:lineRule="auto"/>
              <w:rPr>
                <w:lang w:eastAsia="ja-JP"/>
              </w:rPr>
            </w:pPr>
            <w:r>
              <w:rPr>
                <w:color w:val="526273"/>
                <w:sz w:val="16"/>
                <w:lang w:eastAsia="ja-JP"/>
              </w:rPr>
              <w:t>サーバー</w:t>
            </w:r>
            <w:r>
              <w:rPr>
                <w:color w:val="526273"/>
                <w:sz w:val="16"/>
                <w:lang w:eastAsia="ja-JP"/>
              </w:rPr>
              <w:br/>
            </w:r>
            <w:r>
              <w:rPr>
                <w:b/>
                <w:sz w:val="20"/>
                <w:lang w:eastAsia="ja-JP"/>
              </w:rPr>
              <w:t>さくらインターネット</w:t>
            </w:r>
          </w:p>
        </w:tc>
      </w:tr>
    </w:tbl>
    <w:p w14:paraId="720E1B06" w14:textId="77777777" w:rsidR="00FE09D8" w:rsidRDefault="00000000">
      <w:pPr>
        <w:spacing w:after="160" w:line="317" w:lineRule="auto"/>
        <w:rPr>
          <w:lang w:eastAsia="ja-JP"/>
        </w:rPr>
      </w:pPr>
      <w:r>
        <w:rPr>
          <w:color w:val="526273"/>
          <w:lang w:eastAsia="ja-JP"/>
        </w:rPr>
        <w:t>本仕様書は、30店舗が定期的に利用する業務用米の発注・発送・月次請求を、運用停止リスクを抑えながら一元管理するための実装基準を定める。</w:t>
      </w:r>
    </w:p>
    <w:tbl>
      <w:tblPr>
        <w:tblW w:w="0" w:type="auto"/>
        <w:jc w:val="center"/>
        <w:tblLayout w:type="fixed"/>
        <w:tblLook w:val="04A0" w:firstRow="1" w:lastRow="0" w:firstColumn="1" w:lastColumn="0" w:noHBand="0" w:noVBand="1"/>
      </w:tblPr>
      <w:tblGrid>
        <w:gridCol w:w="4997"/>
        <w:gridCol w:w="4997"/>
      </w:tblGrid>
      <w:tr w:rsidR="00FE09D8" w14:paraId="567C5527" w14:textId="77777777">
        <w:trPr>
          <w:jc w:val="center"/>
        </w:trPr>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vAlign w:val="center"/>
          </w:tcPr>
          <w:p w14:paraId="222F9BD5" w14:textId="77777777" w:rsidR="00FE09D8" w:rsidRDefault="00000000">
            <w:pPr>
              <w:spacing w:after="0" w:line="240" w:lineRule="auto"/>
              <w:jc w:val="center"/>
            </w:pPr>
            <w:r>
              <w:rPr>
                <w:b/>
                <w:color w:val="087A5B"/>
                <w:sz w:val="16"/>
              </w:rPr>
              <w:t>UPDATE</w:t>
            </w:r>
          </w:p>
        </w:tc>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tcPr>
          <w:p w14:paraId="177A0E87" w14:textId="77777777" w:rsidR="00FE09D8" w:rsidRDefault="00000000">
            <w:pPr>
              <w:spacing w:after="40" w:line="240" w:lineRule="auto"/>
              <w:rPr>
                <w:lang w:eastAsia="ja-JP"/>
              </w:rPr>
            </w:pPr>
            <w:r>
              <w:rPr>
                <w:b/>
                <w:color w:val="087A5B"/>
                <w:lang w:eastAsia="ja-JP"/>
              </w:rPr>
              <w:t>今回の改訂範囲</w:t>
            </w:r>
          </w:p>
          <w:p w14:paraId="408C03D8" w14:textId="77777777" w:rsidR="00FE09D8" w:rsidRDefault="00000000">
            <w:pPr>
              <w:spacing w:after="0"/>
              <w:rPr>
                <w:lang w:eastAsia="ja-JP"/>
              </w:rPr>
            </w:pPr>
            <w:r>
              <w:rPr>
                <w:sz w:val="17"/>
                <w:lang w:eastAsia="ja-JP"/>
              </w:rPr>
              <w:t>契約状態のシステム管理を廃止し、発送日基準の変更・取消期限表示、店舗発送先に紐づくメール宛先、メール到達状況、発送準備中／発送済みの2状態、店舗専用リンク、複数商品対応、発送済み注文だけの請求集計へ改めた。</w:t>
            </w:r>
          </w:p>
        </w:tc>
      </w:tr>
    </w:tbl>
    <w:p w14:paraId="7ADB9148" w14:textId="77777777" w:rsidR="00FE09D8" w:rsidRDefault="00FE09D8">
      <w:pPr>
        <w:spacing w:after="0"/>
        <w:rPr>
          <w:lang w:eastAsia="ja-JP"/>
        </w:rPr>
      </w:pPr>
    </w:p>
    <w:p w14:paraId="5461685F" w14:textId="77777777" w:rsidR="00FE09D8" w:rsidRDefault="00000000">
      <w:pPr>
        <w:rPr>
          <w:lang w:eastAsia="ja-JP"/>
        </w:rPr>
      </w:pPr>
      <w:r>
        <w:rPr>
          <w:lang w:eastAsia="ja-JP"/>
        </w:rPr>
        <w:br w:type="page"/>
      </w:r>
    </w:p>
    <w:p w14:paraId="37EDF009" w14:textId="77777777" w:rsidR="00FE09D8" w:rsidRDefault="00000000">
      <w:pPr>
        <w:spacing w:after="40" w:line="240" w:lineRule="auto"/>
        <w:rPr>
          <w:lang w:eastAsia="ja-JP"/>
        </w:rPr>
      </w:pPr>
      <w:r>
        <w:rPr>
          <w:b/>
          <w:color w:val="153F5B"/>
          <w:sz w:val="17"/>
          <w:shd w:val="clear" w:color="auto" w:fill="EAF3F8"/>
          <w:lang w:eastAsia="ja-JP"/>
        </w:rPr>
        <w:lastRenderedPageBreak/>
        <w:t>SECTION 00</w:t>
      </w:r>
    </w:p>
    <w:p w14:paraId="3E1E55D9" w14:textId="77777777" w:rsidR="00FE09D8" w:rsidRDefault="00000000">
      <w:pPr>
        <w:pStyle w:val="1"/>
        <w:spacing w:before="60" w:after="80" w:line="240" w:lineRule="auto"/>
        <w:rPr>
          <w:lang w:eastAsia="ja-JP"/>
        </w:rPr>
      </w:pPr>
      <w:r>
        <w:rPr>
          <w:rFonts w:ascii="Noto Sans JP" w:eastAsia="Noto Sans JP" w:hAnsi="Noto Sans JP"/>
          <w:lang w:eastAsia="ja-JP"/>
        </w:rPr>
        <w:t>改訂要約・仕様の前提</w:t>
      </w:r>
    </w:p>
    <w:p w14:paraId="2CD031BC" w14:textId="77777777" w:rsidR="00FE09D8" w:rsidRDefault="00000000">
      <w:pPr>
        <w:spacing w:after="200" w:line="317" w:lineRule="auto"/>
        <w:rPr>
          <w:lang w:eastAsia="ja-JP"/>
        </w:rPr>
      </w:pPr>
      <w:r>
        <w:rPr>
          <w:color w:val="526273"/>
          <w:sz w:val="18"/>
          <w:lang w:eastAsia="ja-JP"/>
        </w:rPr>
        <w:t>今回確定した運用判断を、実装で解釈が分かれない形に整理する。</w:t>
      </w:r>
    </w:p>
    <w:tbl>
      <w:tblPr>
        <w:tblStyle w:val="afe"/>
        <w:tblW w:w="0" w:type="auto"/>
        <w:jc w:val="center"/>
        <w:tblLayout w:type="fixed"/>
        <w:tblLook w:val="04A0" w:firstRow="1" w:lastRow="0" w:firstColumn="1" w:lastColumn="0" w:noHBand="0" w:noVBand="1"/>
      </w:tblPr>
      <w:tblGrid>
        <w:gridCol w:w="1728"/>
        <w:gridCol w:w="3672"/>
        <w:gridCol w:w="4464"/>
      </w:tblGrid>
      <w:tr w:rsidR="00FE09D8" w14:paraId="1A9A037E" w14:textId="77777777">
        <w:trPr>
          <w:tblHeader/>
          <w:jc w:val="center"/>
        </w:trPr>
        <w:tc>
          <w:tcPr>
            <w:tcW w:w="1728" w:type="dxa"/>
            <w:shd w:val="clear" w:color="auto" w:fill="153F5B"/>
            <w:tcMar>
              <w:top w:w="95" w:type="dxa"/>
              <w:left w:w="105" w:type="dxa"/>
              <w:bottom w:w="95" w:type="dxa"/>
              <w:right w:w="105" w:type="dxa"/>
            </w:tcMar>
            <w:vAlign w:val="center"/>
          </w:tcPr>
          <w:p w14:paraId="4A10D336" w14:textId="77777777" w:rsidR="00FE09D8" w:rsidRDefault="00000000">
            <w:pPr>
              <w:spacing w:after="0" w:line="240" w:lineRule="auto"/>
            </w:pPr>
            <w:proofErr w:type="spellStart"/>
            <w:r>
              <w:rPr>
                <w:b/>
                <w:color w:val="FFFFFF"/>
                <w:sz w:val="16"/>
              </w:rPr>
              <w:t>項目</w:t>
            </w:r>
            <w:proofErr w:type="spellEnd"/>
          </w:p>
        </w:tc>
        <w:tc>
          <w:tcPr>
            <w:tcW w:w="3672" w:type="dxa"/>
            <w:shd w:val="clear" w:color="auto" w:fill="153F5B"/>
            <w:tcMar>
              <w:top w:w="95" w:type="dxa"/>
              <w:left w:w="105" w:type="dxa"/>
              <w:bottom w:w="95" w:type="dxa"/>
              <w:right w:w="105" w:type="dxa"/>
            </w:tcMar>
            <w:vAlign w:val="center"/>
          </w:tcPr>
          <w:p w14:paraId="02839743" w14:textId="77777777" w:rsidR="00FE09D8" w:rsidRDefault="00000000">
            <w:pPr>
              <w:spacing w:after="0" w:line="240" w:lineRule="auto"/>
            </w:pPr>
            <w:r>
              <w:rPr>
                <w:b/>
                <w:color w:val="FFFFFF"/>
                <w:sz w:val="16"/>
              </w:rPr>
              <w:t>確定仕様</w:t>
            </w:r>
          </w:p>
        </w:tc>
        <w:tc>
          <w:tcPr>
            <w:tcW w:w="4464" w:type="dxa"/>
            <w:shd w:val="clear" w:color="auto" w:fill="153F5B"/>
            <w:tcMar>
              <w:top w:w="95" w:type="dxa"/>
              <w:left w:w="105" w:type="dxa"/>
              <w:bottom w:w="95" w:type="dxa"/>
              <w:right w:w="105" w:type="dxa"/>
            </w:tcMar>
            <w:vAlign w:val="center"/>
          </w:tcPr>
          <w:p w14:paraId="0D4E9440" w14:textId="77777777" w:rsidR="00FE09D8" w:rsidRDefault="00000000">
            <w:pPr>
              <w:spacing w:after="0" w:line="240" w:lineRule="auto"/>
            </w:pPr>
            <w:r>
              <w:rPr>
                <w:b/>
                <w:color w:val="FFFFFF"/>
                <w:sz w:val="16"/>
              </w:rPr>
              <w:t>実装上の扱い</w:t>
            </w:r>
          </w:p>
        </w:tc>
      </w:tr>
      <w:tr w:rsidR="00FE09D8" w14:paraId="47EC6AB3" w14:textId="77777777">
        <w:trPr>
          <w:cantSplit/>
          <w:jc w:val="center"/>
        </w:trPr>
        <w:tc>
          <w:tcPr>
            <w:tcW w:w="1728" w:type="dxa"/>
            <w:shd w:val="clear" w:color="auto" w:fill="FFFFFF"/>
            <w:tcMar>
              <w:top w:w="95" w:type="dxa"/>
              <w:left w:w="105" w:type="dxa"/>
              <w:bottom w:w="95" w:type="dxa"/>
              <w:right w:w="105" w:type="dxa"/>
            </w:tcMar>
            <w:vAlign w:val="center"/>
          </w:tcPr>
          <w:p w14:paraId="2184B1A3" w14:textId="77777777" w:rsidR="00FE09D8" w:rsidRDefault="00000000">
            <w:pPr>
              <w:spacing w:after="0" w:line="283" w:lineRule="auto"/>
            </w:pPr>
            <w:r>
              <w:rPr>
                <w:b/>
                <w:sz w:val="16"/>
              </w:rPr>
              <w:t>発注者</w:t>
            </w:r>
          </w:p>
        </w:tc>
        <w:tc>
          <w:tcPr>
            <w:tcW w:w="3672" w:type="dxa"/>
            <w:shd w:val="clear" w:color="auto" w:fill="FFFFFF"/>
            <w:tcMar>
              <w:top w:w="95" w:type="dxa"/>
              <w:left w:w="105" w:type="dxa"/>
              <w:bottom w:w="95" w:type="dxa"/>
              <w:right w:w="105" w:type="dxa"/>
            </w:tcMar>
            <w:vAlign w:val="center"/>
          </w:tcPr>
          <w:p w14:paraId="7A9F7FA2" w14:textId="77777777" w:rsidR="00FE09D8" w:rsidRDefault="00000000">
            <w:pPr>
              <w:spacing w:after="0" w:line="283" w:lineRule="auto"/>
              <w:rPr>
                <w:lang w:eastAsia="ja-JP"/>
              </w:rPr>
            </w:pPr>
            <w:r>
              <w:rPr>
                <w:sz w:val="16"/>
                <w:lang w:eastAsia="ja-JP"/>
              </w:rPr>
              <w:t>リンクを知る30店舗の担当者</w:t>
            </w:r>
          </w:p>
        </w:tc>
        <w:tc>
          <w:tcPr>
            <w:tcW w:w="4464" w:type="dxa"/>
            <w:shd w:val="clear" w:color="auto" w:fill="FFFFFF"/>
            <w:tcMar>
              <w:top w:w="95" w:type="dxa"/>
              <w:left w:w="105" w:type="dxa"/>
              <w:bottom w:w="95" w:type="dxa"/>
              <w:right w:w="105" w:type="dxa"/>
            </w:tcMar>
            <w:vAlign w:val="center"/>
          </w:tcPr>
          <w:p w14:paraId="53F06200" w14:textId="77777777" w:rsidR="00FE09D8" w:rsidRDefault="00000000">
            <w:pPr>
              <w:spacing w:after="0" w:line="283" w:lineRule="auto"/>
              <w:rPr>
                <w:lang w:eastAsia="ja-JP"/>
              </w:rPr>
            </w:pPr>
            <w:r>
              <w:rPr>
                <w:sz w:val="16"/>
                <w:lang w:eastAsia="ja-JP"/>
              </w:rPr>
              <w:t>店舗ごとの専用トークンで店舗・発送先を自動判定</w:t>
            </w:r>
          </w:p>
        </w:tc>
      </w:tr>
      <w:tr w:rsidR="00FE09D8" w14:paraId="60B3BF5B" w14:textId="77777777">
        <w:trPr>
          <w:cantSplit/>
          <w:jc w:val="center"/>
        </w:trPr>
        <w:tc>
          <w:tcPr>
            <w:tcW w:w="1728" w:type="dxa"/>
            <w:shd w:val="clear" w:color="auto" w:fill="F3F5F7"/>
            <w:tcMar>
              <w:top w:w="95" w:type="dxa"/>
              <w:left w:w="105" w:type="dxa"/>
              <w:bottom w:w="95" w:type="dxa"/>
              <w:right w:w="105" w:type="dxa"/>
            </w:tcMar>
            <w:vAlign w:val="center"/>
          </w:tcPr>
          <w:p w14:paraId="53C6208E" w14:textId="77777777" w:rsidR="00FE09D8" w:rsidRDefault="00000000">
            <w:pPr>
              <w:spacing w:after="0" w:line="283" w:lineRule="auto"/>
            </w:pPr>
            <w:proofErr w:type="spellStart"/>
            <w:r>
              <w:rPr>
                <w:b/>
                <w:sz w:val="16"/>
              </w:rPr>
              <w:t>商品</w:t>
            </w:r>
            <w:proofErr w:type="spellEnd"/>
          </w:p>
        </w:tc>
        <w:tc>
          <w:tcPr>
            <w:tcW w:w="3672" w:type="dxa"/>
            <w:shd w:val="clear" w:color="auto" w:fill="F3F5F7"/>
            <w:tcMar>
              <w:top w:w="95" w:type="dxa"/>
              <w:left w:w="105" w:type="dxa"/>
              <w:bottom w:w="95" w:type="dxa"/>
              <w:right w:w="105" w:type="dxa"/>
            </w:tcMar>
            <w:vAlign w:val="center"/>
          </w:tcPr>
          <w:p w14:paraId="72DBC505" w14:textId="77777777" w:rsidR="00FE09D8" w:rsidRDefault="00000000">
            <w:pPr>
              <w:spacing w:after="0" w:line="283" w:lineRule="auto"/>
            </w:pPr>
            <w:r>
              <w:rPr>
                <w:sz w:val="16"/>
              </w:rPr>
              <w:t>当初は業務用米1商品</w:t>
            </w:r>
          </w:p>
        </w:tc>
        <w:tc>
          <w:tcPr>
            <w:tcW w:w="4464" w:type="dxa"/>
            <w:shd w:val="clear" w:color="auto" w:fill="F3F5F7"/>
            <w:tcMar>
              <w:top w:w="95" w:type="dxa"/>
              <w:left w:w="105" w:type="dxa"/>
              <w:bottom w:w="95" w:type="dxa"/>
              <w:right w:w="105" w:type="dxa"/>
            </w:tcMar>
            <w:vAlign w:val="center"/>
          </w:tcPr>
          <w:p w14:paraId="74223E0F" w14:textId="77777777" w:rsidR="00FE09D8" w:rsidRDefault="00000000">
            <w:pPr>
              <w:spacing w:after="0" w:line="283" w:lineRule="auto"/>
              <w:rPr>
                <w:lang w:eastAsia="ja-JP"/>
              </w:rPr>
            </w:pPr>
            <w:r>
              <w:rPr>
                <w:sz w:val="16"/>
                <w:lang w:eastAsia="ja-JP"/>
              </w:rPr>
              <w:t>商品マスターは複数商品・商品画像に対応</w:t>
            </w:r>
          </w:p>
        </w:tc>
      </w:tr>
      <w:tr w:rsidR="00FE09D8" w14:paraId="6E84823E" w14:textId="77777777">
        <w:trPr>
          <w:cantSplit/>
          <w:jc w:val="center"/>
        </w:trPr>
        <w:tc>
          <w:tcPr>
            <w:tcW w:w="1728" w:type="dxa"/>
            <w:shd w:val="clear" w:color="auto" w:fill="FFFFFF"/>
            <w:tcMar>
              <w:top w:w="95" w:type="dxa"/>
              <w:left w:w="105" w:type="dxa"/>
              <w:bottom w:w="95" w:type="dxa"/>
              <w:right w:w="105" w:type="dxa"/>
            </w:tcMar>
            <w:vAlign w:val="center"/>
          </w:tcPr>
          <w:p w14:paraId="6AC0F447" w14:textId="77777777" w:rsidR="00FE09D8" w:rsidRDefault="00000000">
            <w:pPr>
              <w:spacing w:after="0" w:line="283" w:lineRule="auto"/>
            </w:pPr>
            <w:proofErr w:type="spellStart"/>
            <w:r>
              <w:rPr>
                <w:b/>
                <w:sz w:val="16"/>
              </w:rPr>
              <w:t>通知先</w:t>
            </w:r>
            <w:proofErr w:type="spellEnd"/>
          </w:p>
        </w:tc>
        <w:tc>
          <w:tcPr>
            <w:tcW w:w="3672" w:type="dxa"/>
            <w:shd w:val="clear" w:color="auto" w:fill="FFFFFF"/>
            <w:tcMar>
              <w:top w:w="95" w:type="dxa"/>
              <w:left w:w="105" w:type="dxa"/>
              <w:bottom w:w="95" w:type="dxa"/>
              <w:right w:w="105" w:type="dxa"/>
            </w:tcMar>
            <w:vAlign w:val="center"/>
          </w:tcPr>
          <w:p w14:paraId="0768290E" w14:textId="77777777" w:rsidR="00FE09D8" w:rsidRDefault="00000000">
            <w:pPr>
              <w:spacing w:after="0" w:line="283" w:lineRule="auto"/>
              <w:rPr>
                <w:lang w:eastAsia="ja-JP"/>
              </w:rPr>
            </w:pPr>
            <w:r>
              <w:rPr>
                <w:sz w:val="16"/>
                <w:lang w:eastAsia="ja-JP"/>
              </w:rPr>
              <w:t>店舗発送先情報に紐づける</w:t>
            </w:r>
          </w:p>
        </w:tc>
        <w:tc>
          <w:tcPr>
            <w:tcW w:w="4464" w:type="dxa"/>
            <w:shd w:val="clear" w:color="auto" w:fill="FFFFFF"/>
            <w:tcMar>
              <w:top w:w="95" w:type="dxa"/>
              <w:left w:w="105" w:type="dxa"/>
              <w:bottom w:w="95" w:type="dxa"/>
              <w:right w:w="105" w:type="dxa"/>
            </w:tcMar>
            <w:vAlign w:val="center"/>
          </w:tcPr>
          <w:p w14:paraId="41FBA8B8" w14:textId="77777777" w:rsidR="00FE09D8" w:rsidRDefault="00000000">
            <w:pPr>
              <w:spacing w:after="0" w:line="283" w:lineRule="auto"/>
              <w:rPr>
                <w:lang w:eastAsia="ja-JP"/>
              </w:rPr>
            </w:pPr>
            <w:r>
              <w:rPr>
                <w:sz w:val="16"/>
                <w:lang w:eastAsia="ja-JP"/>
              </w:rPr>
              <w:t>申込画面でメールアドレスを入力・変更させない</w:t>
            </w:r>
          </w:p>
        </w:tc>
      </w:tr>
      <w:tr w:rsidR="00FE09D8" w14:paraId="18CB8A1F" w14:textId="77777777">
        <w:trPr>
          <w:cantSplit/>
          <w:jc w:val="center"/>
        </w:trPr>
        <w:tc>
          <w:tcPr>
            <w:tcW w:w="1728" w:type="dxa"/>
            <w:shd w:val="clear" w:color="auto" w:fill="F3F5F7"/>
            <w:tcMar>
              <w:top w:w="95" w:type="dxa"/>
              <w:left w:w="105" w:type="dxa"/>
              <w:bottom w:w="95" w:type="dxa"/>
              <w:right w:w="105" w:type="dxa"/>
            </w:tcMar>
            <w:vAlign w:val="center"/>
          </w:tcPr>
          <w:p w14:paraId="6C8577D6" w14:textId="77777777" w:rsidR="00FE09D8" w:rsidRDefault="00000000">
            <w:pPr>
              <w:spacing w:after="0" w:line="283" w:lineRule="auto"/>
            </w:pPr>
            <w:proofErr w:type="spellStart"/>
            <w:r>
              <w:rPr>
                <w:b/>
                <w:sz w:val="16"/>
              </w:rPr>
              <w:t>メール確認</w:t>
            </w:r>
            <w:proofErr w:type="spellEnd"/>
          </w:p>
        </w:tc>
        <w:tc>
          <w:tcPr>
            <w:tcW w:w="3672" w:type="dxa"/>
            <w:shd w:val="clear" w:color="auto" w:fill="F3F5F7"/>
            <w:tcMar>
              <w:top w:w="95" w:type="dxa"/>
              <w:left w:w="105" w:type="dxa"/>
              <w:bottom w:w="95" w:type="dxa"/>
              <w:right w:w="105" w:type="dxa"/>
            </w:tcMar>
            <w:vAlign w:val="center"/>
          </w:tcPr>
          <w:p w14:paraId="57533B8F" w14:textId="77777777" w:rsidR="00FE09D8" w:rsidRDefault="00000000">
            <w:pPr>
              <w:spacing w:after="0" w:line="283" w:lineRule="auto"/>
              <w:rPr>
                <w:lang w:eastAsia="ja-JP"/>
              </w:rPr>
            </w:pPr>
            <w:r>
              <w:rPr>
                <w:sz w:val="16"/>
                <w:lang w:eastAsia="ja-JP"/>
              </w:rPr>
              <w:t>届いたかを宛先別に把握</w:t>
            </w:r>
          </w:p>
        </w:tc>
        <w:tc>
          <w:tcPr>
            <w:tcW w:w="4464" w:type="dxa"/>
            <w:shd w:val="clear" w:color="auto" w:fill="F3F5F7"/>
            <w:tcMar>
              <w:top w:w="95" w:type="dxa"/>
              <w:left w:w="105" w:type="dxa"/>
              <w:bottom w:w="95" w:type="dxa"/>
              <w:right w:w="105" w:type="dxa"/>
            </w:tcMar>
            <w:vAlign w:val="center"/>
          </w:tcPr>
          <w:p w14:paraId="2F20CFAA" w14:textId="77777777" w:rsidR="00FE09D8" w:rsidRDefault="00000000">
            <w:pPr>
              <w:spacing w:after="0" w:line="283" w:lineRule="auto"/>
              <w:rPr>
                <w:lang w:eastAsia="ja-JP"/>
              </w:rPr>
            </w:pPr>
            <w:r>
              <w:rPr>
                <w:sz w:val="16"/>
                <w:lang w:eastAsia="ja-JP"/>
              </w:rPr>
              <w:t>到達・未達・確認中を配信イベントで記録</w:t>
            </w:r>
          </w:p>
        </w:tc>
      </w:tr>
      <w:tr w:rsidR="00FE09D8" w14:paraId="70CC4AF3" w14:textId="77777777">
        <w:trPr>
          <w:cantSplit/>
          <w:jc w:val="center"/>
        </w:trPr>
        <w:tc>
          <w:tcPr>
            <w:tcW w:w="1728" w:type="dxa"/>
            <w:shd w:val="clear" w:color="auto" w:fill="FFFFFF"/>
            <w:tcMar>
              <w:top w:w="95" w:type="dxa"/>
              <w:left w:w="105" w:type="dxa"/>
              <w:bottom w:w="95" w:type="dxa"/>
              <w:right w:w="105" w:type="dxa"/>
            </w:tcMar>
            <w:vAlign w:val="center"/>
          </w:tcPr>
          <w:p w14:paraId="537E872D" w14:textId="77777777" w:rsidR="00FE09D8" w:rsidRDefault="00000000">
            <w:pPr>
              <w:spacing w:after="0" w:line="283" w:lineRule="auto"/>
            </w:pPr>
            <w:proofErr w:type="spellStart"/>
            <w:r>
              <w:rPr>
                <w:b/>
                <w:sz w:val="16"/>
              </w:rPr>
              <w:t>契約状態</w:t>
            </w:r>
            <w:proofErr w:type="spellEnd"/>
          </w:p>
        </w:tc>
        <w:tc>
          <w:tcPr>
            <w:tcW w:w="3672" w:type="dxa"/>
            <w:shd w:val="clear" w:color="auto" w:fill="FFFFFF"/>
            <w:tcMar>
              <w:top w:w="95" w:type="dxa"/>
              <w:left w:w="105" w:type="dxa"/>
              <w:bottom w:w="95" w:type="dxa"/>
              <w:right w:w="105" w:type="dxa"/>
            </w:tcMar>
            <w:vAlign w:val="center"/>
          </w:tcPr>
          <w:p w14:paraId="3814A0DD" w14:textId="77777777" w:rsidR="00FE09D8" w:rsidRDefault="00000000">
            <w:pPr>
              <w:spacing w:after="0" w:line="283" w:lineRule="auto"/>
              <w:rPr>
                <w:lang w:eastAsia="ja-JP"/>
              </w:rPr>
            </w:pPr>
            <w:r>
              <w:rPr>
                <w:sz w:val="16"/>
                <w:lang w:eastAsia="ja-JP"/>
              </w:rPr>
              <w:t>通常時はシステム化しない</w:t>
            </w:r>
          </w:p>
        </w:tc>
        <w:tc>
          <w:tcPr>
            <w:tcW w:w="4464" w:type="dxa"/>
            <w:shd w:val="clear" w:color="auto" w:fill="FFFFFF"/>
            <w:tcMar>
              <w:top w:w="95" w:type="dxa"/>
              <w:left w:w="105" w:type="dxa"/>
              <w:bottom w:w="95" w:type="dxa"/>
              <w:right w:w="105" w:type="dxa"/>
            </w:tcMar>
            <w:vAlign w:val="center"/>
          </w:tcPr>
          <w:p w14:paraId="0A6C1E1F" w14:textId="77777777" w:rsidR="00FE09D8" w:rsidRDefault="00000000">
            <w:pPr>
              <w:spacing w:after="0" w:line="283" w:lineRule="auto"/>
              <w:rPr>
                <w:lang w:eastAsia="ja-JP"/>
              </w:rPr>
            </w:pPr>
            <w:r>
              <w:rPr>
                <w:sz w:val="16"/>
                <w:lang w:eastAsia="ja-JP"/>
              </w:rPr>
              <w:t>契約状態・承諾ワークフロー・みなし承諾バッチを持たない</w:t>
            </w:r>
          </w:p>
        </w:tc>
      </w:tr>
      <w:tr w:rsidR="00FE09D8" w14:paraId="79211D08" w14:textId="77777777">
        <w:trPr>
          <w:cantSplit/>
          <w:jc w:val="center"/>
        </w:trPr>
        <w:tc>
          <w:tcPr>
            <w:tcW w:w="1728" w:type="dxa"/>
            <w:shd w:val="clear" w:color="auto" w:fill="F3F5F7"/>
            <w:tcMar>
              <w:top w:w="95" w:type="dxa"/>
              <w:left w:w="105" w:type="dxa"/>
              <w:bottom w:w="95" w:type="dxa"/>
              <w:right w:w="105" w:type="dxa"/>
            </w:tcMar>
            <w:vAlign w:val="center"/>
          </w:tcPr>
          <w:p w14:paraId="68643540" w14:textId="77777777" w:rsidR="00FE09D8" w:rsidRDefault="00000000">
            <w:pPr>
              <w:spacing w:after="0" w:line="283" w:lineRule="auto"/>
            </w:pPr>
            <w:proofErr w:type="spellStart"/>
            <w:r>
              <w:rPr>
                <w:b/>
                <w:sz w:val="16"/>
              </w:rPr>
              <w:t>期限表示</w:t>
            </w:r>
            <w:proofErr w:type="spellEnd"/>
          </w:p>
        </w:tc>
        <w:tc>
          <w:tcPr>
            <w:tcW w:w="3672" w:type="dxa"/>
            <w:shd w:val="clear" w:color="auto" w:fill="F3F5F7"/>
            <w:tcMar>
              <w:top w:w="95" w:type="dxa"/>
              <w:left w:w="105" w:type="dxa"/>
              <w:bottom w:w="95" w:type="dxa"/>
              <w:right w:w="105" w:type="dxa"/>
            </w:tcMar>
            <w:vAlign w:val="center"/>
          </w:tcPr>
          <w:p w14:paraId="675BC485" w14:textId="77777777" w:rsidR="00FE09D8" w:rsidRDefault="00000000">
            <w:pPr>
              <w:spacing w:after="0" w:line="283" w:lineRule="auto"/>
              <w:rPr>
                <w:lang w:eastAsia="ja-JP"/>
              </w:rPr>
            </w:pPr>
            <w:r>
              <w:rPr>
                <w:sz w:val="16"/>
                <w:lang w:eastAsia="ja-JP"/>
              </w:rPr>
              <w:t>発送日を基準に契約書どおり表示</w:t>
            </w:r>
          </w:p>
        </w:tc>
        <w:tc>
          <w:tcPr>
            <w:tcW w:w="4464" w:type="dxa"/>
            <w:shd w:val="clear" w:color="auto" w:fill="F3F5F7"/>
            <w:tcMar>
              <w:top w:w="95" w:type="dxa"/>
              <w:left w:w="105" w:type="dxa"/>
              <w:bottom w:w="95" w:type="dxa"/>
              <w:right w:w="105" w:type="dxa"/>
            </w:tcMar>
            <w:vAlign w:val="center"/>
          </w:tcPr>
          <w:p w14:paraId="468F0E37" w14:textId="77777777" w:rsidR="00FE09D8" w:rsidRDefault="00000000">
            <w:pPr>
              <w:spacing w:after="0" w:line="283" w:lineRule="auto"/>
              <w:rPr>
                <w:lang w:eastAsia="ja-JP"/>
              </w:rPr>
            </w:pPr>
            <w:r>
              <w:rPr>
                <w:sz w:val="16"/>
                <w:lang w:eastAsia="ja-JP"/>
              </w:rPr>
              <w:t>日数・時刻は管理値。例：発送日の2営業日前17:00</w:t>
            </w:r>
          </w:p>
        </w:tc>
      </w:tr>
      <w:tr w:rsidR="00FE09D8" w14:paraId="40EA9645" w14:textId="77777777">
        <w:trPr>
          <w:cantSplit/>
          <w:jc w:val="center"/>
        </w:trPr>
        <w:tc>
          <w:tcPr>
            <w:tcW w:w="1728" w:type="dxa"/>
            <w:shd w:val="clear" w:color="auto" w:fill="FFFFFF"/>
            <w:tcMar>
              <w:top w:w="95" w:type="dxa"/>
              <w:left w:w="105" w:type="dxa"/>
              <w:bottom w:w="95" w:type="dxa"/>
              <w:right w:w="105" w:type="dxa"/>
            </w:tcMar>
            <w:vAlign w:val="center"/>
          </w:tcPr>
          <w:p w14:paraId="0663BFEF" w14:textId="77777777" w:rsidR="00FE09D8" w:rsidRDefault="00000000">
            <w:pPr>
              <w:spacing w:after="0" w:line="283" w:lineRule="auto"/>
            </w:pPr>
            <w:proofErr w:type="spellStart"/>
            <w:r>
              <w:rPr>
                <w:b/>
                <w:sz w:val="16"/>
              </w:rPr>
              <w:t>発送状態</w:t>
            </w:r>
            <w:proofErr w:type="spellEnd"/>
          </w:p>
        </w:tc>
        <w:tc>
          <w:tcPr>
            <w:tcW w:w="3672" w:type="dxa"/>
            <w:shd w:val="clear" w:color="auto" w:fill="FFFFFF"/>
            <w:tcMar>
              <w:top w:w="95" w:type="dxa"/>
              <w:left w:w="105" w:type="dxa"/>
              <w:bottom w:w="95" w:type="dxa"/>
              <w:right w:w="105" w:type="dxa"/>
            </w:tcMar>
            <w:vAlign w:val="center"/>
          </w:tcPr>
          <w:p w14:paraId="3BC6E966" w14:textId="77777777" w:rsidR="00FE09D8" w:rsidRDefault="00000000">
            <w:pPr>
              <w:spacing w:after="0" w:line="283" w:lineRule="auto"/>
              <w:rPr>
                <w:lang w:eastAsia="ja-JP"/>
              </w:rPr>
            </w:pPr>
            <w:r>
              <w:rPr>
                <w:sz w:val="16"/>
                <w:lang w:eastAsia="ja-JP"/>
              </w:rPr>
              <w:t>発送準備中／発送済み</w:t>
            </w:r>
          </w:p>
        </w:tc>
        <w:tc>
          <w:tcPr>
            <w:tcW w:w="4464" w:type="dxa"/>
            <w:shd w:val="clear" w:color="auto" w:fill="FFFFFF"/>
            <w:tcMar>
              <w:top w:w="95" w:type="dxa"/>
              <w:left w:w="105" w:type="dxa"/>
              <w:bottom w:w="95" w:type="dxa"/>
              <w:right w:w="105" w:type="dxa"/>
            </w:tcMar>
            <w:vAlign w:val="center"/>
          </w:tcPr>
          <w:p w14:paraId="58F4C306" w14:textId="77777777" w:rsidR="00FE09D8" w:rsidRDefault="00000000">
            <w:pPr>
              <w:spacing w:after="0" w:line="283" w:lineRule="auto"/>
              <w:rPr>
                <w:lang w:eastAsia="ja-JP"/>
              </w:rPr>
            </w:pPr>
            <w:r>
              <w:rPr>
                <w:sz w:val="16"/>
                <w:lang w:eastAsia="ja-JP"/>
              </w:rPr>
              <w:t>2状態のみ。発送済み日時と更新者を記録</w:t>
            </w:r>
          </w:p>
        </w:tc>
      </w:tr>
      <w:tr w:rsidR="00FE09D8" w14:paraId="1B744A2C" w14:textId="77777777">
        <w:trPr>
          <w:cantSplit/>
          <w:jc w:val="center"/>
        </w:trPr>
        <w:tc>
          <w:tcPr>
            <w:tcW w:w="1728" w:type="dxa"/>
            <w:shd w:val="clear" w:color="auto" w:fill="F3F5F7"/>
            <w:tcMar>
              <w:top w:w="95" w:type="dxa"/>
              <w:left w:w="105" w:type="dxa"/>
              <w:bottom w:w="95" w:type="dxa"/>
              <w:right w:w="105" w:type="dxa"/>
            </w:tcMar>
            <w:vAlign w:val="center"/>
          </w:tcPr>
          <w:p w14:paraId="0293ADC9" w14:textId="77777777" w:rsidR="00FE09D8" w:rsidRDefault="00000000">
            <w:pPr>
              <w:spacing w:after="0" w:line="283" w:lineRule="auto"/>
            </w:pPr>
            <w:proofErr w:type="spellStart"/>
            <w:r>
              <w:rPr>
                <w:b/>
                <w:sz w:val="16"/>
              </w:rPr>
              <w:t>取消</w:t>
            </w:r>
            <w:proofErr w:type="spellEnd"/>
          </w:p>
        </w:tc>
        <w:tc>
          <w:tcPr>
            <w:tcW w:w="3672" w:type="dxa"/>
            <w:shd w:val="clear" w:color="auto" w:fill="F3F5F7"/>
            <w:tcMar>
              <w:top w:w="95" w:type="dxa"/>
              <w:left w:w="105" w:type="dxa"/>
              <w:bottom w:w="95" w:type="dxa"/>
              <w:right w:w="105" w:type="dxa"/>
            </w:tcMar>
            <w:vAlign w:val="center"/>
          </w:tcPr>
          <w:p w14:paraId="767EADE4" w14:textId="77777777" w:rsidR="00FE09D8" w:rsidRDefault="00000000">
            <w:pPr>
              <w:spacing w:after="0" w:line="283" w:lineRule="auto"/>
              <w:rPr>
                <w:lang w:eastAsia="ja-JP"/>
              </w:rPr>
            </w:pPr>
            <w:r>
              <w:rPr>
                <w:sz w:val="16"/>
                <w:lang w:eastAsia="ja-JP"/>
              </w:rPr>
              <w:t>注文者のメール連絡後、管理者が実行</w:t>
            </w:r>
          </w:p>
        </w:tc>
        <w:tc>
          <w:tcPr>
            <w:tcW w:w="4464" w:type="dxa"/>
            <w:shd w:val="clear" w:color="auto" w:fill="F3F5F7"/>
            <w:tcMar>
              <w:top w:w="95" w:type="dxa"/>
              <w:left w:w="105" w:type="dxa"/>
              <w:bottom w:w="95" w:type="dxa"/>
              <w:right w:w="105" w:type="dxa"/>
            </w:tcMar>
            <w:vAlign w:val="center"/>
          </w:tcPr>
          <w:p w14:paraId="74E1F4AB" w14:textId="77777777" w:rsidR="00FE09D8" w:rsidRDefault="00000000">
            <w:pPr>
              <w:spacing w:after="0" w:line="283" w:lineRule="auto"/>
              <w:rPr>
                <w:lang w:eastAsia="ja-JP"/>
              </w:rPr>
            </w:pPr>
            <w:r>
              <w:rPr>
                <w:sz w:val="16"/>
                <w:lang w:eastAsia="ja-JP"/>
              </w:rPr>
              <w:t>発注書画面から注文データを削除し、発送・請求から除外</w:t>
            </w:r>
          </w:p>
        </w:tc>
      </w:tr>
      <w:tr w:rsidR="00FE09D8" w14:paraId="55EB6A85" w14:textId="77777777">
        <w:trPr>
          <w:cantSplit/>
          <w:jc w:val="center"/>
        </w:trPr>
        <w:tc>
          <w:tcPr>
            <w:tcW w:w="1728" w:type="dxa"/>
            <w:shd w:val="clear" w:color="auto" w:fill="FFFFFF"/>
            <w:tcMar>
              <w:top w:w="95" w:type="dxa"/>
              <w:left w:w="105" w:type="dxa"/>
              <w:bottom w:w="95" w:type="dxa"/>
              <w:right w:w="105" w:type="dxa"/>
            </w:tcMar>
            <w:vAlign w:val="center"/>
          </w:tcPr>
          <w:p w14:paraId="574E2BD0" w14:textId="77777777" w:rsidR="00FE09D8" w:rsidRDefault="00000000">
            <w:pPr>
              <w:spacing w:after="0" w:line="283" w:lineRule="auto"/>
            </w:pPr>
            <w:proofErr w:type="spellStart"/>
            <w:r>
              <w:rPr>
                <w:b/>
                <w:sz w:val="16"/>
              </w:rPr>
              <w:t>請求</w:t>
            </w:r>
            <w:proofErr w:type="spellEnd"/>
          </w:p>
        </w:tc>
        <w:tc>
          <w:tcPr>
            <w:tcW w:w="3672" w:type="dxa"/>
            <w:shd w:val="clear" w:color="auto" w:fill="FFFFFF"/>
            <w:tcMar>
              <w:top w:w="95" w:type="dxa"/>
              <w:left w:w="105" w:type="dxa"/>
              <w:bottom w:w="95" w:type="dxa"/>
              <w:right w:w="105" w:type="dxa"/>
            </w:tcMar>
            <w:vAlign w:val="center"/>
          </w:tcPr>
          <w:p w14:paraId="6CF39C62" w14:textId="77777777" w:rsidR="00FE09D8" w:rsidRDefault="00000000">
            <w:pPr>
              <w:spacing w:after="0" w:line="283" w:lineRule="auto"/>
              <w:rPr>
                <w:lang w:eastAsia="ja-JP"/>
              </w:rPr>
            </w:pPr>
            <w:r>
              <w:rPr>
                <w:sz w:val="16"/>
                <w:lang w:eastAsia="ja-JP"/>
              </w:rPr>
              <w:t>発送したものを月次で一括請求</w:t>
            </w:r>
          </w:p>
        </w:tc>
        <w:tc>
          <w:tcPr>
            <w:tcW w:w="4464" w:type="dxa"/>
            <w:shd w:val="clear" w:color="auto" w:fill="FFFFFF"/>
            <w:tcMar>
              <w:top w:w="95" w:type="dxa"/>
              <w:left w:w="105" w:type="dxa"/>
              <w:bottom w:w="95" w:type="dxa"/>
              <w:right w:w="105" w:type="dxa"/>
            </w:tcMar>
            <w:vAlign w:val="center"/>
          </w:tcPr>
          <w:p w14:paraId="58C342ED" w14:textId="77777777" w:rsidR="00FE09D8" w:rsidRDefault="00000000">
            <w:pPr>
              <w:spacing w:after="0" w:line="283" w:lineRule="auto"/>
              <w:rPr>
                <w:lang w:eastAsia="ja-JP"/>
              </w:rPr>
            </w:pPr>
            <w:r>
              <w:rPr>
                <w:sz w:val="16"/>
                <w:lang w:eastAsia="ja-JP"/>
              </w:rPr>
              <w:t>発送済みだけを当月末締めで本部1か所へ集計</w:t>
            </w:r>
          </w:p>
        </w:tc>
      </w:tr>
      <w:tr w:rsidR="00FE09D8" w14:paraId="57A94D25" w14:textId="77777777">
        <w:trPr>
          <w:cantSplit/>
          <w:jc w:val="center"/>
        </w:trPr>
        <w:tc>
          <w:tcPr>
            <w:tcW w:w="1728" w:type="dxa"/>
            <w:shd w:val="clear" w:color="auto" w:fill="F3F5F7"/>
            <w:tcMar>
              <w:top w:w="95" w:type="dxa"/>
              <w:left w:w="105" w:type="dxa"/>
              <w:bottom w:w="95" w:type="dxa"/>
              <w:right w:w="105" w:type="dxa"/>
            </w:tcMar>
            <w:vAlign w:val="center"/>
          </w:tcPr>
          <w:p w14:paraId="436243C9" w14:textId="77777777" w:rsidR="00FE09D8" w:rsidRDefault="00000000">
            <w:pPr>
              <w:spacing w:after="0" w:line="283" w:lineRule="auto"/>
            </w:pPr>
            <w:proofErr w:type="spellStart"/>
            <w:r>
              <w:rPr>
                <w:b/>
                <w:sz w:val="16"/>
              </w:rPr>
              <w:t>サーバ</w:t>
            </w:r>
            <w:proofErr w:type="spellEnd"/>
            <w:r>
              <w:rPr>
                <w:b/>
                <w:sz w:val="16"/>
              </w:rPr>
              <w:t>ー</w:t>
            </w:r>
          </w:p>
        </w:tc>
        <w:tc>
          <w:tcPr>
            <w:tcW w:w="3672" w:type="dxa"/>
            <w:shd w:val="clear" w:color="auto" w:fill="F3F5F7"/>
            <w:tcMar>
              <w:top w:w="95" w:type="dxa"/>
              <w:left w:w="105" w:type="dxa"/>
              <w:bottom w:w="95" w:type="dxa"/>
              <w:right w:w="105" w:type="dxa"/>
            </w:tcMar>
            <w:vAlign w:val="center"/>
          </w:tcPr>
          <w:p w14:paraId="2BCF5D33" w14:textId="77777777" w:rsidR="00FE09D8" w:rsidRDefault="00000000">
            <w:pPr>
              <w:spacing w:after="0" w:line="283" w:lineRule="auto"/>
              <w:rPr>
                <w:lang w:eastAsia="ja-JP"/>
              </w:rPr>
            </w:pPr>
            <w:r>
              <w:rPr>
                <w:sz w:val="16"/>
                <w:lang w:eastAsia="ja-JP"/>
              </w:rPr>
              <w:t>さくらインターネットを利用</w:t>
            </w:r>
          </w:p>
        </w:tc>
        <w:tc>
          <w:tcPr>
            <w:tcW w:w="4464" w:type="dxa"/>
            <w:shd w:val="clear" w:color="auto" w:fill="F3F5F7"/>
            <w:tcMar>
              <w:top w:w="95" w:type="dxa"/>
              <w:left w:w="105" w:type="dxa"/>
              <w:bottom w:w="95" w:type="dxa"/>
              <w:right w:w="105" w:type="dxa"/>
            </w:tcMar>
            <w:vAlign w:val="center"/>
          </w:tcPr>
          <w:p w14:paraId="4D372593" w14:textId="77777777" w:rsidR="00FE09D8" w:rsidRDefault="00000000">
            <w:pPr>
              <w:spacing w:after="0" w:line="283" w:lineRule="auto"/>
              <w:rPr>
                <w:lang w:eastAsia="ja-JP"/>
              </w:rPr>
            </w:pPr>
            <w:r>
              <w:rPr>
                <w:sz w:val="16"/>
                <w:lang w:eastAsia="ja-JP"/>
              </w:rPr>
              <w:t>本番・バックアップ・監視手順を固定</w:t>
            </w:r>
          </w:p>
        </w:tc>
      </w:tr>
    </w:tbl>
    <w:p w14:paraId="15016EFE" w14:textId="77777777" w:rsidR="00FE09D8" w:rsidRDefault="00FE09D8">
      <w:pPr>
        <w:spacing w:after="0"/>
        <w:rPr>
          <w:lang w:eastAsia="ja-JP"/>
        </w:rPr>
      </w:pPr>
    </w:p>
    <w:tbl>
      <w:tblPr>
        <w:tblW w:w="0" w:type="auto"/>
        <w:jc w:val="center"/>
        <w:tblLayout w:type="fixed"/>
        <w:tblLook w:val="04A0" w:firstRow="1" w:lastRow="0" w:firstColumn="1" w:lastColumn="0" w:noHBand="0" w:noVBand="1"/>
      </w:tblPr>
      <w:tblGrid>
        <w:gridCol w:w="4997"/>
        <w:gridCol w:w="4997"/>
      </w:tblGrid>
      <w:tr w:rsidR="00FE09D8" w14:paraId="467CDAC4" w14:textId="77777777">
        <w:trPr>
          <w:jc w:val="center"/>
        </w:trPr>
        <w:tc>
          <w:tcPr>
            <w:tcW w:w="4997" w:type="dxa"/>
            <w:tcBorders>
              <w:top w:val="single" w:sz="10" w:space="0" w:color="B66800"/>
              <w:left w:val="single" w:sz="10" w:space="0" w:color="B66800"/>
              <w:bottom w:val="single" w:sz="10" w:space="0" w:color="B66800"/>
              <w:right w:val="single" w:sz="10" w:space="0" w:color="B66800"/>
            </w:tcBorders>
            <w:shd w:val="clear" w:color="auto" w:fill="FFF6E5"/>
            <w:tcMar>
              <w:top w:w="150" w:type="dxa"/>
              <w:left w:w="150" w:type="dxa"/>
              <w:bottom w:w="150" w:type="dxa"/>
              <w:right w:w="150" w:type="dxa"/>
            </w:tcMar>
            <w:vAlign w:val="center"/>
          </w:tcPr>
          <w:p w14:paraId="730BC4FC" w14:textId="77777777" w:rsidR="00FE09D8" w:rsidRDefault="00000000">
            <w:pPr>
              <w:spacing w:after="0" w:line="240" w:lineRule="auto"/>
              <w:jc w:val="center"/>
            </w:pPr>
            <w:r>
              <w:rPr>
                <w:b/>
                <w:color w:val="B66800"/>
                <w:sz w:val="16"/>
              </w:rPr>
              <w:t>NOTE</w:t>
            </w:r>
          </w:p>
        </w:tc>
        <w:tc>
          <w:tcPr>
            <w:tcW w:w="4997" w:type="dxa"/>
            <w:tcBorders>
              <w:top w:val="single" w:sz="10" w:space="0" w:color="B66800"/>
              <w:left w:val="single" w:sz="10" w:space="0" w:color="B66800"/>
              <w:bottom w:val="single" w:sz="10" w:space="0" w:color="B66800"/>
              <w:right w:val="single" w:sz="10" w:space="0" w:color="B66800"/>
            </w:tcBorders>
            <w:shd w:val="clear" w:color="auto" w:fill="FFF6E5"/>
            <w:tcMar>
              <w:top w:w="150" w:type="dxa"/>
              <w:left w:w="150" w:type="dxa"/>
              <w:bottom w:w="150" w:type="dxa"/>
              <w:right w:w="150" w:type="dxa"/>
            </w:tcMar>
          </w:tcPr>
          <w:p w14:paraId="2590F906" w14:textId="77777777" w:rsidR="00FE09D8" w:rsidRDefault="00000000">
            <w:pPr>
              <w:spacing w:after="40" w:line="240" w:lineRule="auto"/>
              <w:rPr>
                <w:lang w:eastAsia="ja-JP"/>
              </w:rPr>
            </w:pPr>
            <w:r>
              <w:rPr>
                <w:b/>
                <w:color w:val="B66800"/>
                <w:lang w:eastAsia="ja-JP"/>
              </w:rPr>
              <w:t>期限設定は契約書を正とする</w:t>
            </w:r>
          </w:p>
          <w:p w14:paraId="45AE3039" w14:textId="77777777" w:rsidR="00FE09D8" w:rsidRDefault="00000000">
            <w:pPr>
              <w:spacing w:after="0"/>
              <w:rPr>
                <w:lang w:eastAsia="ja-JP"/>
              </w:rPr>
            </w:pPr>
            <w:r>
              <w:rPr>
                <w:sz w:val="17"/>
                <w:lang w:eastAsia="ja-JP"/>
              </w:rPr>
              <w:t>「発送日の2営業日前17:00」は画面・仕様上の表示例であり、正式な日数、営業日の定義、締切時刻、期限超過時の扱いは締結済み契約書の文言に合わせて確定する。</w:t>
            </w:r>
          </w:p>
        </w:tc>
      </w:tr>
    </w:tbl>
    <w:p w14:paraId="3EE165CC" w14:textId="77777777" w:rsidR="00FE09D8" w:rsidRDefault="00FE09D8">
      <w:pPr>
        <w:spacing w:after="0"/>
        <w:rPr>
          <w:lang w:eastAsia="ja-JP"/>
        </w:rPr>
      </w:pPr>
    </w:p>
    <w:p w14:paraId="680B1FB8" w14:textId="360C6597" w:rsidR="00DB4400" w:rsidRDefault="00DB4400" w:rsidP="00DB4400">
      <w:pPr>
        <w:pStyle w:val="21"/>
        <w:spacing w:before="160" w:after="80" w:line="240" w:lineRule="auto"/>
        <w:rPr>
          <w:rFonts w:hint="eastAsia"/>
          <w:lang w:eastAsia="ja-JP"/>
        </w:rPr>
      </w:pPr>
    </w:p>
    <w:p w14:paraId="2FD9E182" w14:textId="77777777" w:rsidR="00FE09D8" w:rsidRDefault="00FE09D8">
      <w:pPr>
        <w:pBdr>
          <w:bottom w:val="single" w:sz="8" w:space="1" w:color="D9E2E8"/>
        </w:pBdr>
        <w:spacing w:before="200" w:after="160"/>
        <w:rPr>
          <w:lang w:eastAsia="ja-JP"/>
        </w:rPr>
      </w:pPr>
    </w:p>
    <w:p w14:paraId="2A25D7D9" w14:textId="77777777" w:rsidR="00DB4400" w:rsidRDefault="00DB4400">
      <w:pPr>
        <w:pBdr>
          <w:bottom w:val="single" w:sz="8" w:space="1" w:color="D9E2E8"/>
        </w:pBdr>
        <w:spacing w:before="200" w:after="160"/>
        <w:rPr>
          <w:lang w:eastAsia="ja-JP"/>
        </w:rPr>
      </w:pPr>
    </w:p>
    <w:p w14:paraId="2714EC83" w14:textId="77777777" w:rsidR="00DB4400" w:rsidRDefault="00DB4400">
      <w:pPr>
        <w:pBdr>
          <w:bottom w:val="single" w:sz="8" w:space="1" w:color="D9E2E8"/>
        </w:pBdr>
        <w:spacing w:before="200" w:after="160"/>
        <w:rPr>
          <w:lang w:eastAsia="ja-JP"/>
        </w:rPr>
      </w:pPr>
    </w:p>
    <w:p w14:paraId="7AAD8CF8" w14:textId="77777777" w:rsidR="00DB4400" w:rsidRDefault="00DB4400">
      <w:pPr>
        <w:pBdr>
          <w:bottom w:val="single" w:sz="8" w:space="1" w:color="D9E2E8"/>
        </w:pBdr>
        <w:spacing w:before="200" w:after="160"/>
        <w:rPr>
          <w:rFonts w:hint="eastAsia"/>
          <w:lang w:eastAsia="ja-JP"/>
        </w:rPr>
      </w:pPr>
    </w:p>
    <w:p w14:paraId="54AD11B1" w14:textId="77777777" w:rsidR="00FE09D8" w:rsidRDefault="00000000">
      <w:pPr>
        <w:spacing w:after="40" w:line="240" w:lineRule="auto"/>
        <w:rPr>
          <w:lang w:eastAsia="ja-JP"/>
        </w:rPr>
      </w:pPr>
      <w:r>
        <w:rPr>
          <w:b/>
          <w:color w:val="153F5B"/>
          <w:sz w:val="17"/>
          <w:shd w:val="clear" w:color="auto" w:fill="EAF3F8"/>
          <w:lang w:eastAsia="ja-JP"/>
        </w:rPr>
        <w:t>SECTION 01</w:t>
      </w:r>
    </w:p>
    <w:p w14:paraId="0E8C887F" w14:textId="77777777" w:rsidR="00FE09D8" w:rsidRDefault="00000000">
      <w:pPr>
        <w:pStyle w:val="1"/>
        <w:spacing w:before="60" w:after="80" w:line="240" w:lineRule="auto"/>
        <w:rPr>
          <w:lang w:eastAsia="ja-JP"/>
        </w:rPr>
      </w:pPr>
      <w:r>
        <w:rPr>
          <w:rFonts w:ascii="Noto Sans JP" w:eastAsia="Noto Sans JP" w:hAnsi="Noto Sans JP"/>
          <w:lang w:eastAsia="ja-JP"/>
        </w:rPr>
        <w:t>目的・適用範囲</w:t>
      </w:r>
    </w:p>
    <w:p w14:paraId="405D37C5" w14:textId="77777777" w:rsidR="00FE09D8" w:rsidRDefault="00000000">
      <w:pPr>
        <w:spacing w:after="200" w:line="317" w:lineRule="auto"/>
        <w:rPr>
          <w:lang w:eastAsia="ja-JP"/>
        </w:rPr>
      </w:pPr>
      <w:r>
        <w:rPr>
          <w:color w:val="526273"/>
          <w:sz w:val="18"/>
          <w:lang w:eastAsia="ja-JP"/>
        </w:rPr>
        <w:t>止まらない定期発注と、月次請求までの正確なデータ連携を目的とする。</w:t>
      </w:r>
    </w:p>
    <w:p w14:paraId="53314CEB" w14:textId="77777777" w:rsidR="00FE09D8" w:rsidRDefault="00000000">
      <w:pPr>
        <w:pStyle w:val="21"/>
        <w:spacing w:before="160" w:after="80" w:line="240" w:lineRule="auto"/>
      </w:pPr>
      <w:r>
        <w:rPr>
          <w:rFonts w:ascii="Noto Sans JP" w:eastAsia="Noto Sans JP" w:hAnsi="Noto Sans JP"/>
        </w:rPr>
        <w:t xml:space="preserve">1.1 </w:t>
      </w:r>
      <w:proofErr w:type="spellStart"/>
      <w:r>
        <w:rPr>
          <w:rFonts w:ascii="Noto Sans JP" w:eastAsia="Noto Sans JP" w:hAnsi="Noto Sans JP"/>
        </w:rPr>
        <w:t>目的</w:t>
      </w:r>
      <w:proofErr w:type="spellEnd"/>
    </w:p>
    <w:p w14:paraId="2560B0BC" w14:textId="77777777" w:rsidR="00FE09D8" w:rsidRDefault="00000000">
      <w:pPr>
        <w:pStyle w:val="a0"/>
        <w:spacing w:after="60"/>
        <w:rPr>
          <w:lang w:eastAsia="ja-JP"/>
        </w:rPr>
      </w:pPr>
      <w:r>
        <w:rPr>
          <w:lang w:eastAsia="ja-JP"/>
        </w:rPr>
        <w:t>30店舗の担当者が、住所やメールアドレスを毎回入力せずに発注できること。</w:t>
      </w:r>
    </w:p>
    <w:p w14:paraId="0968DC37" w14:textId="77777777" w:rsidR="00FE09D8" w:rsidRDefault="00000000">
      <w:pPr>
        <w:pStyle w:val="a0"/>
        <w:spacing w:after="60"/>
        <w:rPr>
          <w:lang w:eastAsia="ja-JP"/>
        </w:rPr>
      </w:pPr>
      <w:r>
        <w:rPr>
          <w:lang w:eastAsia="ja-JP"/>
        </w:rPr>
        <w:t>管理者が発送可能日を追加・削減し、注文者が公開中の発送日から選べること。</w:t>
      </w:r>
    </w:p>
    <w:p w14:paraId="16D4DB23" w14:textId="77777777" w:rsidR="00FE09D8" w:rsidRDefault="00000000">
      <w:pPr>
        <w:pStyle w:val="a0"/>
        <w:spacing w:after="60"/>
        <w:rPr>
          <w:lang w:eastAsia="ja-JP"/>
        </w:rPr>
      </w:pPr>
      <w:r>
        <w:rPr>
          <w:lang w:eastAsia="ja-JP"/>
        </w:rPr>
        <w:t>発注保存後の確認メールについて、店舗発送先に紐づく宛先ごとの到達状況を把握できること。</w:t>
      </w:r>
    </w:p>
    <w:p w14:paraId="7EE7872E" w14:textId="77777777" w:rsidR="00FE09D8" w:rsidRDefault="00000000">
      <w:pPr>
        <w:pStyle w:val="a0"/>
        <w:spacing w:after="60"/>
        <w:rPr>
          <w:lang w:eastAsia="ja-JP"/>
        </w:rPr>
      </w:pPr>
      <w:r>
        <w:rPr>
          <w:lang w:eastAsia="ja-JP"/>
        </w:rPr>
        <w:t>発送準備中／発送済みの2状態で運用し、発送済み注文だけを当月請求へ集計すること。</w:t>
      </w:r>
    </w:p>
    <w:p w14:paraId="1339FC21" w14:textId="77777777" w:rsidR="00FE09D8" w:rsidRDefault="00000000">
      <w:pPr>
        <w:pStyle w:val="a0"/>
        <w:spacing w:after="60"/>
        <w:rPr>
          <w:lang w:eastAsia="ja-JP"/>
        </w:rPr>
      </w:pPr>
      <w:r>
        <w:rPr>
          <w:lang w:eastAsia="ja-JP"/>
        </w:rPr>
        <w:t>WordPressや外部サービスの仕様変更・一時障害が発生しても、注文の正本を失わないこと。</w:t>
      </w:r>
    </w:p>
    <w:p w14:paraId="328A40C0" w14:textId="77777777" w:rsidR="00FE09D8" w:rsidRDefault="00000000">
      <w:pPr>
        <w:pStyle w:val="21"/>
        <w:spacing w:before="160" w:after="80" w:line="240" w:lineRule="auto"/>
      </w:pPr>
      <w:r>
        <w:rPr>
          <w:rFonts w:ascii="Noto Sans JP" w:eastAsia="Noto Sans JP" w:hAnsi="Noto Sans JP"/>
        </w:rPr>
        <w:t xml:space="preserve">1.2 </w:t>
      </w:r>
      <w:proofErr w:type="spellStart"/>
      <w:r>
        <w:rPr>
          <w:rFonts w:ascii="Noto Sans JP" w:eastAsia="Noto Sans JP" w:hAnsi="Noto Sans JP"/>
        </w:rPr>
        <w:t>対象範囲</w:t>
      </w:r>
      <w:proofErr w:type="spellEnd"/>
    </w:p>
    <w:tbl>
      <w:tblPr>
        <w:tblStyle w:val="afe"/>
        <w:tblW w:w="0" w:type="auto"/>
        <w:jc w:val="center"/>
        <w:tblLayout w:type="fixed"/>
        <w:tblLook w:val="04A0" w:firstRow="1" w:lastRow="0" w:firstColumn="1" w:lastColumn="0" w:noHBand="0" w:noVBand="1"/>
      </w:tblPr>
      <w:tblGrid>
        <w:gridCol w:w="1656"/>
        <w:gridCol w:w="4320"/>
        <w:gridCol w:w="3888"/>
      </w:tblGrid>
      <w:tr w:rsidR="00FE09D8" w14:paraId="579C10FF" w14:textId="77777777">
        <w:trPr>
          <w:tblHeader/>
          <w:jc w:val="center"/>
        </w:trPr>
        <w:tc>
          <w:tcPr>
            <w:tcW w:w="1656" w:type="dxa"/>
            <w:shd w:val="clear" w:color="auto" w:fill="153F5B"/>
            <w:tcMar>
              <w:top w:w="95" w:type="dxa"/>
              <w:left w:w="105" w:type="dxa"/>
              <w:bottom w:w="95" w:type="dxa"/>
              <w:right w:w="105" w:type="dxa"/>
            </w:tcMar>
            <w:vAlign w:val="center"/>
          </w:tcPr>
          <w:p w14:paraId="7CE2D984" w14:textId="77777777" w:rsidR="00FE09D8" w:rsidRDefault="00000000">
            <w:pPr>
              <w:spacing w:after="0" w:line="240" w:lineRule="auto"/>
            </w:pPr>
            <w:r>
              <w:rPr>
                <w:b/>
                <w:color w:val="FFFFFF"/>
                <w:sz w:val="17"/>
              </w:rPr>
              <w:t>区分</w:t>
            </w:r>
          </w:p>
        </w:tc>
        <w:tc>
          <w:tcPr>
            <w:tcW w:w="4320" w:type="dxa"/>
            <w:shd w:val="clear" w:color="auto" w:fill="153F5B"/>
            <w:tcMar>
              <w:top w:w="95" w:type="dxa"/>
              <w:left w:w="105" w:type="dxa"/>
              <w:bottom w:w="95" w:type="dxa"/>
              <w:right w:w="105" w:type="dxa"/>
            </w:tcMar>
            <w:vAlign w:val="center"/>
          </w:tcPr>
          <w:p w14:paraId="25BFA001" w14:textId="77777777" w:rsidR="00FE09D8" w:rsidRDefault="00000000">
            <w:pPr>
              <w:spacing w:after="0" w:line="240" w:lineRule="auto"/>
            </w:pPr>
            <w:r>
              <w:rPr>
                <w:b/>
                <w:color w:val="FFFFFF"/>
                <w:sz w:val="17"/>
              </w:rPr>
              <w:t>対象</w:t>
            </w:r>
          </w:p>
        </w:tc>
        <w:tc>
          <w:tcPr>
            <w:tcW w:w="3888" w:type="dxa"/>
            <w:shd w:val="clear" w:color="auto" w:fill="153F5B"/>
            <w:tcMar>
              <w:top w:w="95" w:type="dxa"/>
              <w:left w:w="105" w:type="dxa"/>
              <w:bottom w:w="95" w:type="dxa"/>
              <w:right w:w="105" w:type="dxa"/>
            </w:tcMar>
            <w:vAlign w:val="center"/>
          </w:tcPr>
          <w:p w14:paraId="436A145D" w14:textId="77777777" w:rsidR="00FE09D8" w:rsidRDefault="00000000">
            <w:pPr>
              <w:spacing w:after="0" w:line="240" w:lineRule="auto"/>
            </w:pPr>
            <w:r>
              <w:rPr>
                <w:b/>
                <w:color w:val="FFFFFF"/>
                <w:sz w:val="17"/>
              </w:rPr>
              <w:t>補足</w:t>
            </w:r>
          </w:p>
        </w:tc>
      </w:tr>
      <w:tr w:rsidR="00FE09D8" w14:paraId="1E7CA9EF" w14:textId="77777777">
        <w:trPr>
          <w:cantSplit/>
          <w:jc w:val="center"/>
        </w:trPr>
        <w:tc>
          <w:tcPr>
            <w:tcW w:w="1656" w:type="dxa"/>
            <w:shd w:val="clear" w:color="auto" w:fill="FFFFFF"/>
            <w:tcMar>
              <w:top w:w="95" w:type="dxa"/>
              <w:left w:w="105" w:type="dxa"/>
              <w:bottom w:w="95" w:type="dxa"/>
              <w:right w:w="105" w:type="dxa"/>
            </w:tcMar>
            <w:vAlign w:val="center"/>
          </w:tcPr>
          <w:p w14:paraId="1944DEFB" w14:textId="77777777" w:rsidR="00FE09D8" w:rsidRDefault="00000000">
            <w:pPr>
              <w:spacing w:after="0" w:line="283" w:lineRule="auto"/>
            </w:pPr>
            <w:r>
              <w:rPr>
                <w:b/>
                <w:sz w:val="17"/>
              </w:rPr>
              <w:t>店舗向け</w:t>
            </w:r>
          </w:p>
        </w:tc>
        <w:tc>
          <w:tcPr>
            <w:tcW w:w="4320" w:type="dxa"/>
            <w:shd w:val="clear" w:color="auto" w:fill="FFFFFF"/>
            <w:tcMar>
              <w:top w:w="95" w:type="dxa"/>
              <w:left w:w="105" w:type="dxa"/>
              <w:bottom w:w="95" w:type="dxa"/>
              <w:right w:w="105" w:type="dxa"/>
            </w:tcMar>
            <w:vAlign w:val="center"/>
          </w:tcPr>
          <w:p w14:paraId="022AFC95" w14:textId="77777777" w:rsidR="00FE09D8" w:rsidRDefault="00000000">
            <w:pPr>
              <w:spacing w:after="0" w:line="283" w:lineRule="auto"/>
              <w:rPr>
                <w:lang w:eastAsia="ja-JP"/>
              </w:rPr>
            </w:pPr>
            <w:r>
              <w:rPr>
                <w:sz w:val="17"/>
                <w:lang w:eastAsia="ja-JP"/>
              </w:rPr>
              <w:t>専用リンク、商品・箱数・発送希望日、確認、完了、メール結果</w:t>
            </w:r>
          </w:p>
        </w:tc>
        <w:tc>
          <w:tcPr>
            <w:tcW w:w="3888" w:type="dxa"/>
            <w:shd w:val="clear" w:color="auto" w:fill="FFFFFF"/>
            <w:tcMar>
              <w:top w:w="95" w:type="dxa"/>
              <w:left w:w="105" w:type="dxa"/>
              <w:bottom w:w="95" w:type="dxa"/>
              <w:right w:w="105" w:type="dxa"/>
            </w:tcMar>
            <w:vAlign w:val="center"/>
          </w:tcPr>
          <w:p w14:paraId="462898D9" w14:textId="77777777" w:rsidR="00FE09D8" w:rsidRDefault="00000000">
            <w:pPr>
              <w:spacing w:after="0" w:line="283" w:lineRule="auto"/>
              <w:rPr>
                <w:lang w:eastAsia="ja-JP"/>
              </w:rPr>
            </w:pPr>
            <w:r>
              <w:rPr>
                <w:sz w:val="17"/>
                <w:lang w:eastAsia="ja-JP"/>
              </w:rPr>
              <w:t>店舗・住所・宛先は自動設定</w:t>
            </w:r>
          </w:p>
        </w:tc>
      </w:tr>
      <w:tr w:rsidR="00FE09D8" w14:paraId="0C26E934" w14:textId="77777777">
        <w:trPr>
          <w:cantSplit/>
          <w:jc w:val="center"/>
        </w:trPr>
        <w:tc>
          <w:tcPr>
            <w:tcW w:w="1656" w:type="dxa"/>
            <w:shd w:val="clear" w:color="auto" w:fill="F3F5F7"/>
            <w:tcMar>
              <w:top w:w="95" w:type="dxa"/>
              <w:left w:w="105" w:type="dxa"/>
              <w:bottom w:w="95" w:type="dxa"/>
              <w:right w:w="105" w:type="dxa"/>
            </w:tcMar>
            <w:vAlign w:val="center"/>
          </w:tcPr>
          <w:p w14:paraId="2F8FEBEC" w14:textId="77777777" w:rsidR="00FE09D8" w:rsidRDefault="00000000">
            <w:pPr>
              <w:spacing w:after="0" w:line="283" w:lineRule="auto"/>
            </w:pPr>
            <w:proofErr w:type="spellStart"/>
            <w:r>
              <w:rPr>
                <w:b/>
                <w:sz w:val="17"/>
              </w:rPr>
              <w:t>管理者向け</w:t>
            </w:r>
            <w:proofErr w:type="spellEnd"/>
          </w:p>
        </w:tc>
        <w:tc>
          <w:tcPr>
            <w:tcW w:w="4320" w:type="dxa"/>
            <w:shd w:val="clear" w:color="auto" w:fill="F3F5F7"/>
            <w:tcMar>
              <w:top w:w="95" w:type="dxa"/>
              <w:left w:w="105" w:type="dxa"/>
              <w:bottom w:w="95" w:type="dxa"/>
              <w:right w:w="105" w:type="dxa"/>
            </w:tcMar>
            <w:vAlign w:val="center"/>
          </w:tcPr>
          <w:p w14:paraId="3F5A9C1E" w14:textId="77777777" w:rsidR="00FE09D8" w:rsidRDefault="00000000">
            <w:pPr>
              <w:spacing w:after="0" w:line="283" w:lineRule="auto"/>
              <w:rPr>
                <w:lang w:eastAsia="ja-JP"/>
              </w:rPr>
            </w:pPr>
            <w:r>
              <w:rPr>
                <w:sz w:val="17"/>
                <w:lang w:eastAsia="ja-JP"/>
              </w:rPr>
              <w:t>発注、発送日、商品、店舗、メール、月次請求、出力</w:t>
            </w:r>
          </w:p>
        </w:tc>
        <w:tc>
          <w:tcPr>
            <w:tcW w:w="3888" w:type="dxa"/>
            <w:shd w:val="clear" w:color="auto" w:fill="F3F5F7"/>
            <w:tcMar>
              <w:top w:w="95" w:type="dxa"/>
              <w:left w:w="105" w:type="dxa"/>
              <w:bottom w:w="95" w:type="dxa"/>
              <w:right w:w="105" w:type="dxa"/>
            </w:tcMar>
            <w:vAlign w:val="center"/>
          </w:tcPr>
          <w:p w14:paraId="12240D82" w14:textId="77777777" w:rsidR="00FE09D8" w:rsidRDefault="00000000">
            <w:pPr>
              <w:spacing w:after="0" w:line="283" w:lineRule="auto"/>
              <w:rPr>
                <w:lang w:eastAsia="ja-JP"/>
              </w:rPr>
            </w:pPr>
            <w:r>
              <w:rPr>
                <w:sz w:val="17"/>
                <w:lang w:eastAsia="ja-JP"/>
              </w:rPr>
              <w:t>契約状態画面は設けない</w:t>
            </w:r>
          </w:p>
        </w:tc>
      </w:tr>
      <w:tr w:rsidR="00FE09D8" w14:paraId="6861B807" w14:textId="77777777">
        <w:trPr>
          <w:cantSplit/>
          <w:jc w:val="center"/>
        </w:trPr>
        <w:tc>
          <w:tcPr>
            <w:tcW w:w="1656" w:type="dxa"/>
            <w:shd w:val="clear" w:color="auto" w:fill="FFFFFF"/>
            <w:tcMar>
              <w:top w:w="95" w:type="dxa"/>
              <w:left w:w="105" w:type="dxa"/>
              <w:bottom w:w="95" w:type="dxa"/>
              <w:right w:w="105" w:type="dxa"/>
            </w:tcMar>
            <w:vAlign w:val="center"/>
          </w:tcPr>
          <w:p w14:paraId="4BCD337A" w14:textId="77777777" w:rsidR="00FE09D8" w:rsidRDefault="00000000">
            <w:pPr>
              <w:spacing w:after="0" w:line="283" w:lineRule="auto"/>
            </w:pPr>
            <w:proofErr w:type="spellStart"/>
            <w:r>
              <w:rPr>
                <w:b/>
                <w:sz w:val="17"/>
              </w:rPr>
              <w:t>連携</w:t>
            </w:r>
            <w:proofErr w:type="spellEnd"/>
          </w:p>
        </w:tc>
        <w:tc>
          <w:tcPr>
            <w:tcW w:w="4320" w:type="dxa"/>
            <w:shd w:val="clear" w:color="auto" w:fill="FFFFFF"/>
            <w:tcMar>
              <w:top w:w="95" w:type="dxa"/>
              <w:left w:w="105" w:type="dxa"/>
              <w:bottom w:w="95" w:type="dxa"/>
              <w:right w:w="105" w:type="dxa"/>
            </w:tcMar>
            <w:vAlign w:val="center"/>
          </w:tcPr>
          <w:p w14:paraId="1A3CA305" w14:textId="77777777" w:rsidR="00FE09D8" w:rsidRDefault="00000000">
            <w:pPr>
              <w:spacing w:after="0" w:line="283" w:lineRule="auto"/>
              <w:rPr>
                <w:lang w:eastAsia="ja-JP"/>
              </w:rPr>
            </w:pPr>
            <w:r>
              <w:rPr>
                <w:sz w:val="17"/>
                <w:lang w:eastAsia="ja-JP"/>
              </w:rPr>
              <w:t>Googleスプレッドシート、Excel/CSV、メール配信</w:t>
            </w:r>
          </w:p>
        </w:tc>
        <w:tc>
          <w:tcPr>
            <w:tcW w:w="3888" w:type="dxa"/>
            <w:shd w:val="clear" w:color="auto" w:fill="FFFFFF"/>
            <w:tcMar>
              <w:top w:w="95" w:type="dxa"/>
              <w:left w:w="105" w:type="dxa"/>
              <w:bottom w:w="95" w:type="dxa"/>
              <w:right w:w="105" w:type="dxa"/>
            </w:tcMar>
            <w:vAlign w:val="center"/>
          </w:tcPr>
          <w:p w14:paraId="2346A62C" w14:textId="77777777" w:rsidR="00FE09D8" w:rsidRDefault="00000000">
            <w:pPr>
              <w:spacing w:after="0" w:line="283" w:lineRule="auto"/>
            </w:pPr>
            <w:proofErr w:type="spellStart"/>
            <w:r>
              <w:rPr>
                <w:sz w:val="17"/>
              </w:rPr>
              <w:t>WordPress保存後に非同期処理</w:t>
            </w:r>
            <w:proofErr w:type="spellEnd"/>
          </w:p>
        </w:tc>
      </w:tr>
      <w:tr w:rsidR="00FE09D8" w14:paraId="26D85096" w14:textId="77777777">
        <w:trPr>
          <w:cantSplit/>
          <w:jc w:val="center"/>
        </w:trPr>
        <w:tc>
          <w:tcPr>
            <w:tcW w:w="1656" w:type="dxa"/>
            <w:shd w:val="clear" w:color="auto" w:fill="F3F5F7"/>
            <w:tcMar>
              <w:top w:w="95" w:type="dxa"/>
              <w:left w:w="105" w:type="dxa"/>
              <w:bottom w:w="95" w:type="dxa"/>
              <w:right w:w="105" w:type="dxa"/>
            </w:tcMar>
            <w:vAlign w:val="center"/>
          </w:tcPr>
          <w:p w14:paraId="07DDE0C7" w14:textId="77777777" w:rsidR="00FE09D8" w:rsidRDefault="00000000">
            <w:pPr>
              <w:spacing w:after="0" w:line="283" w:lineRule="auto"/>
            </w:pPr>
            <w:r>
              <w:rPr>
                <w:b/>
                <w:sz w:val="17"/>
              </w:rPr>
              <w:t>帳票</w:t>
            </w:r>
          </w:p>
        </w:tc>
        <w:tc>
          <w:tcPr>
            <w:tcW w:w="4320" w:type="dxa"/>
            <w:shd w:val="clear" w:color="auto" w:fill="F3F5F7"/>
            <w:tcMar>
              <w:top w:w="95" w:type="dxa"/>
              <w:left w:w="105" w:type="dxa"/>
              <w:bottom w:w="95" w:type="dxa"/>
              <w:right w:w="105" w:type="dxa"/>
            </w:tcMar>
            <w:vAlign w:val="center"/>
          </w:tcPr>
          <w:p w14:paraId="6604EBE9" w14:textId="77777777" w:rsidR="00FE09D8" w:rsidRDefault="00000000">
            <w:pPr>
              <w:spacing w:after="0" w:line="283" w:lineRule="auto"/>
            </w:pPr>
            <w:r>
              <w:rPr>
                <w:sz w:val="17"/>
              </w:rPr>
              <w:t>請求書、店舗別商品別明細、領収証</w:t>
            </w:r>
          </w:p>
        </w:tc>
        <w:tc>
          <w:tcPr>
            <w:tcW w:w="3888" w:type="dxa"/>
            <w:shd w:val="clear" w:color="auto" w:fill="F3F5F7"/>
            <w:tcMar>
              <w:top w:w="95" w:type="dxa"/>
              <w:left w:w="105" w:type="dxa"/>
              <w:bottom w:w="95" w:type="dxa"/>
              <w:right w:w="105" w:type="dxa"/>
            </w:tcMar>
            <w:vAlign w:val="center"/>
          </w:tcPr>
          <w:p w14:paraId="65DB3DA2" w14:textId="77777777" w:rsidR="00FE09D8" w:rsidRDefault="00000000">
            <w:pPr>
              <w:spacing w:after="0" w:line="283" w:lineRule="auto"/>
              <w:rPr>
                <w:lang w:eastAsia="ja-JP"/>
              </w:rPr>
            </w:pPr>
            <w:r>
              <w:rPr>
                <w:sz w:val="17"/>
                <w:lang w:eastAsia="ja-JP"/>
              </w:rPr>
              <w:t>請求は本部1か所、領収証は入金後</w:t>
            </w:r>
          </w:p>
        </w:tc>
      </w:tr>
      <w:tr w:rsidR="00FE09D8" w14:paraId="64FC1526" w14:textId="77777777">
        <w:trPr>
          <w:cantSplit/>
          <w:jc w:val="center"/>
        </w:trPr>
        <w:tc>
          <w:tcPr>
            <w:tcW w:w="1656" w:type="dxa"/>
            <w:shd w:val="clear" w:color="auto" w:fill="FFFFFF"/>
            <w:tcMar>
              <w:top w:w="95" w:type="dxa"/>
              <w:left w:w="105" w:type="dxa"/>
              <w:bottom w:w="95" w:type="dxa"/>
              <w:right w:w="105" w:type="dxa"/>
            </w:tcMar>
            <w:vAlign w:val="center"/>
          </w:tcPr>
          <w:p w14:paraId="53985113" w14:textId="77777777" w:rsidR="00FE09D8" w:rsidRDefault="00000000">
            <w:pPr>
              <w:spacing w:after="0" w:line="283" w:lineRule="auto"/>
            </w:pPr>
            <w:proofErr w:type="spellStart"/>
            <w:r>
              <w:rPr>
                <w:b/>
                <w:sz w:val="17"/>
              </w:rPr>
              <w:t>運用基盤</w:t>
            </w:r>
            <w:proofErr w:type="spellEnd"/>
          </w:p>
        </w:tc>
        <w:tc>
          <w:tcPr>
            <w:tcW w:w="4320" w:type="dxa"/>
            <w:shd w:val="clear" w:color="auto" w:fill="FFFFFF"/>
            <w:tcMar>
              <w:top w:w="95" w:type="dxa"/>
              <w:left w:w="105" w:type="dxa"/>
              <w:bottom w:w="95" w:type="dxa"/>
              <w:right w:w="105" w:type="dxa"/>
            </w:tcMar>
            <w:vAlign w:val="center"/>
          </w:tcPr>
          <w:p w14:paraId="156B23CA" w14:textId="77777777" w:rsidR="00FE09D8" w:rsidRDefault="00000000">
            <w:pPr>
              <w:spacing w:after="0" w:line="283" w:lineRule="auto"/>
              <w:rPr>
                <w:lang w:eastAsia="ja-JP"/>
              </w:rPr>
            </w:pPr>
            <w:r>
              <w:rPr>
                <w:sz w:val="17"/>
                <w:lang w:eastAsia="ja-JP"/>
              </w:rPr>
              <w:t>さくらインターネット、バックアップ、監視</w:t>
            </w:r>
          </w:p>
        </w:tc>
        <w:tc>
          <w:tcPr>
            <w:tcW w:w="3888" w:type="dxa"/>
            <w:shd w:val="clear" w:color="auto" w:fill="FFFFFF"/>
            <w:tcMar>
              <w:top w:w="95" w:type="dxa"/>
              <w:left w:w="105" w:type="dxa"/>
              <w:bottom w:w="95" w:type="dxa"/>
              <w:right w:w="105" w:type="dxa"/>
            </w:tcMar>
            <w:vAlign w:val="center"/>
          </w:tcPr>
          <w:p w14:paraId="4A48C6B6" w14:textId="77777777" w:rsidR="00FE09D8" w:rsidRDefault="00000000">
            <w:pPr>
              <w:spacing w:after="0" w:line="283" w:lineRule="auto"/>
              <w:rPr>
                <w:lang w:eastAsia="ja-JP"/>
              </w:rPr>
            </w:pPr>
            <w:r>
              <w:rPr>
                <w:sz w:val="17"/>
                <w:lang w:eastAsia="ja-JP"/>
              </w:rPr>
              <w:t>本番変更は承認・検証後に実施</w:t>
            </w:r>
          </w:p>
        </w:tc>
      </w:tr>
    </w:tbl>
    <w:p w14:paraId="35C43543" w14:textId="77777777" w:rsidR="00FE09D8" w:rsidRDefault="00FE09D8">
      <w:pPr>
        <w:spacing w:after="0"/>
        <w:rPr>
          <w:lang w:eastAsia="ja-JP"/>
        </w:rPr>
      </w:pPr>
    </w:p>
    <w:p w14:paraId="433C18BE" w14:textId="77777777" w:rsidR="00FE09D8" w:rsidRDefault="00000000">
      <w:pPr>
        <w:pStyle w:val="21"/>
        <w:spacing w:before="160" w:after="80" w:line="240" w:lineRule="auto"/>
      </w:pPr>
      <w:r>
        <w:rPr>
          <w:rFonts w:ascii="Noto Sans JP" w:eastAsia="Noto Sans JP" w:hAnsi="Noto Sans JP"/>
        </w:rPr>
        <w:t xml:space="preserve">1.3 </w:t>
      </w:r>
      <w:proofErr w:type="spellStart"/>
      <w:r>
        <w:rPr>
          <w:rFonts w:ascii="Noto Sans JP" w:eastAsia="Noto Sans JP" w:hAnsi="Noto Sans JP"/>
        </w:rPr>
        <w:t>対象外</w:t>
      </w:r>
      <w:proofErr w:type="spellEnd"/>
    </w:p>
    <w:p w14:paraId="738DFCD9" w14:textId="77777777" w:rsidR="00FE09D8" w:rsidRDefault="00000000">
      <w:pPr>
        <w:pStyle w:val="a0"/>
        <w:spacing w:after="60"/>
        <w:rPr>
          <w:lang w:eastAsia="ja-JP"/>
        </w:rPr>
      </w:pPr>
      <w:r>
        <w:rPr>
          <w:lang w:eastAsia="ja-JP"/>
        </w:rPr>
        <w:t>不特定多数向けの会員登録、公開EC、オンライン決済。</w:t>
      </w:r>
    </w:p>
    <w:p w14:paraId="292A0A25" w14:textId="77777777" w:rsidR="00FE09D8" w:rsidRDefault="00000000">
      <w:pPr>
        <w:pStyle w:val="a0"/>
        <w:spacing w:after="60"/>
        <w:rPr>
          <w:lang w:eastAsia="ja-JP"/>
        </w:rPr>
      </w:pPr>
      <w:r>
        <w:rPr>
          <w:lang w:eastAsia="ja-JP"/>
        </w:rPr>
        <w:t>配送会社の送り状発行や配送追跡そのもの（将来連携候補）。</w:t>
      </w:r>
    </w:p>
    <w:p w14:paraId="4CD3E3EA" w14:textId="77777777" w:rsidR="00FE09D8" w:rsidRDefault="00000000">
      <w:pPr>
        <w:pStyle w:val="a0"/>
        <w:spacing w:after="60"/>
        <w:rPr>
          <w:lang w:eastAsia="ja-JP"/>
        </w:rPr>
      </w:pPr>
      <w:r>
        <w:rPr>
          <w:lang w:eastAsia="ja-JP"/>
        </w:rPr>
        <w:t>契約解釈・法的判断の自動化。画面表示は確定済み契約書の設定値を参照する。</w:t>
      </w:r>
    </w:p>
    <w:p w14:paraId="77DB63DE" w14:textId="77777777" w:rsidR="00FE09D8" w:rsidRDefault="00FE09D8">
      <w:pPr>
        <w:pBdr>
          <w:bottom w:val="single" w:sz="8" w:space="1" w:color="D9E2E8"/>
        </w:pBdr>
        <w:spacing w:before="200" w:after="160"/>
        <w:rPr>
          <w:lang w:eastAsia="ja-JP"/>
        </w:rPr>
      </w:pPr>
    </w:p>
    <w:p w14:paraId="36933003" w14:textId="77777777" w:rsidR="00FE09D8" w:rsidRDefault="00000000">
      <w:pPr>
        <w:spacing w:after="40" w:line="240" w:lineRule="auto"/>
        <w:rPr>
          <w:lang w:eastAsia="ja-JP"/>
        </w:rPr>
      </w:pPr>
      <w:r>
        <w:rPr>
          <w:b/>
          <w:color w:val="153F5B"/>
          <w:sz w:val="17"/>
          <w:shd w:val="clear" w:color="auto" w:fill="EAF3F8"/>
          <w:lang w:eastAsia="ja-JP"/>
        </w:rPr>
        <w:t>SECTION 02</w:t>
      </w:r>
    </w:p>
    <w:p w14:paraId="47A5C060" w14:textId="77777777" w:rsidR="00FE09D8" w:rsidRDefault="00000000">
      <w:pPr>
        <w:pStyle w:val="1"/>
        <w:spacing w:before="60" w:after="80" w:line="240" w:lineRule="auto"/>
        <w:rPr>
          <w:lang w:eastAsia="ja-JP"/>
        </w:rPr>
      </w:pPr>
      <w:r>
        <w:rPr>
          <w:rFonts w:ascii="Noto Sans JP" w:eastAsia="Noto Sans JP" w:hAnsi="Noto Sans JP"/>
          <w:lang w:eastAsia="ja-JP"/>
        </w:rPr>
        <w:lastRenderedPageBreak/>
        <w:t>システム構成・責任分界</w:t>
      </w:r>
    </w:p>
    <w:p w14:paraId="3CD2022F" w14:textId="77777777" w:rsidR="00FE09D8" w:rsidRDefault="00000000">
      <w:pPr>
        <w:spacing w:after="200" w:line="317" w:lineRule="auto"/>
        <w:rPr>
          <w:lang w:eastAsia="ja-JP"/>
        </w:rPr>
      </w:pPr>
      <w:r>
        <w:rPr>
          <w:color w:val="526273"/>
          <w:sz w:val="18"/>
          <w:lang w:eastAsia="ja-JP"/>
        </w:rPr>
        <w:t>WordPressを注文の正本とし、メール・表計算連携を後続処理として分離する。</w:t>
      </w:r>
    </w:p>
    <w:tbl>
      <w:tblPr>
        <w:tblStyle w:val="afe"/>
        <w:tblW w:w="0" w:type="auto"/>
        <w:jc w:val="center"/>
        <w:tblLayout w:type="fixed"/>
        <w:tblLook w:val="04A0" w:firstRow="1" w:lastRow="0" w:firstColumn="1" w:lastColumn="0" w:noHBand="0" w:noVBand="1"/>
      </w:tblPr>
      <w:tblGrid>
        <w:gridCol w:w="1656"/>
        <w:gridCol w:w="3456"/>
        <w:gridCol w:w="4752"/>
      </w:tblGrid>
      <w:tr w:rsidR="00FE09D8" w14:paraId="42AEAB09" w14:textId="77777777">
        <w:trPr>
          <w:tblHeader/>
          <w:jc w:val="center"/>
        </w:trPr>
        <w:tc>
          <w:tcPr>
            <w:tcW w:w="1656" w:type="dxa"/>
            <w:shd w:val="clear" w:color="auto" w:fill="153F5B"/>
            <w:tcMar>
              <w:top w:w="95" w:type="dxa"/>
              <w:left w:w="105" w:type="dxa"/>
              <w:bottom w:w="95" w:type="dxa"/>
              <w:right w:w="105" w:type="dxa"/>
            </w:tcMar>
            <w:vAlign w:val="center"/>
          </w:tcPr>
          <w:p w14:paraId="5FAAA0B6" w14:textId="77777777" w:rsidR="00FE09D8" w:rsidRDefault="00000000">
            <w:pPr>
              <w:spacing w:after="0" w:line="240" w:lineRule="auto"/>
            </w:pPr>
            <w:r>
              <w:rPr>
                <w:b/>
                <w:color w:val="FFFFFF"/>
                <w:sz w:val="16"/>
              </w:rPr>
              <w:t>層</w:t>
            </w:r>
          </w:p>
        </w:tc>
        <w:tc>
          <w:tcPr>
            <w:tcW w:w="3456" w:type="dxa"/>
            <w:shd w:val="clear" w:color="auto" w:fill="153F5B"/>
            <w:tcMar>
              <w:top w:w="95" w:type="dxa"/>
              <w:left w:w="105" w:type="dxa"/>
              <w:bottom w:w="95" w:type="dxa"/>
              <w:right w:w="105" w:type="dxa"/>
            </w:tcMar>
            <w:vAlign w:val="center"/>
          </w:tcPr>
          <w:p w14:paraId="2FE44594" w14:textId="77777777" w:rsidR="00FE09D8" w:rsidRDefault="00000000">
            <w:pPr>
              <w:spacing w:after="0" w:line="240" w:lineRule="auto"/>
            </w:pPr>
            <w:r>
              <w:rPr>
                <w:b/>
                <w:color w:val="FFFFFF"/>
                <w:sz w:val="16"/>
              </w:rPr>
              <w:t>構成要素</w:t>
            </w:r>
          </w:p>
        </w:tc>
        <w:tc>
          <w:tcPr>
            <w:tcW w:w="4752" w:type="dxa"/>
            <w:shd w:val="clear" w:color="auto" w:fill="153F5B"/>
            <w:tcMar>
              <w:top w:w="95" w:type="dxa"/>
              <w:left w:w="105" w:type="dxa"/>
              <w:bottom w:w="95" w:type="dxa"/>
              <w:right w:w="105" w:type="dxa"/>
            </w:tcMar>
            <w:vAlign w:val="center"/>
          </w:tcPr>
          <w:p w14:paraId="634E01F9" w14:textId="77777777" w:rsidR="00FE09D8" w:rsidRDefault="00000000">
            <w:pPr>
              <w:spacing w:after="0" w:line="240" w:lineRule="auto"/>
            </w:pPr>
            <w:r>
              <w:rPr>
                <w:b/>
                <w:color w:val="FFFFFF"/>
                <w:sz w:val="16"/>
              </w:rPr>
              <w:t>責任</w:t>
            </w:r>
          </w:p>
        </w:tc>
      </w:tr>
      <w:tr w:rsidR="00FE09D8" w14:paraId="5271A2D4" w14:textId="77777777">
        <w:trPr>
          <w:cantSplit/>
          <w:jc w:val="center"/>
        </w:trPr>
        <w:tc>
          <w:tcPr>
            <w:tcW w:w="1656" w:type="dxa"/>
            <w:shd w:val="clear" w:color="auto" w:fill="FFFFFF"/>
            <w:tcMar>
              <w:top w:w="95" w:type="dxa"/>
              <w:left w:w="105" w:type="dxa"/>
              <w:bottom w:w="95" w:type="dxa"/>
              <w:right w:w="105" w:type="dxa"/>
            </w:tcMar>
            <w:vAlign w:val="center"/>
          </w:tcPr>
          <w:p w14:paraId="41E46298" w14:textId="77777777" w:rsidR="00FE09D8" w:rsidRDefault="00000000">
            <w:pPr>
              <w:spacing w:after="0" w:line="283" w:lineRule="auto"/>
            </w:pPr>
            <w:r>
              <w:rPr>
                <w:b/>
                <w:sz w:val="16"/>
              </w:rPr>
              <w:t>利用者層</w:t>
            </w:r>
          </w:p>
        </w:tc>
        <w:tc>
          <w:tcPr>
            <w:tcW w:w="3456" w:type="dxa"/>
            <w:shd w:val="clear" w:color="auto" w:fill="FFFFFF"/>
            <w:tcMar>
              <w:top w:w="95" w:type="dxa"/>
              <w:left w:w="105" w:type="dxa"/>
              <w:bottom w:w="95" w:type="dxa"/>
              <w:right w:w="105" w:type="dxa"/>
            </w:tcMar>
            <w:vAlign w:val="center"/>
          </w:tcPr>
          <w:p w14:paraId="71A73164" w14:textId="77777777" w:rsidR="00FE09D8" w:rsidRDefault="00000000">
            <w:pPr>
              <w:spacing w:after="0" w:line="283" w:lineRule="auto"/>
              <w:rPr>
                <w:lang w:eastAsia="ja-JP"/>
              </w:rPr>
            </w:pPr>
            <w:r>
              <w:rPr>
                <w:sz w:val="16"/>
                <w:lang w:eastAsia="ja-JP"/>
              </w:rPr>
              <w:t>店舗担当者／本部・発送管理者</w:t>
            </w:r>
          </w:p>
        </w:tc>
        <w:tc>
          <w:tcPr>
            <w:tcW w:w="4752" w:type="dxa"/>
            <w:shd w:val="clear" w:color="auto" w:fill="FFFFFF"/>
            <w:tcMar>
              <w:top w:w="95" w:type="dxa"/>
              <w:left w:w="105" w:type="dxa"/>
              <w:bottom w:w="95" w:type="dxa"/>
              <w:right w:w="105" w:type="dxa"/>
            </w:tcMar>
            <w:vAlign w:val="center"/>
          </w:tcPr>
          <w:p w14:paraId="361EB0CE" w14:textId="77777777" w:rsidR="00FE09D8" w:rsidRDefault="00000000">
            <w:pPr>
              <w:spacing w:after="0" w:line="283" w:lineRule="auto"/>
              <w:rPr>
                <w:lang w:eastAsia="ja-JP"/>
              </w:rPr>
            </w:pPr>
            <w:r>
              <w:rPr>
                <w:sz w:val="16"/>
                <w:lang w:eastAsia="ja-JP"/>
              </w:rPr>
              <w:t>専用リンクから発注、管理画面で発送・請求</w:t>
            </w:r>
          </w:p>
        </w:tc>
      </w:tr>
      <w:tr w:rsidR="00FE09D8" w14:paraId="491DE006" w14:textId="77777777">
        <w:trPr>
          <w:cantSplit/>
          <w:jc w:val="center"/>
        </w:trPr>
        <w:tc>
          <w:tcPr>
            <w:tcW w:w="1656" w:type="dxa"/>
            <w:shd w:val="clear" w:color="auto" w:fill="F3F5F7"/>
            <w:tcMar>
              <w:top w:w="95" w:type="dxa"/>
              <w:left w:w="105" w:type="dxa"/>
              <w:bottom w:w="95" w:type="dxa"/>
              <w:right w:w="105" w:type="dxa"/>
            </w:tcMar>
            <w:vAlign w:val="center"/>
          </w:tcPr>
          <w:p w14:paraId="6C80909B" w14:textId="77777777" w:rsidR="00FE09D8" w:rsidRDefault="00000000">
            <w:pPr>
              <w:spacing w:after="0" w:line="283" w:lineRule="auto"/>
            </w:pPr>
            <w:proofErr w:type="spellStart"/>
            <w:r>
              <w:rPr>
                <w:b/>
                <w:sz w:val="16"/>
              </w:rPr>
              <w:t>Web層</w:t>
            </w:r>
            <w:proofErr w:type="spellEnd"/>
          </w:p>
        </w:tc>
        <w:tc>
          <w:tcPr>
            <w:tcW w:w="3456" w:type="dxa"/>
            <w:shd w:val="clear" w:color="auto" w:fill="F3F5F7"/>
            <w:tcMar>
              <w:top w:w="95" w:type="dxa"/>
              <w:left w:w="105" w:type="dxa"/>
              <w:bottom w:w="95" w:type="dxa"/>
              <w:right w:w="105" w:type="dxa"/>
            </w:tcMar>
            <w:vAlign w:val="center"/>
          </w:tcPr>
          <w:p w14:paraId="1B38723D" w14:textId="77777777" w:rsidR="00FE09D8" w:rsidRDefault="00000000">
            <w:pPr>
              <w:spacing w:after="0" w:line="283" w:lineRule="auto"/>
              <w:rPr>
                <w:lang w:eastAsia="ja-JP"/>
              </w:rPr>
            </w:pPr>
            <w:r>
              <w:rPr>
                <w:sz w:val="16"/>
                <w:lang w:eastAsia="ja-JP"/>
              </w:rPr>
              <w:t>WordPress＋専用プラグイン／テーマ</w:t>
            </w:r>
          </w:p>
        </w:tc>
        <w:tc>
          <w:tcPr>
            <w:tcW w:w="4752" w:type="dxa"/>
            <w:shd w:val="clear" w:color="auto" w:fill="F3F5F7"/>
            <w:tcMar>
              <w:top w:w="95" w:type="dxa"/>
              <w:left w:w="105" w:type="dxa"/>
              <w:bottom w:w="95" w:type="dxa"/>
              <w:right w:w="105" w:type="dxa"/>
            </w:tcMar>
            <w:vAlign w:val="center"/>
          </w:tcPr>
          <w:p w14:paraId="5F833F3D" w14:textId="77777777" w:rsidR="00FE09D8" w:rsidRDefault="00000000">
            <w:pPr>
              <w:spacing w:after="0" w:line="283" w:lineRule="auto"/>
            </w:pPr>
            <w:proofErr w:type="spellStart"/>
            <w:r>
              <w:rPr>
                <w:sz w:val="16"/>
              </w:rPr>
              <w:t>入力検証、認可、画面、注文保存、PDF生成</w:t>
            </w:r>
            <w:proofErr w:type="spellEnd"/>
          </w:p>
        </w:tc>
      </w:tr>
      <w:tr w:rsidR="00FE09D8" w14:paraId="21150FE7" w14:textId="77777777">
        <w:trPr>
          <w:cantSplit/>
          <w:jc w:val="center"/>
        </w:trPr>
        <w:tc>
          <w:tcPr>
            <w:tcW w:w="1656" w:type="dxa"/>
            <w:shd w:val="clear" w:color="auto" w:fill="FFFFFF"/>
            <w:tcMar>
              <w:top w:w="95" w:type="dxa"/>
              <w:left w:w="105" w:type="dxa"/>
              <w:bottom w:w="95" w:type="dxa"/>
              <w:right w:w="105" w:type="dxa"/>
            </w:tcMar>
            <w:vAlign w:val="center"/>
          </w:tcPr>
          <w:p w14:paraId="1A28305B" w14:textId="77777777" w:rsidR="00FE09D8" w:rsidRDefault="00000000">
            <w:pPr>
              <w:spacing w:after="0" w:line="283" w:lineRule="auto"/>
            </w:pPr>
            <w:r>
              <w:rPr>
                <w:b/>
                <w:sz w:val="16"/>
              </w:rPr>
              <w:t>データ層</w:t>
            </w:r>
          </w:p>
        </w:tc>
        <w:tc>
          <w:tcPr>
            <w:tcW w:w="3456" w:type="dxa"/>
            <w:shd w:val="clear" w:color="auto" w:fill="FFFFFF"/>
            <w:tcMar>
              <w:top w:w="95" w:type="dxa"/>
              <w:left w:w="105" w:type="dxa"/>
              <w:bottom w:w="95" w:type="dxa"/>
              <w:right w:w="105" w:type="dxa"/>
            </w:tcMar>
            <w:vAlign w:val="center"/>
          </w:tcPr>
          <w:p w14:paraId="12D3D54C" w14:textId="77777777" w:rsidR="00FE09D8" w:rsidRDefault="00000000">
            <w:pPr>
              <w:spacing w:after="0" w:line="283" w:lineRule="auto"/>
              <w:rPr>
                <w:lang w:eastAsia="ja-JP"/>
              </w:rPr>
            </w:pPr>
            <w:r>
              <w:rPr>
                <w:sz w:val="16"/>
                <w:lang w:eastAsia="ja-JP"/>
              </w:rPr>
              <w:t>MySQL（さくらインターネット）</w:t>
            </w:r>
          </w:p>
        </w:tc>
        <w:tc>
          <w:tcPr>
            <w:tcW w:w="4752" w:type="dxa"/>
            <w:shd w:val="clear" w:color="auto" w:fill="FFFFFF"/>
            <w:tcMar>
              <w:top w:w="95" w:type="dxa"/>
              <w:left w:w="105" w:type="dxa"/>
              <w:bottom w:w="95" w:type="dxa"/>
              <w:right w:w="105" w:type="dxa"/>
            </w:tcMar>
            <w:vAlign w:val="center"/>
          </w:tcPr>
          <w:p w14:paraId="63AA8DF6" w14:textId="77777777" w:rsidR="00FE09D8" w:rsidRDefault="00000000">
            <w:pPr>
              <w:spacing w:after="0" w:line="283" w:lineRule="auto"/>
              <w:rPr>
                <w:lang w:eastAsia="ja-JP"/>
              </w:rPr>
            </w:pPr>
            <w:r>
              <w:rPr>
                <w:sz w:val="16"/>
                <w:lang w:eastAsia="ja-JP"/>
              </w:rPr>
              <w:t>注文・店舗・商品・発送日・送信結果の正本</w:t>
            </w:r>
          </w:p>
        </w:tc>
      </w:tr>
      <w:tr w:rsidR="00FE09D8" w14:paraId="1BF59A0E" w14:textId="77777777">
        <w:trPr>
          <w:cantSplit/>
          <w:jc w:val="center"/>
        </w:trPr>
        <w:tc>
          <w:tcPr>
            <w:tcW w:w="1656" w:type="dxa"/>
            <w:shd w:val="clear" w:color="auto" w:fill="F3F5F7"/>
            <w:tcMar>
              <w:top w:w="95" w:type="dxa"/>
              <w:left w:w="105" w:type="dxa"/>
              <w:bottom w:w="95" w:type="dxa"/>
              <w:right w:w="105" w:type="dxa"/>
            </w:tcMar>
            <w:vAlign w:val="center"/>
          </w:tcPr>
          <w:p w14:paraId="400FDC39" w14:textId="77777777" w:rsidR="00FE09D8" w:rsidRDefault="00000000">
            <w:pPr>
              <w:spacing w:after="0" w:line="283" w:lineRule="auto"/>
            </w:pPr>
            <w:proofErr w:type="spellStart"/>
            <w:r>
              <w:rPr>
                <w:b/>
                <w:sz w:val="16"/>
              </w:rPr>
              <w:t>非同期処理</w:t>
            </w:r>
            <w:proofErr w:type="spellEnd"/>
          </w:p>
        </w:tc>
        <w:tc>
          <w:tcPr>
            <w:tcW w:w="3456" w:type="dxa"/>
            <w:shd w:val="clear" w:color="auto" w:fill="F3F5F7"/>
            <w:tcMar>
              <w:top w:w="95" w:type="dxa"/>
              <w:left w:w="105" w:type="dxa"/>
              <w:bottom w:w="95" w:type="dxa"/>
              <w:right w:w="105" w:type="dxa"/>
            </w:tcMar>
            <w:vAlign w:val="center"/>
          </w:tcPr>
          <w:p w14:paraId="3B803F3D" w14:textId="77777777" w:rsidR="00FE09D8" w:rsidRDefault="00000000">
            <w:pPr>
              <w:spacing w:after="0" w:line="283" w:lineRule="auto"/>
            </w:pPr>
            <w:r>
              <w:rPr>
                <w:sz w:val="16"/>
              </w:rPr>
              <w:t>WordPress CronまたはサーバーCron</w:t>
            </w:r>
          </w:p>
        </w:tc>
        <w:tc>
          <w:tcPr>
            <w:tcW w:w="4752" w:type="dxa"/>
            <w:shd w:val="clear" w:color="auto" w:fill="F3F5F7"/>
            <w:tcMar>
              <w:top w:w="95" w:type="dxa"/>
              <w:left w:w="105" w:type="dxa"/>
              <w:bottom w:w="95" w:type="dxa"/>
              <w:right w:w="105" w:type="dxa"/>
            </w:tcMar>
            <w:vAlign w:val="center"/>
          </w:tcPr>
          <w:p w14:paraId="4206DA68" w14:textId="77777777" w:rsidR="00FE09D8" w:rsidRDefault="00000000">
            <w:pPr>
              <w:spacing w:after="0" w:line="283" w:lineRule="auto"/>
              <w:rPr>
                <w:lang w:eastAsia="ja-JP"/>
              </w:rPr>
            </w:pPr>
            <w:r>
              <w:rPr>
                <w:sz w:val="16"/>
                <w:lang w:eastAsia="ja-JP"/>
              </w:rPr>
              <w:t>メール送信、到達イベント反映、外部連携再送</w:t>
            </w:r>
          </w:p>
        </w:tc>
      </w:tr>
      <w:tr w:rsidR="00FE09D8" w14:paraId="15CF423E" w14:textId="77777777">
        <w:trPr>
          <w:cantSplit/>
          <w:jc w:val="center"/>
        </w:trPr>
        <w:tc>
          <w:tcPr>
            <w:tcW w:w="1656" w:type="dxa"/>
            <w:shd w:val="clear" w:color="auto" w:fill="FFFFFF"/>
            <w:tcMar>
              <w:top w:w="95" w:type="dxa"/>
              <w:left w:w="105" w:type="dxa"/>
              <w:bottom w:w="95" w:type="dxa"/>
              <w:right w:w="105" w:type="dxa"/>
            </w:tcMar>
            <w:vAlign w:val="center"/>
          </w:tcPr>
          <w:p w14:paraId="3823CF7F" w14:textId="77777777" w:rsidR="00FE09D8" w:rsidRDefault="00000000">
            <w:pPr>
              <w:spacing w:after="0" w:line="283" w:lineRule="auto"/>
            </w:pPr>
            <w:proofErr w:type="spellStart"/>
            <w:r>
              <w:rPr>
                <w:b/>
                <w:sz w:val="16"/>
              </w:rPr>
              <w:t>外部連携</w:t>
            </w:r>
            <w:proofErr w:type="spellEnd"/>
          </w:p>
        </w:tc>
        <w:tc>
          <w:tcPr>
            <w:tcW w:w="3456" w:type="dxa"/>
            <w:shd w:val="clear" w:color="auto" w:fill="FFFFFF"/>
            <w:tcMar>
              <w:top w:w="95" w:type="dxa"/>
              <w:left w:w="105" w:type="dxa"/>
              <w:bottom w:w="95" w:type="dxa"/>
              <w:right w:w="105" w:type="dxa"/>
            </w:tcMar>
            <w:vAlign w:val="center"/>
          </w:tcPr>
          <w:p w14:paraId="50DC0EC2" w14:textId="77777777" w:rsidR="00FE09D8" w:rsidRDefault="00000000">
            <w:pPr>
              <w:spacing w:after="0" w:line="283" w:lineRule="auto"/>
            </w:pPr>
            <w:r>
              <w:rPr>
                <w:sz w:val="16"/>
              </w:rPr>
              <w:t>Google Sheets API／Excel・CSV</w:t>
            </w:r>
          </w:p>
        </w:tc>
        <w:tc>
          <w:tcPr>
            <w:tcW w:w="4752" w:type="dxa"/>
            <w:shd w:val="clear" w:color="auto" w:fill="FFFFFF"/>
            <w:tcMar>
              <w:top w:w="95" w:type="dxa"/>
              <w:left w:w="105" w:type="dxa"/>
              <w:bottom w:w="95" w:type="dxa"/>
              <w:right w:w="105" w:type="dxa"/>
            </w:tcMar>
            <w:vAlign w:val="center"/>
          </w:tcPr>
          <w:p w14:paraId="252EF73A" w14:textId="77777777" w:rsidR="00FE09D8" w:rsidRDefault="00000000">
            <w:pPr>
              <w:spacing w:after="0" w:line="283" w:lineRule="auto"/>
              <w:rPr>
                <w:lang w:eastAsia="ja-JP"/>
              </w:rPr>
            </w:pPr>
            <w:r>
              <w:rPr>
                <w:sz w:val="16"/>
                <w:lang w:eastAsia="ja-JP"/>
              </w:rPr>
              <w:t>閲覧・集計・バックアップ用の複製</w:t>
            </w:r>
          </w:p>
        </w:tc>
      </w:tr>
      <w:tr w:rsidR="00FE09D8" w14:paraId="1883E7D8" w14:textId="77777777">
        <w:trPr>
          <w:cantSplit/>
          <w:jc w:val="center"/>
        </w:trPr>
        <w:tc>
          <w:tcPr>
            <w:tcW w:w="1656" w:type="dxa"/>
            <w:shd w:val="clear" w:color="auto" w:fill="F3F5F7"/>
            <w:tcMar>
              <w:top w:w="95" w:type="dxa"/>
              <w:left w:w="105" w:type="dxa"/>
              <w:bottom w:w="95" w:type="dxa"/>
              <w:right w:w="105" w:type="dxa"/>
            </w:tcMar>
            <w:vAlign w:val="center"/>
          </w:tcPr>
          <w:p w14:paraId="4B2CF3A7" w14:textId="77777777" w:rsidR="00FE09D8" w:rsidRDefault="00000000">
            <w:pPr>
              <w:spacing w:after="0" w:line="283" w:lineRule="auto"/>
            </w:pPr>
            <w:proofErr w:type="spellStart"/>
            <w:r>
              <w:rPr>
                <w:b/>
                <w:sz w:val="16"/>
              </w:rPr>
              <w:t>メール</w:t>
            </w:r>
            <w:proofErr w:type="spellEnd"/>
          </w:p>
        </w:tc>
        <w:tc>
          <w:tcPr>
            <w:tcW w:w="3456" w:type="dxa"/>
            <w:shd w:val="clear" w:color="auto" w:fill="F3F5F7"/>
            <w:tcMar>
              <w:top w:w="95" w:type="dxa"/>
              <w:left w:w="105" w:type="dxa"/>
              <w:bottom w:w="95" w:type="dxa"/>
              <w:right w:w="105" w:type="dxa"/>
            </w:tcMar>
            <w:vAlign w:val="center"/>
          </w:tcPr>
          <w:p w14:paraId="168C312D" w14:textId="77777777" w:rsidR="00FE09D8" w:rsidRDefault="00000000">
            <w:pPr>
              <w:spacing w:after="0" w:line="283" w:lineRule="auto"/>
              <w:rPr>
                <w:lang w:eastAsia="ja-JP"/>
              </w:rPr>
            </w:pPr>
            <w:r>
              <w:rPr>
                <w:sz w:val="16"/>
                <w:lang w:eastAsia="ja-JP"/>
              </w:rPr>
              <w:t>到達イベントを返せる配信基盤</w:t>
            </w:r>
          </w:p>
        </w:tc>
        <w:tc>
          <w:tcPr>
            <w:tcW w:w="4752" w:type="dxa"/>
            <w:shd w:val="clear" w:color="auto" w:fill="F3F5F7"/>
            <w:tcMar>
              <w:top w:w="95" w:type="dxa"/>
              <w:left w:w="105" w:type="dxa"/>
              <w:bottom w:w="95" w:type="dxa"/>
              <w:right w:w="105" w:type="dxa"/>
            </w:tcMar>
            <w:vAlign w:val="center"/>
          </w:tcPr>
          <w:p w14:paraId="1B474738" w14:textId="77777777" w:rsidR="00FE09D8" w:rsidRDefault="00000000">
            <w:pPr>
              <w:spacing w:after="0" w:line="283" w:lineRule="auto"/>
            </w:pPr>
            <w:proofErr w:type="spellStart"/>
            <w:r>
              <w:rPr>
                <w:sz w:val="16"/>
              </w:rPr>
              <w:t>宛先別送信、delivered／bounce等のWebhook</w:t>
            </w:r>
            <w:proofErr w:type="spellEnd"/>
          </w:p>
        </w:tc>
      </w:tr>
      <w:tr w:rsidR="00FE09D8" w14:paraId="639B57DD" w14:textId="77777777">
        <w:trPr>
          <w:cantSplit/>
          <w:jc w:val="center"/>
        </w:trPr>
        <w:tc>
          <w:tcPr>
            <w:tcW w:w="1656" w:type="dxa"/>
            <w:shd w:val="clear" w:color="auto" w:fill="FFFFFF"/>
            <w:tcMar>
              <w:top w:w="95" w:type="dxa"/>
              <w:left w:w="105" w:type="dxa"/>
              <w:bottom w:w="95" w:type="dxa"/>
              <w:right w:w="105" w:type="dxa"/>
            </w:tcMar>
            <w:vAlign w:val="center"/>
          </w:tcPr>
          <w:p w14:paraId="1761FB4D" w14:textId="77777777" w:rsidR="00FE09D8" w:rsidRDefault="00000000">
            <w:pPr>
              <w:spacing w:after="0" w:line="283" w:lineRule="auto"/>
            </w:pPr>
            <w:r>
              <w:rPr>
                <w:b/>
                <w:sz w:val="16"/>
              </w:rPr>
              <w:t>運用基盤</w:t>
            </w:r>
          </w:p>
        </w:tc>
        <w:tc>
          <w:tcPr>
            <w:tcW w:w="3456" w:type="dxa"/>
            <w:shd w:val="clear" w:color="auto" w:fill="FFFFFF"/>
            <w:tcMar>
              <w:top w:w="95" w:type="dxa"/>
              <w:left w:w="105" w:type="dxa"/>
              <w:bottom w:w="95" w:type="dxa"/>
              <w:right w:w="105" w:type="dxa"/>
            </w:tcMar>
            <w:vAlign w:val="center"/>
          </w:tcPr>
          <w:p w14:paraId="24F2646F" w14:textId="77777777" w:rsidR="00FE09D8" w:rsidRDefault="00000000">
            <w:pPr>
              <w:spacing w:after="0" w:line="283" w:lineRule="auto"/>
              <w:rPr>
                <w:lang w:eastAsia="ja-JP"/>
              </w:rPr>
            </w:pPr>
            <w:r>
              <w:rPr>
                <w:sz w:val="16"/>
                <w:lang w:eastAsia="ja-JP"/>
              </w:rPr>
              <w:t>さくらインターネット</w:t>
            </w:r>
          </w:p>
        </w:tc>
        <w:tc>
          <w:tcPr>
            <w:tcW w:w="4752" w:type="dxa"/>
            <w:shd w:val="clear" w:color="auto" w:fill="FFFFFF"/>
            <w:tcMar>
              <w:top w:w="95" w:type="dxa"/>
              <w:left w:w="105" w:type="dxa"/>
              <w:bottom w:w="95" w:type="dxa"/>
              <w:right w:w="105" w:type="dxa"/>
            </w:tcMar>
            <w:vAlign w:val="center"/>
          </w:tcPr>
          <w:p w14:paraId="0203B74B" w14:textId="77777777" w:rsidR="00FE09D8" w:rsidRDefault="00000000">
            <w:pPr>
              <w:spacing w:after="0" w:line="283" w:lineRule="auto"/>
              <w:rPr>
                <w:lang w:eastAsia="ja-JP"/>
              </w:rPr>
            </w:pPr>
            <w:r>
              <w:rPr>
                <w:sz w:val="16"/>
                <w:lang w:eastAsia="ja-JP"/>
              </w:rPr>
              <w:t>SSL、バックアップ、監視、アクセス制御</w:t>
            </w:r>
          </w:p>
        </w:tc>
      </w:tr>
    </w:tbl>
    <w:p w14:paraId="5986AC27" w14:textId="77777777" w:rsidR="00FE09D8" w:rsidRDefault="00FE09D8">
      <w:pPr>
        <w:spacing w:after="0"/>
        <w:rPr>
          <w:lang w:eastAsia="ja-JP"/>
        </w:rPr>
      </w:pPr>
    </w:p>
    <w:tbl>
      <w:tblPr>
        <w:tblW w:w="0" w:type="auto"/>
        <w:jc w:val="center"/>
        <w:tblLayout w:type="fixed"/>
        <w:tblLook w:val="04A0" w:firstRow="1" w:lastRow="0" w:firstColumn="1" w:lastColumn="0" w:noHBand="0" w:noVBand="1"/>
      </w:tblPr>
      <w:tblGrid>
        <w:gridCol w:w="4997"/>
        <w:gridCol w:w="4997"/>
      </w:tblGrid>
      <w:tr w:rsidR="00FE09D8" w14:paraId="6AC17750" w14:textId="77777777">
        <w:trPr>
          <w:jc w:val="center"/>
        </w:trPr>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vAlign w:val="center"/>
          </w:tcPr>
          <w:p w14:paraId="1E87301B" w14:textId="77777777" w:rsidR="00FE09D8" w:rsidRDefault="00000000">
            <w:pPr>
              <w:spacing w:after="0" w:line="240" w:lineRule="auto"/>
              <w:jc w:val="center"/>
            </w:pPr>
            <w:r>
              <w:rPr>
                <w:b/>
                <w:color w:val="087A5B"/>
                <w:sz w:val="16"/>
              </w:rPr>
              <w:t>FLOW</w:t>
            </w:r>
          </w:p>
        </w:tc>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tcPr>
          <w:p w14:paraId="434D50C7" w14:textId="77777777" w:rsidR="00FE09D8" w:rsidRDefault="00000000">
            <w:pPr>
              <w:spacing w:after="40" w:line="240" w:lineRule="auto"/>
              <w:rPr>
                <w:lang w:eastAsia="ja-JP"/>
              </w:rPr>
            </w:pPr>
            <w:r>
              <w:rPr>
                <w:b/>
                <w:color w:val="087A5B"/>
                <w:lang w:eastAsia="ja-JP"/>
              </w:rPr>
              <w:t>保存順序</w:t>
            </w:r>
          </w:p>
          <w:p w14:paraId="0820BB63" w14:textId="77777777" w:rsidR="00FE09D8" w:rsidRDefault="00000000">
            <w:pPr>
              <w:spacing w:after="0"/>
              <w:rPr>
                <w:lang w:eastAsia="ja-JP"/>
              </w:rPr>
            </w:pPr>
            <w:r>
              <w:rPr>
                <w:sz w:val="17"/>
                <w:lang w:eastAsia="ja-JP"/>
              </w:rPr>
              <w:t>1) WordPress DBへ注文をトランザクション保存 → 2) 受付完了表示 → 3) メール・Google Sheetsをキュー処理。外部連携に失敗しても注文保存を取り消さず、管理画面から再送できるようにする。</w:t>
            </w:r>
          </w:p>
        </w:tc>
      </w:tr>
    </w:tbl>
    <w:p w14:paraId="1B0B3AAA" w14:textId="77777777" w:rsidR="00FE09D8" w:rsidRDefault="00FE09D8">
      <w:pPr>
        <w:spacing w:after="0"/>
        <w:rPr>
          <w:lang w:eastAsia="ja-JP"/>
        </w:rPr>
      </w:pPr>
    </w:p>
    <w:p w14:paraId="18D6563D" w14:textId="77777777" w:rsidR="00FE09D8" w:rsidRDefault="00000000">
      <w:pPr>
        <w:pStyle w:val="21"/>
        <w:spacing w:before="160" w:after="80" w:line="240" w:lineRule="auto"/>
      </w:pPr>
      <w:r>
        <w:rPr>
          <w:rFonts w:ascii="Noto Sans JP" w:eastAsia="Noto Sans JP" w:hAnsi="Noto Sans JP"/>
        </w:rPr>
        <w:t xml:space="preserve">2.1 </w:t>
      </w:r>
      <w:proofErr w:type="spellStart"/>
      <w:r>
        <w:rPr>
          <w:rFonts w:ascii="Noto Sans JP" w:eastAsia="Noto Sans JP" w:hAnsi="Noto Sans JP"/>
        </w:rPr>
        <w:t>役割と権限</w:t>
      </w:r>
      <w:proofErr w:type="spellEnd"/>
    </w:p>
    <w:tbl>
      <w:tblPr>
        <w:tblStyle w:val="afe"/>
        <w:tblW w:w="0" w:type="auto"/>
        <w:jc w:val="center"/>
        <w:tblLayout w:type="fixed"/>
        <w:tblLook w:val="04A0" w:firstRow="1" w:lastRow="0" w:firstColumn="1" w:lastColumn="0" w:noHBand="0" w:noVBand="1"/>
      </w:tblPr>
      <w:tblGrid>
        <w:gridCol w:w="1800"/>
        <w:gridCol w:w="4320"/>
        <w:gridCol w:w="3744"/>
      </w:tblGrid>
      <w:tr w:rsidR="00FE09D8" w14:paraId="331158F7" w14:textId="77777777">
        <w:trPr>
          <w:tblHeader/>
          <w:jc w:val="center"/>
        </w:trPr>
        <w:tc>
          <w:tcPr>
            <w:tcW w:w="1800" w:type="dxa"/>
            <w:shd w:val="clear" w:color="auto" w:fill="153F5B"/>
            <w:tcMar>
              <w:top w:w="95" w:type="dxa"/>
              <w:left w:w="105" w:type="dxa"/>
              <w:bottom w:w="95" w:type="dxa"/>
              <w:right w:w="105" w:type="dxa"/>
            </w:tcMar>
            <w:vAlign w:val="center"/>
          </w:tcPr>
          <w:p w14:paraId="71B72AC3" w14:textId="77777777" w:rsidR="00FE09D8" w:rsidRDefault="00000000">
            <w:pPr>
              <w:spacing w:after="0" w:line="240" w:lineRule="auto"/>
            </w:pPr>
            <w:r>
              <w:rPr>
                <w:b/>
                <w:color w:val="FFFFFF"/>
                <w:sz w:val="16"/>
              </w:rPr>
              <w:t>役割</w:t>
            </w:r>
          </w:p>
        </w:tc>
        <w:tc>
          <w:tcPr>
            <w:tcW w:w="4320" w:type="dxa"/>
            <w:shd w:val="clear" w:color="auto" w:fill="153F5B"/>
            <w:tcMar>
              <w:top w:w="95" w:type="dxa"/>
              <w:left w:w="105" w:type="dxa"/>
              <w:bottom w:w="95" w:type="dxa"/>
              <w:right w:w="105" w:type="dxa"/>
            </w:tcMar>
            <w:vAlign w:val="center"/>
          </w:tcPr>
          <w:p w14:paraId="1AF07B6B" w14:textId="77777777" w:rsidR="00FE09D8" w:rsidRDefault="00000000">
            <w:pPr>
              <w:spacing w:after="0" w:line="240" w:lineRule="auto"/>
            </w:pPr>
            <w:r>
              <w:rPr>
                <w:b/>
                <w:color w:val="FFFFFF"/>
                <w:sz w:val="16"/>
              </w:rPr>
              <w:t>許可する操作</w:t>
            </w:r>
          </w:p>
        </w:tc>
        <w:tc>
          <w:tcPr>
            <w:tcW w:w="3744" w:type="dxa"/>
            <w:shd w:val="clear" w:color="auto" w:fill="153F5B"/>
            <w:tcMar>
              <w:top w:w="95" w:type="dxa"/>
              <w:left w:w="105" w:type="dxa"/>
              <w:bottom w:w="95" w:type="dxa"/>
              <w:right w:w="105" w:type="dxa"/>
            </w:tcMar>
            <w:vAlign w:val="center"/>
          </w:tcPr>
          <w:p w14:paraId="16BB8606" w14:textId="77777777" w:rsidR="00FE09D8" w:rsidRDefault="00000000">
            <w:pPr>
              <w:spacing w:after="0" w:line="240" w:lineRule="auto"/>
            </w:pPr>
            <w:r>
              <w:rPr>
                <w:b/>
                <w:color w:val="FFFFFF"/>
                <w:sz w:val="16"/>
              </w:rPr>
              <w:t>禁止する操作</w:t>
            </w:r>
          </w:p>
        </w:tc>
      </w:tr>
      <w:tr w:rsidR="00FE09D8" w14:paraId="4966BD2B" w14:textId="77777777">
        <w:trPr>
          <w:cantSplit/>
          <w:jc w:val="center"/>
        </w:trPr>
        <w:tc>
          <w:tcPr>
            <w:tcW w:w="1800" w:type="dxa"/>
            <w:shd w:val="clear" w:color="auto" w:fill="FFFFFF"/>
            <w:tcMar>
              <w:top w:w="95" w:type="dxa"/>
              <w:left w:w="105" w:type="dxa"/>
              <w:bottom w:w="95" w:type="dxa"/>
              <w:right w:w="105" w:type="dxa"/>
            </w:tcMar>
            <w:vAlign w:val="center"/>
          </w:tcPr>
          <w:p w14:paraId="3B8ECBD4" w14:textId="77777777" w:rsidR="00FE09D8" w:rsidRDefault="00000000">
            <w:pPr>
              <w:spacing w:after="0" w:line="283" w:lineRule="auto"/>
            </w:pPr>
            <w:r>
              <w:rPr>
                <w:b/>
                <w:sz w:val="16"/>
              </w:rPr>
              <w:t>店舗担当者</w:t>
            </w:r>
          </w:p>
        </w:tc>
        <w:tc>
          <w:tcPr>
            <w:tcW w:w="4320" w:type="dxa"/>
            <w:shd w:val="clear" w:color="auto" w:fill="FFFFFF"/>
            <w:tcMar>
              <w:top w:w="95" w:type="dxa"/>
              <w:left w:w="105" w:type="dxa"/>
              <w:bottom w:w="95" w:type="dxa"/>
              <w:right w:w="105" w:type="dxa"/>
            </w:tcMar>
            <w:vAlign w:val="center"/>
          </w:tcPr>
          <w:p w14:paraId="702E6485" w14:textId="77777777" w:rsidR="00FE09D8" w:rsidRDefault="00000000">
            <w:pPr>
              <w:spacing w:after="0" w:line="283" w:lineRule="auto"/>
              <w:rPr>
                <w:lang w:eastAsia="ja-JP"/>
              </w:rPr>
            </w:pPr>
            <w:r>
              <w:rPr>
                <w:sz w:val="16"/>
                <w:lang w:eastAsia="ja-JP"/>
              </w:rPr>
              <w:t>専用リンク先の店舗として発注、発注内容確認</w:t>
            </w:r>
          </w:p>
        </w:tc>
        <w:tc>
          <w:tcPr>
            <w:tcW w:w="3744" w:type="dxa"/>
            <w:shd w:val="clear" w:color="auto" w:fill="FFFFFF"/>
            <w:tcMar>
              <w:top w:w="95" w:type="dxa"/>
              <w:left w:w="105" w:type="dxa"/>
              <w:bottom w:w="95" w:type="dxa"/>
              <w:right w:w="105" w:type="dxa"/>
            </w:tcMar>
            <w:vAlign w:val="center"/>
          </w:tcPr>
          <w:p w14:paraId="3ED340B9" w14:textId="77777777" w:rsidR="00FE09D8" w:rsidRDefault="00000000">
            <w:pPr>
              <w:spacing w:after="0" w:line="283" w:lineRule="auto"/>
              <w:rPr>
                <w:lang w:eastAsia="ja-JP"/>
              </w:rPr>
            </w:pPr>
            <w:r>
              <w:rPr>
                <w:sz w:val="16"/>
                <w:lang w:eastAsia="ja-JP"/>
              </w:rPr>
              <w:t>店舗・発送先・メール宛先の変更、管理画面閲覧</w:t>
            </w:r>
          </w:p>
        </w:tc>
      </w:tr>
      <w:tr w:rsidR="00FE09D8" w14:paraId="643AC7BF" w14:textId="77777777">
        <w:trPr>
          <w:cantSplit/>
          <w:jc w:val="center"/>
        </w:trPr>
        <w:tc>
          <w:tcPr>
            <w:tcW w:w="1800" w:type="dxa"/>
            <w:shd w:val="clear" w:color="auto" w:fill="F3F5F7"/>
            <w:tcMar>
              <w:top w:w="95" w:type="dxa"/>
              <w:left w:w="105" w:type="dxa"/>
              <w:bottom w:w="95" w:type="dxa"/>
              <w:right w:w="105" w:type="dxa"/>
            </w:tcMar>
            <w:vAlign w:val="center"/>
          </w:tcPr>
          <w:p w14:paraId="0573EACC" w14:textId="77777777" w:rsidR="00FE09D8" w:rsidRDefault="00000000">
            <w:pPr>
              <w:spacing w:after="0" w:line="283" w:lineRule="auto"/>
            </w:pPr>
            <w:proofErr w:type="spellStart"/>
            <w:r>
              <w:rPr>
                <w:b/>
                <w:sz w:val="16"/>
              </w:rPr>
              <w:t>受注管理者</w:t>
            </w:r>
            <w:proofErr w:type="spellEnd"/>
          </w:p>
        </w:tc>
        <w:tc>
          <w:tcPr>
            <w:tcW w:w="4320" w:type="dxa"/>
            <w:shd w:val="clear" w:color="auto" w:fill="F3F5F7"/>
            <w:tcMar>
              <w:top w:w="95" w:type="dxa"/>
              <w:left w:w="105" w:type="dxa"/>
              <w:bottom w:w="95" w:type="dxa"/>
              <w:right w:w="105" w:type="dxa"/>
            </w:tcMar>
            <w:vAlign w:val="center"/>
          </w:tcPr>
          <w:p w14:paraId="4B035539" w14:textId="77777777" w:rsidR="00FE09D8" w:rsidRDefault="00000000">
            <w:pPr>
              <w:spacing w:after="0" w:line="283" w:lineRule="auto"/>
              <w:rPr>
                <w:lang w:eastAsia="ja-JP"/>
              </w:rPr>
            </w:pPr>
            <w:r>
              <w:rPr>
                <w:sz w:val="16"/>
                <w:lang w:eastAsia="ja-JP"/>
              </w:rPr>
              <w:t>発注閲覧、取消、発送状態変更、メール再送</w:t>
            </w:r>
          </w:p>
        </w:tc>
        <w:tc>
          <w:tcPr>
            <w:tcW w:w="3744" w:type="dxa"/>
            <w:shd w:val="clear" w:color="auto" w:fill="F3F5F7"/>
            <w:tcMar>
              <w:top w:w="95" w:type="dxa"/>
              <w:left w:w="105" w:type="dxa"/>
              <w:bottom w:w="95" w:type="dxa"/>
              <w:right w:w="105" w:type="dxa"/>
            </w:tcMar>
            <w:vAlign w:val="center"/>
          </w:tcPr>
          <w:p w14:paraId="59E93FA0" w14:textId="77777777" w:rsidR="00FE09D8" w:rsidRDefault="00000000">
            <w:pPr>
              <w:spacing w:after="0" w:line="283" w:lineRule="auto"/>
              <w:rPr>
                <w:lang w:eastAsia="ja-JP"/>
              </w:rPr>
            </w:pPr>
            <w:r>
              <w:rPr>
                <w:sz w:val="16"/>
                <w:lang w:eastAsia="ja-JP"/>
              </w:rPr>
              <w:t>システム設定・管理者追加</w:t>
            </w:r>
          </w:p>
        </w:tc>
      </w:tr>
      <w:tr w:rsidR="00FE09D8" w14:paraId="62FD8201" w14:textId="77777777">
        <w:trPr>
          <w:cantSplit/>
          <w:jc w:val="center"/>
        </w:trPr>
        <w:tc>
          <w:tcPr>
            <w:tcW w:w="1800" w:type="dxa"/>
            <w:shd w:val="clear" w:color="auto" w:fill="FFFFFF"/>
            <w:tcMar>
              <w:top w:w="95" w:type="dxa"/>
              <w:left w:w="105" w:type="dxa"/>
              <w:bottom w:w="95" w:type="dxa"/>
              <w:right w:w="105" w:type="dxa"/>
            </w:tcMar>
            <w:vAlign w:val="center"/>
          </w:tcPr>
          <w:p w14:paraId="3E0DD66F" w14:textId="77777777" w:rsidR="00FE09D8" w:rsidRDefault="00000000">
            <w:pPr>
              <w:spacing w:after="0" w:line="283" w:lineRule="auto"/>
            </w:pPr>
            <w:proofErr w:type="spellStart"/>
            <w:r>
              <w:rPr>
                <w:b/>
                <w:sz w:val="16"/>
              </w:rPr>
              <w:t>商品・店舗管理者</w:t>
            </w:r>
            <w:proofErr w:type="spellEnd"/>
          </w:p>
        </w:tc>
        <w:tc>
          <w:tcPr>
            <w:tcW w:w="4320" w:type="dxa"/>
            <w:shd w:val="clear" w:color="auto" w:fill="FFFFFF"/>
            <w:tcMar>
              <w:top w:w="95" w:type="dxa"/>
              <w:left w:w="105" w:type="dxa"/>
              <w:bottom w:w="95" w:type="dxa"/>
              <w:right w:w="105" w:type="dxa"/>
            </w:tcMar>
            <w:vAlign w:val="center"/>
          </w:tcPr>
          <w:p w14:paraId="33E83751" w14:textId="77777777" w:rsidR="00FE09D8" w:rsidRDefault="00000000">
            <w:pPr>
              <w:spacing w:after="0" w:line="283" w:lineRule="auto"/>
              <w:rPr>
                <w:lang w:eastAsia="ja-JP"/>
              </w:rPr>
            </w:pPr>
            <w:r>
              <w:rPr>
                <w:sz w:val="16"/>
                <w:lang w:eastAsia="ja-JP"/>
              </w:rPr>
              <w:t>商品、店舗、発送先、宛先、専用リンクの管理</w:t>
            </w:r>
          </w:p>
        </w:tc>
        <w:tc>
          <w:tcPr>
            <w:tcW w:w="3744" w:type="dxa"/>
            <w:shd w:val="clear" w:color="auto" w:fill="FFFFFF"/>
            <w:tcMar>
              <w:top w:w="95" w:type="dxa"/>
              <w:left w:w="105" w:type="dxa"/>
              <w:bottom w:w="95" w:type="dxa"/>
              <w:right w:w="105" w:type="dxa"/>
            </w:tcMar>
            <w:vAlign w:val="center"/>
          </w:tcPr>
          <w:p w14:paraId="6E9EF3D7" w14:textId="77777777" w:rsidR="00FE09D8" w:rsidRDefault="00000000">
            <w:pPr>
              <w:spacing w:after="0" w:line="283" w:lineRule="auto"/>
            </w:pPr>
            <w:proofErr w:type="spellStart"/>
            <w:r>
              <w:rPr>
                <w:sz w:val="16"/>
              </w:rPr>
              <w:t>サーバー設定の変更</w:t>
            </w:r>
            <w:proofErr w:type="spellEnd"/>
          </w:p>
        </w:tc>
      </w:tr>
      <w:tr w:rsidR="00FE09D8" w14:paraId="5ACCA0AE" w14:textId="77777777">
        <w:trPr>
          <w:cantSplit/>
          <w:jc w:val="center"/>
        </w:trPr>
        <w:tc>
          <w:tcPr>
            <w:tcW w:w="1800" w:type="dxa"/>
            <w:shd w:val="clear" w:color="auto" w:fill="F3F5F7"/>
            <w:tcMar>
              <w:top w:w="95" w:type="dxa"/>
              <w:left w:w="105" w:type="dxa"/>
              <w:bottom w:w="95" w:type="dxa"/>
              <w:right w:w="105" w:type="dxa"/>
            </w:tcMar>
            <w:vAlign w:val="center"/>
          </w:tcPr>
          <w:p w14:paraId="327146CB" w14:textId="77777777" w:rsidR="00FE09D8" w:rsidRDefault="00000000">
            <w:pPr>
              <w:spacing w:after="0" w:line="283" w:lineRule="auto"/>
            </w:pPr>
            <w:r>
              <w:rPr>
                <w:b/>
                <w:sz w:val="16"/>
              </w:rPr>
              <w:t>請求管理者</w:t>
            </w:r>
          </w:p>
        </w:tc>
        <w:tc>
          <w:tcPr>
            <w:tcW w:w="4320" w:type="dxa"/>
            <w:shd w:val="clear" w:color="auto" w:fill="F3F5F7"/>
            <w:tcMar>
              <w:top w:w="95" w:type="dxa"/>
              <w:left w:w="105" w:type="dxa"/>
              <w:bottom w:w="95" w:type="dxa"/>
              <w:right w:w="105" w:type="dxa"/>
            </w:tcMar>
            <w:vAlign w:val="center"/>
          </w:tcPr>
          <w:p w14:paraId="3EB598D6" w14:textId="77777777" w:rsidR="00FE09D8" w:rsidRDefault="00000000">
            <w:pPr>
              <w:spacing w:after="0" w:line="283" w:lineRule="auto"/>
              <w:rPr>
                <w:lang w:eastAsia="ja-JP"/>
              </w:rPr>
            </w:pPr>
            <w:r>
              <w:rPr>
                <w:sz w:val="16"/>
                <w:lang w:eastAsia="ja-JP"/>
              </w:rPr>
              <w:t>発送済み集計、請求書、入金、領収証</w:t>
            </w:r>
          </w:p>
        </w:tc>
        <w:tc>
          <w:tcPr>
            <w:tcW w:w="3744" w:type="dxa"/>
            <w:shd w:val="clear" w:color="auto" w:fill="F3F5F7"/>
            <w:tcMar>
              <w:top w:w="95" w:type="dxa"/>
              <w:left w:w="105" w:type="dxa"/>
              <w:bottom w:w="95" w:type="dxa"/>
              <w:right w:w="105" w:type="dxa"/>
            </w:tcMar>
            <w:vAlign w:val="center"/>
          </w:tcPr>
          <w:p w14:paraId="57B52155" w14:textId="77777777" w:rsidR="00FE09D8" w:rsidRDefault="00000000">
            <w:pPr>
              <w:spacing w:after="0" w:line="283" w:lineRule="auto"/>
              <w:rPr>
                <w:lang w:eastAsia="ja-JP"/>
              </w:rPr>
            </w:pPr>
            <w:r>
              <w:rPr>
                <w:sz w:val="16"/>
                <w:lang w:eastAsia="ja-JP"/>
              </w:rPr>
              <w:t>発送準備中・取消済みの請求計上</w:t>
            </w:r>
          </w:p>
        </w:tc>
      </w:tr>
      <w:tr w:rsidR="00FE09D8" w14:paraId="1E7F3A92" w14:textId="77777777">
        <w:trPr>
          <w:cantSplit/>
          <w:jc w:val="center"/>
        </w:trPr>
        <w:tc>
          <w:tcPr>
            <w:tcW w:w="1800" w:type="dxa"/>
            <w:shd w:val="clear" w:color="auto" w:fill="FFFFFF"/>
            <w:tcMar>
              <w:top w:w="95" w:type="dxa"/>
              <w:left w:w="105" w:type="dxa"/>
              <w:bottom w:w="95" w:type="dxa"/>
              <w:right w:w="105" w:type="dxa"/>
            </w:tcMar>
            <w:vAlign w:val="center"/>
          </w:tcPr>
          <w:p w14:paraId="773D1524" w14:textId="77777777" w:rsidR="00FE09D8" w:rsidRDefault="00000000">
            <w:pPr>
              <w:spacing w:after="0" w:line="283" w:lineRule="auto"/>
            </w:pPr>
            <w:proofErr w:type="spellStart"/>
            <w:r>
              <w:rPr>
                <w:b/>
                <w:sz w:val="16"/>
              </w:rPr>
              <w:t>システム管理者</w:t>
            </w:r>
            <w:proofErr w:type="spellEnd"/>
          </w:p>
        </w:tc>
        <w:tc>
          <w:tcPr>
            <w:tcW w:w="4320" w:type="dxa"/>
            <w:shd w:val="clear" w:color="auto" w:fill="FFFFFF"/>
            <w:tcMar>
              <w:top w:w="95" w:type="dxa"/>
              <w:left w:w="105" w:type="dxa"/>
              <w:bottom w:w="95" w:type="dxa"/>
              <w:right w:w="105" w:type="dxa"/>
            </w:tcMar>
            <w:vAlign w:val="center"/>
          </w:tcPr>
          <w:p w14:paraId="7D60EF6D" w14:textId="77777777" w:rsidR="00FE09D8" w:rsidRDefault="00000000">
            <w:pPr>
              <w:spacing w:after="0" w:line="283" w:lineRule="auto"/>
              <w:rPr>
                <w:lang w:eastAsia="ja-JP"/>
              </w:rPr>
            </w:pPr>
            <w:r>
              <w:rPr>
                <w:sz w:val="16"/>
                <w:lang w:eastAsia="ja-JP"/>
              </w:rPr>
              <w:t>全設定、ログ、バックアップ、障害対応</w:t>
            </w:r>
          </w:p>
        </w:tc>
        <w:tc>
          <w:tcPr>
            <w:tcW w:w="3744" w:type="dxa"/>
            <w:shd w:val="clear" w:color="auto" w:fill="FFFFFF"/>
            <w:tcMar>
              <w:top w:w="95" w:type="dxa"/>
              <w:left w:w="105" w:type="dxa"/>
              <w:bottom w:w="95" w:type="dxa"/>
              <w:right w:w="105" w:type="dxa"/>
            </w:tcMar>
            <w:vAlign w:val="center"/>
          </w:tcPr>
          <w:p w14:paraId="0ACE116D" w14:textId="77777777" w:rsidR="00FE09D8" w:rsidRDefault="00000000">
            <w:pPr>
              <w:spacing w:after="0" w:line="283" w:lineRule="auto"/>
            </w:pPr>
            <w:proofErr w:type="spellStart"/>
            <w:r>
              <w:rPr>
                <w:sz w:val="16"/>
              </w:rPr>
              <w:t>共用アカウント運用</w:t>
            </w:r>
            <w:proofErr w:type="spellEnd"/>
          </w:p>
        </w:tc>
      </w:tr>
    </w:tbl>
    <w:p w14:paraId="562C37C5" w14:textId="77777777" w:rsidR="00DB4400" w:rsidRDefault="00DB4400">
      <w:pPr>
        <w:spacing w:after="40" w:line="240" w:lineRule="auto"/>
        <w:rPr>
          <w:b/>
          <w:color w:val="153F5B"/>
          <w:sz w:val="17"/>
          <w:shd w:val="clear" w:color="auto" w:fill="EAF3F8"/>
        </w:rPr>
      </w:pPr>
    </w:p>
    <w:p w14:paraId="0C73EE24" w14:textId="6F060CF6" w:rsidR="00FE09D8" w:rsidRDefault="00000000">
      <w:pPr>
        <w:spacing w:after="40" w:line="240" w:lineRule="auto"/>
      </w:pPr>
      <w:r>
        <w:rPr>
          <w:b/>
          <w:color w:val="153F5B"/>
          <w:sz w:val="17"/>
          <w:shd w:val="clear" w:color="auto" w:fill="EAF3F8"/>
        </w:rPr>
        <w:lastRenderedPageBreak/>
        <w:t>SECTION 03</w:t>
      </w:r>
    </w:p>
    <w:p w14:paraId="56839359" w14:textId="77777777" w:rsidR="00FE09D8" w:rsidRDefault="00000000">
      <w:pPr>
        <w:pStyle w:val="1"/>
        <w:spacing w:before="60" w:after="80" w:line="240" w:lineRule="auto"/>
        <w:rPr>
          <w:lang w:eastAsia="ja-JP"/>
        </w:rPr>
      </w:pPr>
      <w:r>
        <w:rPr>
          <w:rFonts w:ascii="Noto Sans JP" w:eastAsia="Noto Sans JP" w:hAnsi="Noto Sans JP"/>
          <w:lang w:eastAsia="ja-JP"/>
        </w:rPr>
        <w:t>店舗専用リンク・店舗マスター</w:t>
      </w:r>
    </w:p>
    <w:p w14:paraId="10B8A6FC" w14:textId="77777777" w:rsidR="00FE09D8" w:rsidRDefault="00000000">
      <w:pPr>
        <w:spacing w:after="200" w:line="317" w:lineRule="auto"/>
        <w:rPr>
          <w:lang w:eastAsia="ja-JP"/>
        </w:rPr>
      </w:pPr>
      <w:r>
        <w:rPr>
          <w:color w:val="526273"/>
          <w:sz w:val="18"/>
          <w:lang w:eastAsia="ja-JP"/>
        </w:rPr>
        <w:t>店舗を入力させず、リンク自体から店舗・発送先・メール宛先を安全に特定する。</w:t>
      </w:r>
    </w:p>
    <w:p w14:paraId="16EAC95F" w14:textId="77777777" w:rsidR="00FE09D8" w:rsidRDefault="00000000">
      <w:pPr>
        <w:pStyle w:val="21"/>
        <w:spacing w:before="160" w:after="80" w:line="240" w:lineRule="auto"/>
      </w:pPr>
      <w:r>
        <w:rPr>
          <w:rFonts w:ascii="Noto Sans JP" w:eastAsia="Noto Sans JP" w:hAnsi="Noto Sans JP"/>
        </w:rPr>
        <w:t xml:space="preserve">3.1 </w:t>
      </w:r>
      <w:proofErr w:type="spellStart"/>
      <w:r>
        <w:rPr>
          <w:rFonts w:ascii="Noto Sans JP" w:eastAsia="Noto Sans JP" w:hAnsi="Noto Sans JP"/>
        </w:rPr>
        <w:t>店舗専用リンク</w:t>
      </w:r>
      <w:proofErr w:type="spellEnd"/>
    </w:p>
    <w:p w14:paraId="483C015A" w14:textId="77777777" w:rsidR="00FE09D8" w:rsidRDefault="00000000">
      <w:pPr>
        <w:pStyle w:val="a0"/>
        <w:spacing w:after="60"/>
        <w:rPr>
          <w:lang w:eastAsia="ja-JP"/>
        </w:rPr>
      </w:pPr>
      <w:r>
        <w:rPr>
          <w:lang w:eastAsia="ja-JP"/>
        </w:rPr>
        <w:t>各店舗に推測困難なランダムトークンを1つ発行し、店舗管理ページで表示・コピー・再発行・無効化する。</w:t>
      </w:r>
    </w:p>
    <w:p w14:paraId="410CAA3E" w14:textId="77777777" w:rsidR="00FE09D8" w:rsidRDefault="00000000">
      <w:pPr>
        <w:pStyle w:val="a0"/>
        <w:spacing w:after="60"/>
      </w:pPr>
      <w:proofErr w:type="spellStart"/>
      <w:r>
        <w:t>URL例は</w:t>
      </w:r>
      <w:proofErr w:type="spellEnd"/>
      <w:r>
        <w:t xml:space="preserve"> /order/s/{random-token} </w:t>
      </w:r>
      <w:proofErr w:type="spellStart"/>
      <w:r>
        <w:t>とし、連番店舗IDや店舗名をURLへ露出しない</w:t>
      </w:r>
      <w:proofErr w:type="spellEnd"/>
      <w:r>
        <w:t>。</w:t>
      </w:r>
    </w:p>
    <w:p w14:paraId="1DEBF07B" w14:textId="77777777" w:rsidR="00FE09D8" w:rsidRDefault="00000000">
      <w:pPr>
        <w:pStyle w:val="a0"/>
        <w:spacing w:after="60"/>
        <w:rPr>
          <w:lang w:eastAsia="ja-JP"/>
        </w:rPr>
      </w:pPr>
      <w:r>
        <w:rPr>
          <w:lang w:eastAsia="ja-JP"/>
        </w:rPr>
        <w:t>リンクからアクセスすると店舗名、発送先住所、メール宛先をサーバー側で解決する。ブラウザーから送られた店舗IDを信頼しない。</w:t>
      </w:r>
    </w:p>
    <w:p w14:paraId="7F755DFF" w14:textId="77777777" w:rsidR="00FE09D8" w:rsidRDefault="00000000">
      <w:pPr>
        <w:pStyle w:val="a0"/>
        <w:spacing w:after="60"/>
        <w:rPr>
          <w:lang w:eastAsia="ja-JP"/>
        </w:rPr>
      </w:pPr>
      <w:r>
        <w:rPr>
          <w:lang w:eastAsia="ja-JP"/>
        </w:rPr>
        <w:t>トークン再発行時は旧リンクを即時無効化する。休止店舗のリンクは受付不可とする。</w:t>
      </w:r>
    </w:p>
    <w:p w14:paraId="54A3EC22" w14:textId="77777777" w:rsidR="00FE09D8" w:rsidRDefault="00000000">
      <w:pPr>
        <w:pStyle w:val="a0"/>
        <w:spacing w:after="60"/>
        <w:rPr>
          <w:lang w:eastAsia="ja-JP"/>
        </w:rPr>
      </w:pPr>
      <w:r>
        <w:rPr>
          <w:lang w:eastAsia="ja-JP"/>
        </w:rPr>
        <w:t xml:space="preserve">検索エンジンに掲載されないよう </w:t>
      </w:r>
      <w:proofErr w:type="spellStart"/>
      <w:r>
        <w:rPr>
          <w:lang w:eastAsia="ja-JP"/>
        </w:rPr>
        <w:t>noindex</w:t>
      </w:r>
      <w:proofErr w:type="spellEnd"/>
      <w:r>
        <w:rPr>
          <w:lang w:eastAsia="ja-JP"/>
        </w:rPr>
        <w:t>、robots制御、サイトマップ除外を行う。</w:t>
      </w:r>
    </w:p>
    <w:p w14:paraId="2FA6AECB" w14:textId="77777777" w:rsidR="00FE09D8" w:rsidRDefault="00000000">
      <w:pPr>
        <w:pStyle w:val="21"/>
        <w:spacing w:before="160" w:after="80" w:line="240" w:lineRule="auto"/>
      </w:pPr>
      <w:r>
        <w:rPr>
          <w:rFonts w:ascii="Noto Sans JP" w:eastAsia="Noto Sans JP" w:hAnsi="Noto Sans JP"/>
        </w:rPr>
        <w:t xml:space="preserve">3.2 </w:t>
      </w:r>
      <w:proofErr w:type="spellStart"/>
      <w:r>
        <w:rPr>
          <w:rFonts w:ascii="Noto Sans JP" w:eastAsia="Noto Sans JP" w:hAnsi="Noto Sans JP"/>
        </w:rPr>
        <w:t>店舗・発送先情報</w:t>
      </w:r>
      <w:proofErr w:type="spellEnd"/>
    </w:p>
    <w:tbl>
      <w:tblPr>
        <w:tblStyle w:val="afe"/>
        <w:tblW w:w="0" w:type="auto"/>
        <w:jc w:val="center"/>
        <w:tblLayout w:type="fixed"/>
        <w:tblLook w:val="04A0" w:firstRow="1" w:lastRow="0" w:firstColumn="1" w:lastColumn="0" w:noHBand="0" w:noVBand="1"/>
      </w:tblPr>
      <w:tblGrid>
        <w:gridCol w:w="2592"/>
        <w:gridCol w:w="1440"/>
        <w:gridCol w:w="5832"/>
      </w:tblGrid>
      <w:tr w:rsidR="00FE09D8" w14:paraId="4324F6A7" w14:textId="77777777">
        <w:trPr>
          <w:tblHeader/>
          <w:jc w:val="center"/>
        </w:trPr>
        <w:tc>
          <w:tcPr>
            <w:tcW w:w="2592" w:type="dxa"/>
            <w:shd w:val="clear" w:color="auto" w:fill="153F5B"/>
            <w:tcMar>
              <w:top w:w="95" w:type="dxa"/>
              <w:left w:w="105" w:type="dxa"/>
              <w:bottom w:w="95" w:type="dxa"/>
              <w:right w:w="105" w:type="dxa"/>
            </w:tcMar>
            <w:vAlign w:val="center"/>
          </w:tcPr>
          <w:p w14:paraId="288C5E71" w14:textId="77777777" w:rsidR="00FE09D8" w:rsidRDefault="00000000">
            <w:pPr>
              <w:spacing w:after="0" w:line="240" w:lineRule="auto"/>
            </w:pPr>
            <w:r>
              <w:rPr>
                <w:b/>
                <w:color w:val="FFFFFF"/>
                <w:sz w:val="17"/>
              </w:rPr>
              <w:t>項目</w:t>
            </w:r>
          </w:p>
        </w:tc>
        <w:tc>
          <w:tcPr>
            <w:tcW w:w="1440" w:type="dxa"/>
            <w:shd w:val="clear" w:color="auto" w:fill="153F5B"/>
            <w:tcMar>
              <w:top w:w="95" w:type="dxa"/>
              <w:left w:w="105" w:type="dxa"/>
              <w:bottom w:w="95" w:type="dxa"/>
              <w:right w:w="105" w:type="dxa"/>
            </w:tcMar>
            <w:vAlign w:val="center"/>
          </w:tcPr>
          <w:p w14:paraId="2C0FCD79" w14:textId="77777777" w:rsidR="00FE09D8" w:rsidRDefault="00000000">
            <w:pPr>
              <w:spacing w:after="0" w:line="240" w:lineRule="auto"/>
            </w:pPr>
            <w:r>
              <w:rPr>
                <w:b/>
                <w:color w:val="FFFFFF"/>
                <w:sz w:val="17"/>
              </w:rPr>
              <w:t>必須</w:t>
            </w:r>
          </w:p>
        </w:tc>
        <w:tc>
          <w:tcPr>
            <w:tcW w:w="5832" w:type="dxa"/>
            <w:shd w:val="clear" w:color="auto" w:fill="153F5B"/>
            <w:tcMar>
              <w:top w:w="95" w:type="dxa"/>
              <w:left w:w="105" w:type="dxa"/>
              <w:bottom w:w="95" w:type="dxa"/>
              <w:right w:w="105" w:type="dxa"/>
            </w:tcMar>
            <w:vAlign w:val="center"/>
          </w:tcPr>
          <w:p w14:paraId="754A6C2D" w14:textId="77777777" w:rsidR="00FE09D8" w:rsidRDefault="00000000">
            <w:pPr>
              <w:spacing w:after="0" w:line="240" w:lineRule="auto"/>
            </w:pPr>
            <w:r>
              <w:rPr>
                <w:b/>
                <w:color w:val="FFFFFF"/>
                <w:sz w:val="17"/>
              </w:rPr>
              <w:t>用途・制約</w:t>
            </w:r>
          </w:p>
        </w:tc>
      </w:tr>
      <w:tr w:rsidR="00FE09D8" w14:paraId="4D19E791" w14:textId="77777777">
        <w:trPr>
          <w:cantSplit/>
          <w:jc w:val="center"/>
        </w:trPr>
        <w:tc>
          <w:tcPr>
            <w:tcW w:w="2592" w:type="dxa"/>
            <w:shd w:val="clear" w:color="auto" w:fill="FFFFFF"/>
            <w:tcMar>
              <w:top w:w="95" w:type="dxa"/>
              <w:left w:w="105" w:type="dxa"/>
              <w:bottom w:w="95" w:type="dxa"/>
              <w:right w:w="105" w:type="dxa"/>
            </w:tcMar>
            <w:vAlign w:val="center"/>
          </w:tcPr>
          <w:p w14:paraId="7C174BB1" w14:textId="77777777" w:rsidR="00FE09D8" w:rsidRDefault="00000000">
            <w:pPr>
              <w:spacing w:after="0" w:line="283" w:lineRule="auto"/>
            </w:pPr>
            <w:r>
              <w:rPr>
                <w:b/>
                <w:sz w:val="17"/>
              </w:rPr>
              <w:t>店舗コード／店舗名</w:t>
            </w:r>
          </w:p>
        </w:tc>
        <w:tc>
          <w:tcPr>
            <w:tcW w:w="1440" w:type="dxa"/>
            <w:shd w:val="clear" w:color="auto" w:fill="FFFFFF"/>
            <w:tcMar>
              <w:top w:w="95" w:type="dxa"/>
              <w:left w:w="105" w:type="dxa"/>
              <w:bottom w:w="95" w:type="dxa"/>
              <w:right w:w="105" w:type="dxa"/>
            </w:tcMar>
            <w:vAlign w:val="center"/>
          </w:tcPr>
          <w:p w14:paraId="24BFBC24" w14:textId="77777777" w:rsidR="00FE09D8" w:rsidRDefault="00000000">
            <w:pPr>
              <w:spacing w:after="0" w:line="283" w:lineRule="auto"/>
            </w:pPr>
            <w:r>
              <w:rPr>
                <w:sz w:val="17"/>
              </w:rPr>
              <w:t>必須</w:t>
            </w:r>
          </w:p>
        </w:tc>
        <w:tc>
          <w:tcPr>
            <w:tcW w:w="5832" w:type="dxa"/>
            <w:shd w:val="clear" w:color="auto" w:fill="FFFFFF"/>
            <w:tcMar>
              <w:top w:w="95" w:type="dxa"/>
              <w:left w:w="105" w:type="dxa"/>
              <w:bottom w:w="95" w:type="dxa"/>
              <w:right w:w="105" w:type="dxa"/>
            </w:tcMar>
            <w:vAlign w:val="center"/>
          </w:tcPr>
          <w:p w14:paraId="6AA167D9" w14:textId="77777777" w:rsidR="00FE09D8" w:rsidRDefault="00000000">
            <w:pPr>
              <w:spacing w:after="0" w:line="283" w:lineRule="auto"/>
              <w:rPr>
                <w:lang w:eastAsia="ja-JP"/>
              </w:rPr>
            </w:pPr>
            <w:r>
              <w:rPr>
                <w:sz w:val="17"/>
                <w:lang w:eastAsia="ja-JP"/>
              </w:rPr>
              <w:t>30店舗の識別。店舗コードは重複不可</w:t>
            </w:r>
          </w:p>
        </w:tc>
      </w:tr>
      <w:tr w:rsidR="00FE09D8" w14:paraId="72B5D459" w14:textId="77777777">
        <w:trPr>
          <w:cantSplit/>
          <w:jc w:val="center"/>
        </w:trPr>
        <w:tc>
          <w:tcPr>
            <w:tcW w:w="2592" w:type="dxa"/>
            <w:shd w:val="clear" w:color="auto" w:fill="F3F5F7"/>
            <w:tcMar>
              <w:top w:w="95" w:type="dxa"/>
              <w:left w:w="105" w:type="dxa"/>
              <w:bottom w:w="95" w:type="dxa"/>
              <w:right w:w="105" w:type="dxa"/>
            </w:tcMar>
            <w:vAlign w:val="center"/>
          </w:tcPr>
          <w:p w14:paraId="75D5898D" w14:textId="77777777" w:rsidR="00FE09D8" w:rsidRDefault="00000000">
            <w:pPr>
              <w:spacing w:after="0" w:line="283" w:lineRule="auto"/>
            </w:pPr>
            <w:proofErr w:type="spellStart"/>
            <w:r>
              <w:rPr>
                <w:b/>
                <w:sz w:val="17"/>
              </w:rPr>
              <w:t>郵便番号／住所</w:t>
            </w:r>
            <w:proofErr w:type="spellEnd"/>
          </w:p>
        </w:tc>
        <w:tc>
          <w:tcPr>
            <w:tcW w:w="1440" w:type="dxa"/>
            <w:shd w:val="clear" w:color="auto" w:fill="F3F5F7"/>
            <w:tcMar>
              <w:top w:w="95" w:type="dxa"/>
              <w:left w:w="105" w:type="dxa"/>
              <w:bottom w:w="95" w:type="dxa"/>
              <w:right w:w="105" w:type="dxa"/>
            </w:tcMar>
            <w:vAlign w:val="center"/>
          </w:tcPr>
          <w:p w14:paraId="1C0AEB4C" w14:textId="77777777" w:rsidR="00FE09D8" w:rsidRDefault="00000000">
            <w:pPr>
              <w:spacing w:after="0" w:line="283" w:lineRule="auto"/>
            </w:pPr>
            <w:r>
              <w:rPr>
                <w:sz w:val="17"/>
              </w:rPr>
              <w:t>必須</w:t>
            </w:r>
          </w:p>
        </w:tc>
        <w:tc>
          <w:tcPr>
            <w:tcW w:w="5832" w:type="dxa"/>
            <w:shd w:val="clear" w:color="auto" w:fill="F3F5F7"/>
            <w:tcMar>
              <w:top w:w="95" w:type="dxa"/>
              <w:left w:w="105" w:type="dxa"/>
              <w:bottom w:w="95" w:type="dxa"/>
              <w:right w:w="105" w:type="dxa"/>
            </w:tcMar>
            <w:vAlign w:val="center"/>
          </w:tcPr>
          <w:p w14:paraId="69F18CDC" w14:textId="77777777" w:rsidR="00FE09D8" w:rsidRDefault="00000000">
            <w:pPr>
              <w:spacing w:after="0" w:line="283" w:lineRule="auto"/>
              <w:rPr>
                <w:lang w:eastAsia="ja-JP"/>
              </w:rPr>
            </w:pPr>
            <w:r>
              <w:rPr>
                <w:sz w:val="17"/>
                <w:lang w:eastAsia="ja-JP"/>
              </w:rPr>
              <w:t>商品発送先。注文時点の表示にも使用</w:t>
            </w:r>
          </w:p>
        </w:tc>
      </w:tr>
      <w:tr w:rsidR="00FE09D8" w14:paraId="05484CD3" w14:textId="77777777">
        <w:trPr>
          <w:cantSplit/>
          <w:jc w:val="center"/>
        </w:trPr>
        <w:tc>
          <w:tcPr>
            <w:tcW w:w="2592" w:type="dxa"/>
            <w:shd w:val="clear" w:color="auto" w:fill="FFFFFF"/>
            <w:tcMar>
              <w:top w:w="95" w:type="dxa"/>
              <w:left w:w="105" w:type="dxa"/>
              <w:bottom w:w="95" w:type="dxa"/>
              <w:right w:w="105" w:type="dxa"/>
            </w:tcMar>
            <w:vAlign w:val="center"/>
          </w:tcPr>
          <w:p w14:paraId="44A040E9" w14:textId="77777777" w:rsidR="00FE09D8" w:rsidRDefault="00000000">
            <w:pPr>
              <w:spacing w:after="0" w:line="283" w:lineRule="auto"/>
            </w:pPr>
            <w:proofErr w:type="spellStart"/>
            <w:r>
              <w:rPr>
                <w:b/>
                <w:sz w:val="17"/>
              </w:rPr>
              <w:t>担当者名／電話番号</w:t>
            </w:r>
            <w:proofErr w:type="spellEnd"/>
          </w:p>
        </w:tc>
        <w:tc>
          <w:tcPr>
            <w:tcW w:w="1440" w:type="dxa"/>
            <w:shd w:val="clear" w:color="auto" w:fill="FFFFFF"/>
            <w:tcMar>
              <w:top w:w="95" w:type="dxa"/>
              <w:left w:w="105" w:type="dxa"/>
              <w:bottom w:w="95" w:type="dxa"/>
              <w:right w:w="105" w:type="dxa"/>
            </w:tcMar>
            <w:vAlign w:val="center"/>
          </w:tcPr>
          <w:p w14:paraId="52E6F7BF" w14:textId="77777777" w:rsidR="00FE09D8" w:rsidRDefault="00000000">
            <w:pPr>
              <w:spacing w:after="0" w:line="283" w:lineRule="auto"/>
            </w:pPr>
            <w:r>
              <w:rPr>
                <w:sz w:val="17"/>
              </w:rPr>
              <w:t>任意</w:t>
            </w:r>
          </w:p>
        </w:tc>
        <w:tc>
          <w:tcPr>
            <w:tcW w:w="5832" w:type="dxa"/>
            <w:shd w:val="clear" w:color="auto" w:fill="FFFFFF"/>
            <w:tcMar>
              <w:top w:w="95" w:type="dxa"/>
              <w:left w:w="105" w:type="dxa"/>
              <w:bottom w:w="95" w:type="dxa"/>
              <w:right w:w="105" w:type="dxa"/>
            </w:tcMar>
            <w:vAlign w:val="center"/>
          </w:tcPr>
          <w:p w14:paraId="01BB30B5" w14:textId="77777777" w:rsidR="00FE09D8" w:rsidRDefault="00000000">
            <w:pPr>
              <w:spacing w:after="0" w:line="283" w:lineRule="auto"/>
              <w:rPr>
                <w:lang w:eastAsia="ja-JP"/>
              </w:rPr>
            </w:pPr>
            <w:r>
              <w:rPr>
                <w:sz w:val="17"/>
                <w:lang w:eastAsia="ja-JP"/>
              </w:rPr>
              <w:t>配送時・異常時の連絡</w:t>
            </w:r>
          </w:p>
        </w:tc>
      </w:tr>
      <w:tr w:rsidR="00FE09D8" w14:paraId="1152B959" w14:textId="77777777">
        <w:trPr>
          <w:cantSplit/>
          <w:jc w:val="center"/>
        </w:trPr>
        <w:tc>
          <w:tcPr>
            <w:tcW w:w="2592" w:type="dxa"/>
            <w:shd w:val="clear" w:color="auto" w:fill="F3F5F7"/>
            <w:tcMar>
              <w:top w:w="95" w:type="dxa"/>
              <w:left w:w="105" w:type="dxa"/>
              <w:bottom w:w="95" w:type="dxa"/>
              <w:right w:w="105" w:type="dxa"/>
            </w:tcMar>
            <w:vAlign w:val="center"/>
          </w:tcPr>
          <w:p w14:paraId="41B7EF8E" w14:textId="77777777" w:rsidR="00FE09D8" w:rsidRDefault="00000000">
            <w:pPr>
              <w:spacing w:after="0" w:line="283" w:lineRule="auto"/>
            </w:pPr>
            <w:proofErr w:type="spellStart"/>
            <w:r>
              <w:rPr>
                <w:b/>
                <w:sz w:val="17"/>
              </w:rPr>
              <w:t>確認メール宛先</w:t>
            </w:r>
            <w:proofErr w:type="spellEnd"/>
          </w:p>
        </w:tc>
        <w:tc>
          <w:tcPr>
            <w:tcW w:w="1440" w:type="dxa"/>
            <w:shd w:val="clear" w:color="auto" w:fill="F3F5F7"/>
            <w:tcMar>
              <w:top w:w="95" w:type="dxa"/>
              <w:left w:w="105" w:type="dxa"/>
              <w:bottom w:w="95" w:type="dxa"/>
              <w:right w:w="105" w:type="dxa"/>
            </w:tcMar>
            <w:vAlign w:val="center"/>
          </w:tcPr>
          <w:p w14:paraId="486DEE32" w14:textId="77777777" w:rsidR="00FE09D8" w:rsidRDefault="00000000">
            <w:pPr>
              <w:spacing w:after="0" w:line="283" w:lineRule="auto"/>
            </w:pPr>
            <w:r>
              <w:rPr>
                <w:sz w:val="17"/>
              </w:rPr>
              <w:t>1件以上</w:t>
            </w:r>
          </w:p>
        </w:tc>
        <w:tc>
          <w:tcPr>
            <w:tcW w:w="5832" w:type="dxa"/>
            <w:shd w:val="clear" w:color="auto" w:fill="F3F5F7"/>
            <w:tcMar>
              <w:top w:w="95" w:type="dxa"/>
              <w:left w:w="105" w:type="dxa"/>
              <w:bottom w:w="95" w:type="dxa"/>
              <w:right w:w="105" w:type="dxa"/>
            </w:tcMar>
            <w:vAlign w:val="center"/>
          </w:tcPr>
          <w:p w14:paraId="3C57D9FE" w14:textId="77777777" w:rsidR="00FE09D8" w:rsidRDefault="00000000">
            <w:pPr>
              <w:spacing w:after="0" w:line="283" w:lineRule="auto"/>
              <w:rPr>
                <w:lang w:eastAsia="ja-JP"/>
              </w:rPr>
            </w:pPr>
            <w:r>
              <w:rPr>
                <w:sz w:val="17"/>
                <w:lang w:eastAsia="ja-JP"/>
              </w:rPr>
              <w:t>店舗発送先に紐づく。複数登録、個別送信</w:t>
            </w:r>
          </w:p>
        </w:tc>
      </w:tr>
      <w:tr w:rsidR="00FE09D8" w14:paraId="3B8638F6" w14:textId="77777777">
        <w:trPr>
          <w:cantSplit/>
          <w:jc w:val="center"/>
        </w:trPr>
        <w:tc>
          <w:tcPr>
            <w:tcW w:w="2592" w:type="dxa"/>
            <w:shd w:val="clear" w:color="auto" w:fill="FFFFFF"/>
            <w:tcMar>
              <w:top w:w="95" w:type="dxa"/>
              <w:left w:w="105" w:type="dxa"/>
              <w:bottom w:w="95" w:type="dxa"/>
              <w:right w:w="105" w:type="dxa"/>
            </w:tcMar>
            <w:vAlign w:val="center"/>
          </w:tcPr>
          <w:p w14:paraId="2D9D372B" w14:textId="77777777" w:rsidR="00FE09D8" w:rsidRDefault="00000000">
            <w:pPr>
              <w:spacing w:after="0" w:line="283" w:lineRule="auto"/>
            </w:pPr>
            <w:proofErr w:type="spellStart"/>
            <w:r>
              <w:rPr>
                <w:b/>
                <w:sz w:val="17"/>
              </w:rPr>
              <w:t>専用リンクトークン</w:t>
            </w:r>
            <w:proofErr w:type="spellEnd"/>
          </w:p>
        </w:tc>
        <w:tc>
          <w:tcPr>
            <w:tcW w:w="1440" w:type="dxa"/>
            <w:shd w:val="clear" w:color="auto" w:fill="FFFFFF"/>
            <w:tcMar>
              <w:top w:w="95" w:type="dxa"/>
              <w:left w:w="105" w:type="dxa"/>
              <w:bottom w:w="95" w:type="dxa"/>
              <w:right w:w="105" w:type="dxa"/>
            </w:tcMar>
            <w:vAlign w:val="center"/>
          </w:tcPr>
          <w:p w14:paraId="035A2A11" w14:textId="77777777" w:rsidR="00FE09D8" w:rsidRDefault="00000000">
            <w:pPr>
              <w:spacing w:after="0" w:line="283" w:lineRule="auto"/>
            </w:pPr>
            <w:r>
              <w:rPr>
                <w:sz w:val="17"/>
              </w:rPr>
              <w:t>必須</w:t>
            </w:r>
          </w:p>
        </w:tc>
        <w:tc>
          <w:tcPr>
            <w:tcW w:w="5832" w:type="dxa"/>
            <w:shd w:val="clear" w:color="auto" w:fill="FFFFFF"/>
            <w:tcMar>
              <w:top w:w="95" w:type="dxa"/>
              <w:left w:w="105" w:type="dxa"/>
              <w:bottom w:w="95" w:type="dxa"/>
              <w:right w:w="105" w:type="dxa"/>
            </w:tcMar>
            <w:vAlign w:val="center"/>
          </w:tcPr>
          <w:p w14:paraId="350C7F8E" w14:textId="77777777" w:rsidR="00FE09D8" w:rsidRDefault="00000000">
            <w:pPr>
              <w:spacing w:after="0" w:line="283" w:lineRule="auto"/>
              <w:rPr>
                <w:lang w:eastAsia="ja-JP"/>
              </w:rPr>
            </w:pPr>
            <w:r>
              <w:rPr>
                <w:sz w:val="17"/>
                <w:lang w:eastAsia="ja-JP"/>
              </w:rPr>
              <w:t>ハッシュ保存、管理画面では再表示または再発行</w:t>
            </w:r>
          </w:p>
        </w:tc>
      </w:tr>
      <w:tr w:rsidR="00FE09D8" w14:paraId="44794F4E" w14:textId="77777777">
        <w:trPr>
          <w:cantSplit/>
          <w:jc w:val="center"/>
        </w:trPr>
        <w:tc>
          <w:tcPr>
            <w:tcW w:w="2592" w:type="dxa"/>
            <w:shd w:val="clear" w:color="auto" w:fill="F3F5F7"/>
            <w:tcMar>
              <w:top w:w="95" w:type="dxa"/>
              <w:left w:w="105" w:type="dxa"/>
              <w:bottom w:w="95" w:type="dxa"/>
              <w:right w:w="105" w:type="dxa"/>
            </w:tcMar>
            <w:vAlign w:val="center"/>
          </w:tcPr>
          <w:p w14:paraId="27440F0F" w14:textId="77777777" w:rsidR="00FE09D8" w:rsidRDefault="00000000">
            <w:pPr>
              <w:spacing w:after="0" w:line="283" w:lineRule="auto"/>
            </w:pPr>
            <w:proofErr w:type="spellStart"/>
            <w:r>
              <w:rPr>
                <w:b/>
                <w:sz w:val="17"/>
              </w:rPr>
              <w:t>利用状態</w:t>
            </w:r>
            <w:proofErr w:type="spellEnd"/>
          </w:p>
        </w:tc>
        <w:tc>
          <w:tcPr>
            <w:tcW w:w="1440" w:type="dxa"/>
            <w:shd w:val="clear" w:color="auto" w:fill="F3F5F7"/>
            <w:tcMar>
              <w:top w:w="95" w:type="dxa"/>
              <w:left w:w="105" w:type="dxa"/>
              <w:bottom w:w="95" w:type="dxa"/>
              <w:right w:w="105" w:type="dxa"/>
            </w:tcMar>
            <w:vAlign w:val="center"/>
          </w:tcPr>
          <w:p w14:paraId="7902762E" w14:textId="77777777" w:rsidR="00FE09D8" w:rsidRDefault="00000000">
            <w:pPr>
              <w:spacing w:after="0" w:line="283" w:lineRule="auto"/>
            </w:pPr>
            <w:r>
              <w:rPr>
                <w:sz w:val="17"/>
              </w:rPr>
              <w:t>必須</w:t>
            </w:r>
          </w:p>
        </w:tc>
        <w:tc>
          <w:tcPr>
            <w:tcW w:w="5832" w:type="dxa"/>
            <w:shd w:val="clear" w:color="auto" w:fill="F3F5F7"/>
            <w:tcMar>
              <w:top w:w="95" w:type="dxa"/>
              <w:left w:w="105" w:type="dxa"/>
              <w:bottom w:w="95" w:type="dxa"/>
              <w:right w:w="105" w:type="dxa"/>
            </w:tcMar>
            <w:vAlign w:val="center"/>
          </w:tcPr>
          <w:p w14:paraId="6E7CCAB4" w14:textId="77777777" w:rsidR="00FE09D8" w:rsidRDefault="00000000">
            <w:pPr>
              <w:spacing w:after="0" w:line="283" w:lineRule="auto"/>
              <w:rPr>
                <w:lang w:eastAsia="ja-JP"/>
              </w:rPr>
            </w:pPr>
            <w:r>
              <w:rPr>
                <w:sz w:val="17"/>
                <w:lang w:eastAsia="ja-JP"/>
              </w:rPr>
              <w:t>有効／休止。休止時は発注不可</w:t>
            </w:r>
          </w:p>
        </w:tc>
      </w:tr>
    </w:tbl>
    <w:p w14:paraId="7CE43D2C" w14:textId="77777777" w:rsidR="00FE09D8" w:rsidRDefault="00FE09D8">
      <w:pPr>
        <w:spacing w:after="0"/>
        <w:rPr>
          <w:lang w:eastAsia="ja-JP"/>
        </w:rPr>
      </w:pPr>
    </w:p>
    <w:tbl>
      <w:tblPr>
        <w:tblW w:w="0" w:type="auto"/>
        <w:jc w:val="center"/>
        <w:tblLayout w:type="fixed"/>
        <w:tblLook w:val="04A0" w:firstRow="1" w:lastRow="0" w:firstColumn="1" w:lastColumn="0" w:noHBand="0" w:noVBand="1"/>
      </w:tblPr>
      <w:tblGrid>
        <w:gridCol w:w="4997"/>
        <w:gridCol w:w="4997"/>
      </w:tblGrid>
      <w:tr w:rsidR="00FE09D8" w14:paraId="3BF42F5E" w14:textId="77777777">
        <w:trPr>
          <w:jc w:val="center"/>
        </w:trPr>
        <w:tc>
          <w:tcPr>
            <w:tcW w:w="4997" w:type="dxa"/>
            <w:tcBorders>
              <w:top w:val="single" w:sz="10" w:space="0" w:color="153F5B"/>
              <w:left w:val="single" w:sz="10" w:space="0" w:color="153F5B"/>
              <w:bottom w:val="single" w:sz="10" w:space="0" w:color="153F5B"/>
              <w:right w:val="single" w:sz="10" w:space="0" w:color="153F5B"/>
            </w:tcBorders>
            <w:shd w:val="clear" w:color="auto" w:fill="F3F8FB"/>
            <w:tcMar>
              <w:top w:w="150" w:type="dxa"/>
              <w:left w:w="150" w:type="dxa"/>
              <w:bottom w:w="150" w:type="dxa"/>
              <w:right w:w="150" w:type="dxa"/>
            </w:tcMar>
            <w:vAlign w:val="center"/>
          </w:tcPr>
          <w:p w14:paraId="5B0BB905" w14:textId="77777777" w:rsidR="00FE09D8" w:rsidRDefault="00000000">
            <w:pPr>
              <w:spacing w:after="0" w:line="240" w:lineRule="auto"/>
              <w:jc w:val="center"/>
            </w:pPr>
            <w:r>
              <w:rPr>
                <w:b/>
                <w:color w:val="153F5B"/>
                <w:sz w:val="16"/>
              </w:rPr>
              <w:t>RULE</w:t>
            </w:r>
          </w:p>
        </w:tc>
        <w:tc>
          <w:tcPr>
            <w:tcW w:w="4997" w:type="dxa"/>
            <w:tcBorders>
              <w:top w:val="single" w:sz="10" w:space="0" w:color="153F5B"/>
              <w:left w:val="single" w:sz="10" w:space="0" w:color="153F5B"/>
              <w:bottom w:val="single" w:sz="10" w:space="0" w:color="153F5B"/>
              <w:right w:val="single" w:sz="10" w:space="0" w:color="153F5B"/>
            </w:tcBorders>
            <w:shd w:val="clear" w:color="auto" w:fill="F3F8FB"/>
            <w:tcMar>
              <w:top w:w="150" w:type="dxa"/>
              <w:left w:w="150" w:type="dxa"/>
              <w:bottom w:w="150" w:type="dxa"/>
              <w:right w:w="150" w:type="dxa"/>
            </w:tcMar>
          </w:tcPr>
          <w:p w14:paraId="6BC5CE5A" w14:textId="77777777" w:rsidR="00FE09D8" w:rsidRDefault="00000000">
            <w:pPr>
              <w:spacing w:after="40" w:line="240" w:lineRule="auto"/>
              <w:rPr>
                <w:lang w:eastAsia="ja-JP"/>
              </w:rPr>
            </w:pPr>
            <w:r>
              <w:rPr>
                <w:b/>
                <w:color w:val="153F5B"/>
                <w:lang w:eastAsia="ja-JP"/>
              </w:rPr>
              <w:t>通知先の入力場所</w:t>
            </w:r>
          </w:p>
          <w:p w14:paraId="1E8A5539" w14:textId="77777777" w:rsidR="00FE09D8" w:rsidRDefault="00000000">
            <w:pPr>
              <w:spacing w:after="0"/>
              <w:rPr>
                <w:lang w:eastAsia="ja-JP"/>
              </w:rPr>
            </w:pPr>
            <w:r>
              <w:rPr>
                <w:sz w:val="17"/>
                <w:lang w:eastAsia="ja-JP"/>
              </w:rPr>
              <w:t>メール宛先は店舗管理の「店舗発送先情報」でのみ追加・削除する。店舗発注フォームにはメール入力欄を置かず、現在の登録宛先を読み取り専用で表示する。</w:t>
            </w:r>
          </w:p>
        </w:tc>
      </w:tr>
    </w:tbl>
    <w:p w14:paraId="21CA03D0" w14:textId="77777777" w:rsidR="00FE09D8" w:rsidRDefault="00FE09D8">
      <w:pPr>
        <w:spacing w:after="0"/>
        <w:rPr>
          <w:lang w:eastAsia="ja-JP"/>
        </w:rPr>
      </w:pPr>
    </w:p>
    <w:p w14:paraId="5E011428" w14:textId="77777777" w:rsidR="00FE09D8" w:rsidRDefault="00FE09D8">
      <w:pPr>
        <w:pBdr>
          <w:bottom w:val="single" w:sz="8" w:space="1" w:color="D9E2E8"/>
        </w:pBdr>
        <w:spacing w:before="200" w:after="160"/>
        <w:rPr>
          <w:lang w:eastAsia="ja-JP"/>
        </w:rPr>
      </w:pPr>
    </w:p>
    <w:p w14:paraId="6A6F3B50" w14:textId="77777777" w:rsidR="00FE09D8" w:rsidRDefault="00000000">
      <w:pPr>
        <w:spacing w:after="40" w:line="240" w:lineRule="auto"/>
        <w:rPr>
          <w:lang w:eastAsia="ja-JP"/>
        </w:rPr>
      </w:pPr>
      <w:r>
        <w:rPr>
          <w:b/>
          <w:color w:val="153F5B"/>
          <w:sz w:val="17"/>
          <w:shd w:val="clear" w:color="auto" w:fill="EAF3F8"/>
          <w:lang w:eastAsia="ja-JP"/>
        </w:rPr>
        <w:t>SECTION 04</w:t>
      </w:r>
    </w:p>
    <w:p w14:paraId="484364C6" w14:textId="77777777" w:rsidR="00FE09D8" w:rsidRDefault="00000000">
      <w:pPr>
        <w:pStyle w:val="1"/>
        <w:spacing w:before="60" w:after="80" w:line="240" w:lineRule="auto"/>
        <w:rPr>
          <w:lang w:eastAsia="ja-JP"/>
        </w:rPr>
      </w:pPr>
      <w:r>
        <w:rPr>
          <w:rFonts w:ascii="Noto Sans JP" w:eastAsia="Noto Sans JP" w:hAnsi="Noto Sans JP"/>
          <w:lang w:eastAsia="ja-JP"/>
        </w:rPr>
        <w:lastRenderedPageBreak/>
        <w:t>商品・発送日マスター</w:t>
      </w:r>
    </w:p>
    <w:p w14:paraId="5C7DCB4E" w14:textId="77777777" w:rsidR="00FE09D8" w:rsidRDefault="00000000">
      <w:pPr>
        <w:spacing w:after="200" w:line="317" w:lineRule="auto"/>
        <w:rPr>
          <w:lang w:eastAsia="ja-JP"/>
        </w:rPr>
      </w:pPr>
      <w:r>
        <w:rPr>
          <w:color w:val="526273"/>
          <w:sz w:val="18"/>
          <w:lang w:eastAsia="ja-JP"/>
        </w:rPr>
        <w:t>当初の商品は1点だが、データ構造と画面は複数商品へ拡張可能にする。</w:t>
      </w:r>
    </w:p>
    <w:p w14:paraId="60ED6532" w14:textId="77777777" w:rsidR="00FE09D8" w:rsidRDefault="00000000">
      <w:pPr>
        <w:pStyle w:val="21"/>
        <w:spacing w:before="160" w:after="80" w:line="240" w:lineRule="auto"/>
      </w:pPr>
      <w:r>
        <w:rPr>
          <w:rFonts w:ascii="Noto Sans JP" w:eastAsia="Noto Sans JP" w:hAnsi="Noto Sans JP"/>
        </w:rPr>
        <w:t xml:space="preserve">4.1 </w:t>
      </w:r>
      <w:proofErr w:type="spellStart"/>
      <w:r>
        <w:rPr>
          <w:rFonts w:ascii="Noto Sans JP" w:eastAsia="Noto Sans JP" w:hAnsi="Noto Sans JP"/>
        </w:rPr>
        <w:t>商品マスタ</w:t>
      </w:r>
      <w:proofErr w:type="spellEnd"/>
      <w:r>
        <w:rPr>
          <w:rFonts w:ascii="Noto Sans JP" w:eastAsia="Noto Sans JP" w:hAnsi="Noto Sans JP"/>
        </w:rPr>
        <w:t>ー</w:t>
      </w:r>
    </w:p>
    <w:tbl>
      <w:tblPr>
        <w:tblW w:w="0" w:type="auto"/>
        <w:jc w:val="center"/>
        <w:tblLayout w:type="fixed"/>
        <w:tblLook w:val="04A0" w:firstRow="1" w:lastRow="0" w:firstColumn="1" w:lastColumn="0" w:noHBand="0" w:noVBand="1"/>
      </w:tblPr>
      <w:tblGrid>
        <w:gridCol w:w="3528"/>
        <w:gridCol w:w="6264"/>
      </w:tblGrid>
      <w:tr w:rsidR="00FE09D8" w14:paraId="7B62B256" w14:textId="77777777">
        <w:trPr>
          <w:jc w:val="center"/>
        </w:trPr>
        <w:tc>
          <w:tcPr>
            <w:tcW w:w="3528" w:type="dxa"/>
            <w:tcBorders>
              <w:top w:val="single" w:sz="6" w:space="0" w:color="D9E2E8"/>
              <w:left w:val="single" w:sz="6" w:space="0" w:color="D9E2E8"/>
              <w:bottom w:val="single" w:sz="6" w:space="0" w:color="D9E2E8"/>
              <w:right w:val="single" w:sz="6" w:space="0" w:color="D9E2E8"/>
            </w:tcBorders>
            <w:shd w:val="clear" w:color="auto" w:fill="FFF6E5"/>
            <w:tcMar>
              <w:top w:w="140" w:type="dxa"/>
              <w:left w:w="140" w:type="dxa"/>
              <w:bottom w:w="140" w:type="dxa"/>
              <w:right w:w="140" w:type="dxa"/>
            </w:tcMar>
          </w:tcPr>
          <w:p w14:paraId="0E5024A8" w14:textId="77777777" w:rsidR="00FE09D8" w:rsidRDefault="00000000">
            <w:pPr>
              <w:jc w:val="center"/>
            </w:pPr>
            <w:r>
              <w:rPr>
                <w:noProof/>
              </w:rPr>
              <w:drawing>
                <wp:inline distT="0" distB="0" distL="0" distR="0" wp14:anchorId="682CA515" wp14:editId="13C5F651">
                  <wp:extent cx="1965960" cy="1474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7070151c-9a48-4a58-af18-42c4b67600bf.png"/>
                          <pic:cNvPicPr/>
                        </pic:nvPicPr>
                        <pic:blipFill>
                          <a:blip r:embed="rId8"/>
                          <a:stretch>
                            <a:fillRect/>
                          </a:stretch>
                        </pic:blipFill>
                        <pic:spPr>
                          <a:xfrm>
                            <a:off x="0" y="0"/>
                            <a:ext cx="1965960" cy="1474470"/>
                          </a:xfrm>
                          <a:prstGeom prst="rect">
                            <a:avLst/>
                          </a:prstGeom>
                        </pic:spPr>
                      </pic:pic>
                    </a:graphicData>
                  </a:graphic>
                </wp:inline>
              </w:drawing>
            </w:r>
          </w:p>
        </w:tc>
        <w:tc>
          <w:tcPr>
            <w:tcW w:w="6264" w:type="dxa"/>
            <w:tcBorders>
              <w:top w:val="single" w:sz="6" w:space="0" w:color="D9E2E8"/>
              <w:left w:val="single" w:sz="6" w:space="0" w:color="D9E2E8"/>
              <w:bottom w:val="single" w:sz="6" w:space="0" w:color="D9E2E8"/>
              <w:right w:val="single" w:sz="6" w:space="0" w:color="D9E2E8"/>
            </w:tcBorders>
            <w:shd w:val="clear" w:color="auto" w:fill="FFFFFF"/>
            <w:tcMar>
              <w:top w:w="140" w:type="dxa"/>
              <w:left w:w="140" w:type="dxa"/>
              <w:bottom w:w="140" w:type="dxa"/>
              <w:right w:w="140" w:type="dxa"/>
            </w:tcMar>
          </w:tcPr>
          <w:p w14:paraId="339AED51" w14:textId="77777777" w:rsidR="00FE09D8" w:rsidRDefault="00000000">
            <w:pPr>
              <w:spacing w:after="60" w:line="240" w:lineRule="auto"/>
            </w:pPr>
            <w:r>
              <w:rPr>
                <w:b/>
                <w:color w:val="102C42"/>
                <w:sz w:val="28"/>
              </w:rPr>
              <w:t>業務用米  /  RICE-001</w:t>
            </w:r>
          </w:p>
          <w:p w14:paraId="598EFD50" w14:textId="77777777" w:rsidR="00FE09D8" w:rsidRDefault="00000000">
            <w:pPr>
              <w:spacing w:after="60" w:line="240" w:lineRule="auto"/>
            </w:pPr>
            <w:r>
              <w:rPr>
                <w:b/>
                <w:color w:val="526273"/>
                <w:sz w:val="17"/>
              </w:rPr>
              <w:t>発注単位：</w:t>
            </w:r>
            <w:r>
              <w:rPr>
                <w:sz w:val="18"/>
              </w:rPr>
              <w:t>1箱 24kg</w:t>
            </w:r>
          </w:p>
          <w:p w14:paraId="5D98CB70" w14:textId="77777777" w:rsidR="00FE09D8" w:rsidRDefault="00000000">
            <w:pPr>
              <w:spacing w:after="60" w:line="240" w:lineRule="auto"/>
              <w:rPr>
                <w:lang w:eastAsia="ja-JP"/>
              </w:rPr>
            </w:pPr>
            <w:r>
              <w:rPr>
                <w:b/>
                <w:color w:val="526273"/>
                <w:sz w:val="17"/>
                <w:lang w:eastAsia="ja-JP"/>
              </w:rPr>
              <w:t>内訳：</w:t>
            </w:r>
            <w:r>
              <w:rPr>
                <w:sz w:val="18"/>
                <w:lang w:eastAsia="ja-JP"/>
              </w:rPr>
              <w:t>3kg袋 × 8袋</w:t>
            </w:r>
          </w:p>
          <w:p w14:paraId="49C17EAC" w14:textId="77777777" w:rsidR="00FE09D8" w:rsidRDefault="00000000">
            <w:pPr>
              <w:spacing w:after="60" w:line="240" w:lineRule="auto"/>
              <w:rPr>
                <w:lang w:eastAsia="ja-JP"/>
              </w:rPr>
            </w:pPr>
            <w:r>
              <w:rPr>
                <w:b/>
                <w:color w:val="526273"/>
                <w:sz w:val="17"/>
                <w:lang w:eastAsia="ja-JP"/>
              </w:rPr>
              <w:t>初期状態：</w:t>
            </w:r>
            <w:r>
              <w:rPr>
                <w:sz w:val="18"/>
                <w:lang w:eastAsia="ja-JP"/>
              </w:rPr>
              <w:t>申込画面に表示</w:t>
            </w:r>
          </w:p>
          <w:p w14:paraId="1F257769" w14:textId="77777777" w:rsidR="00FE09D8" w:rsidRDefault="00000000">
            <w:pPr>
              <w:spacing w:after="60" w:line="240" w:lineRule="auto"/>
              <w:rPr>
                <w:lang w:eastAsia="ja-JP"/>
              </w:rPr>
            </w:pPr>
            <w:r>
              <w:rPr>
                <w:b/>
                <w:color w:val="526273"/>
                <w:sz w:val="17"/>
                <w:lang w:eastAsia="ja-JP"/>
              </w:rPr>
              <w:t>画像：</w:t>
            </w:r>
            <w:r>
              <w:rPr>
                <w:sz w:val="18"/>
                <w:lang w:eastAsia="ja-JP"/>
              </w:rPr>
              <w:t>管理画面で差し替え可能</w:t>
            </w:r>
          </w:p>
        </w:tc>
      </w:tr>
    </w:tbl>
    <w:p w14:paraId="14607A1E" w14:textId="77777777" w:rsidR="00FE09D8" w:rsidRDefault="00FE09D8">
      <w:pPr>
        <w:spacing w:after="0"/>
        <w:rPr>
          <w:lang w:eastAsia="ja-JP"/>
        </w:rPr>
      </w:pPr>
    </w:p>
    <w:tbl>
      <w:tblPr>
        <w:tblStyle w:val="afe"/>
        <w:tblW w:w="0" w:type="auto"/>
        <w:jc w:val="center"/>
        <w:tblLayout w:type="fixed"/>
        <w:tblLook w:val="04A0" w:firstRow="1" w:lastRow="0" w:firstColumn="1" w:lastColumn="0" w:noHBand="0" w:noVBand="1"/>
      </w:tblPr>
      <w:tblGrid>
        <w:gridCol w:w="2088"/>
        <w:gridCol w:w="2592"/>
        <w:gridCol w:w="5184"/>
      </w:tblGrid>
      <w:tr w:rsidR="00FE09D8" w14:paraId="0883E9C6" w14:textId="77777777">
        <w:trPr>
          <w:tblHeader/>
          <w:jc w:val="center"/>
        </w:trPr>
        <w:tc>
          <w:tcPr>
            <w:tcW w:w="2088" w:type="dxa"/>
            <w:shd w:val="clear" w:color="auto" w:fill="153F5B"/>
            <w:tcMar>
              <w:top w:w="95" w:type="dxa"/>
              <w:left w:w="105" w:type="dxa"/>
              <w:bottom w:w="95" w:type="dxa"/>
              <w:right w:w="105" w:type="dxa"/>
            </w:tcMar>
            <w:vAlign w:val="center"/>
          </w:tcPr>
          <w:p w14:paraId="54398187" w14:textId="77777777" w:rsidR="00FE09D8" w:rsidRDefault="00000000">
            <w:pPr>
              <w:spacing w:after="0" w:line="240" w:lineRule="auto"/>
            </w:pPr>
            <w:proofErr w:type="spellStart"/>
            <w:r>
              <w:rPr>
                <w:b/>
                <w:color w:val="FFFFFF"/>
                <w:sz w:val="16"/>
              </w:rPr>
              <w:t>商品項目</w:t>
            </w:r>
            <w:proofErr w:type="spellEnd"/>
          </w:p>
        </w:tc>
        <w:tc>
          <w:tcPr>
            <w:tcW w:w="2592" w:type="dxa"/>
            <w:shd w:val="clear" w:color="auto" w:fill="153F5B"/>
            <w:tcMar>
              <w:top w:w="95" w:type="dxa"/>
              <w:left w:w="105" w:type="dxa"/>
              <w:bottom w:w="95" w:type="dxa"/>
              <w:right w:w="105" w:type="dxa"/>
            </w:tcMar>
            <w:vAlign w:val="center"/>
          </w:tcPr>
          <w:p w14:paraId="3D2AED76" w14:textId="77777777" w:rsidR="00FE09D8" w:rsidRDefault="00000000">
            <w:pPr>
              <w:spacing w:after="0" w:line="240" w:lineRule="auto"/>
            </w:pPr>
            <w:r>
              <w:rPr>
                <w:b/>
                <w:color w:val="FFFFFF"/>
                <w:sz w:val="16"/>
              </w:rPr>
              <w:t>型・制約</w:t>
            </w:r>
          </w:p>
        </w:tc>
        <w:tc>
          <w:tcPr>
            <w:tcW w:w="5184" w:type="dxa"/>
            <w:shd w:val="clear" w:color="auto" w:fill="153F5B"/>
            <w:tcMar>
              <w:top w:w="95" w:type="dxa"/>
              <w:left w:w="105" w:type="dxa"/>
              <w:bottom w:w="95" w:type="dxa"/>
              <w:right w:w="105" w:type="dxa"/>
            </w:tcMar>
            <w:vAlign w:val="center"/>
          </w:tcPr>
          <w:p w14:paraId="32E4A468" w14:textId="77777777" w:rsidR="00FE09D8" w:rsidRDefault="00000000">
            <w:pPr>
              <w:spacing w:after="0" w:line="240" w:lineRule="auto"/>
            </w:pPr>
            <w:r>
              <w:rPr>
                <w:b/>
                <w:color w:val="FFFFFF"/>
                <w:sz w:val="16"/>
              </w:rPr>
              <w:t>説明</w:t>
            </w:r>
          </w:p>
        </w:tc>
      </w:tr>
      <w:tr w:rsidR="00FE09D8" w14:paraId="6E2DFE33" w14:textId="77777777">
        <w:trPr>
          <w:cantSplit/>
          <w:jc w:val="center"/>
        </w:trPr>
        <w:tc>
          <w:tcPr>
            <w:tcW w:w="2088" w:type="dxa"/>
            <w:shd w:val="clear" w:color="auto" w:fill="FFFFFF"/>
            <w:tcMar>
              <w:top w:w="95" w:type="dxa"/>
              <w:left w:w="105" w:type="dxa"/>
              <w:bottom w:w="95" w:type="dxa"/>
              <w:right w:w="105" w:type="dxa"/>
            </w:tcMar>
            <w:vAlign w:val="center"/>
          </w:tcPr>
          <w:p w14:paraId="47AC090D" w14:textId="77777777" w:rsidR="00FE09D8" w:rsidRDefault="00000000">
            <w:pPr>
              <w:spacing w:after="0" w:line="283" w:lineRule="auto"/>
            </w:pPr>
            <w:r>
              <w:rPr>
                <w:b/>
                <w:sz w:val="16"/>
              </w:rPr>
              <w:t>商品コード</w:t>
            </w:r>
          </w:p>
        </w:tc>
        <w:tc>
          <w:tcPr>
            <w:tcW w:w="2592" w:type="dxa"/>
            <w:shd w:val="clear" w:color="auto" w:fill="FFFFFF"/>
            <w:tcMar>
              <w:top w:w="95" w:type="dxa"/>
              <w:left w:w="105" w:type="dxa"/>
              <w:bottom w:w="95" w:type="dxa"/>
              <w:right w:w="105" w:type="dxa"/>
            </w:tcMar>
            <w:vAlign w:val="center"/>
          </w:tcPr>
          <w:p w14:paraId="2DE41370" w14:textId="77777777" w:rsidR="00FE09D8" w:rsidRDefault="00000000">
            <w:pPr>
              <w:spacing w:after="0" w:line="283" w:lineRule="auto"/>
            </w:pPr>
            <w:r>
              <w:rPr>
                <w:sz w:val="16"/>
              </w:rPr>
              <w:t>文字列・一意</w:t>
            </w:r>
          </w:p>
        </w:tc>
        <w:tc>
          <w:tcPr>
            <w:tcW w:w="5184" w:type="dxa"/>
            <w:shd w:val="clear" w:color="auto" w:fill="FFFFFF"/>
            <w:tcMar>
              <w:top w:w="95" w:type="dxa"/>
              <w:left w:w="105" w:type="dxa"/>
              <w:bottom w:w="95" w:type="dxa"/>
              <w:right w:w="105" w:type="dxa"/>
            </w:tcMar>
            <w:vAlign w:val="center"/>
          </w:tcPr>
          <w:p w14:paraId="21CA6FC1" w14:textId="77777777" w:rsidR="00FE09D8" w:rsidRDefault="00000000">
            <w:pPr>
              <w:spacing w:after="0" w:line="283" w:lineRule="auto"/>
              <w:rPr>
                <w:lang w:eastAsia="ja-JP"/>
              </w:rPr>
            </w:pPr>
            <w:r>
              <w:rPr>
                <w:sz w:val="16"/>
                <w:lang w:eastAsia="ja-JP"/>
              </w:rPr>
              <w:t>帳票・連携で不変の識別子</w:t>
            </w:r>
          </w:p>
        </w:tc>
      </w:tr>
      <w:tr w:rsidR="00FE09D8" w14:paraId="487DCD01" w14:textId="77777777">
        <w:trPr>
          <w:cantSplit/>
          <w:jc w:val="center"/>
        </w:trPr>
        <w:tc>
          <w:tcPr>
            <w:tcW w:w="2088" w:type="dxa"/>
            <w:shd w:val="clear" w:color="auto" w:fill="F3F5F7"/>
            <w:tcMar>
              <w:top w:w="95" w:type="dxa"/>
              <w:left w:w="105" w:type="dxa"/>
              <w:bottom w:w="95" w:type="dxa"/>
              <w:right w:w="105" w:type="dxa"/>
            </w:tcMar>
            <w:vAlign w:val="center"/>
          </w:tcPr>
          <w:p w14:paraId="757DE87B" w14:textId="77777777" w:rsidR="00FE09D8" w:rsidRDefault="00000000">
            <w:pPr>
              <w:spacing w:after="0" w:line="283" w:lineRule="auto"/>
            </w:pPr>
            <w:proofErr w:type="spellStart"/>
            <w:r>
              <w:rPr>
                <w:b/>
                <w:sz w:val="16"/>
              </w:rPr>
              <w:t>商品名</w:t>
            </w:r>
            <w:proofErr w:type="spellEnd"/>
          </w:p>
        </w:tc>
        <w:tc>
          <w:tcPr>
            <w:tcW w:w="2592" w:type="dxa"/>
            <w:shd w:val="clear" w:color="auto" w:fill="F3F5F7"/>
            <w:tcMar>
              <w:top w:w="95" w:type="dxa"/>
              <w:left w:w="105" w:type="dxa"/>
              <w:bottom w:w="95" w:type="dxa"/>
              <w:right w:w="105" w:type="dxa"/>
            </w:tcMar>
            <w:vAlign w:val="center"/>
          </w:tcPr>
          <w:p w14:paraId="7A4C9D8F" w14:textId="77777777" w:rsidR="00FE09D8" w:rsidRDefault="00000000">
            <w:pPr>
              <w:spacing w:after="0" w:line="283" w:lineRule="auto"/>
            </w:pPr>
            <w:r>
              <w:rPr>
                <w:sz w:val="16"/>
              </w:rPr>
              <w:t>文字列・必須</w:t>
            </w:r>
          </w:p>
        </w:tc>
        <w:tc>
          <w:tcPr>
            <w:tcW w:w="5184" w:type="dxa"/>
            <w:shd w:val="clear" w:color="auto" w:fill="F3F5F7"/>
            <w:tcMar>
              <w:top w:w="95" w:type="dxa"/>
              <w:left w:w="105" w:type="dxa"/>
              <w:bottom w:w="95" w:type="dxa"/>
              <w:right w:w="105" w:type="dxa"/>
            </w:tcMar>
            <w:vAlign w:val="center"/>
          </w:tcPr>
          <w:p w14:paraId="68455FEC" w14:textId="77777777" w:rsidR="00FE09D8" w:rsidRDefault="00000000">
            <w:pPr>
              <w:spacing w:after="0" w:line="283" w:lineRule="auto"/>
            </w:pPr>
            <w:r>
              <w:rPr>
                <w:sz w:val="16"/>
              </w:rPr>
              <w:t>例：業務用米</w:t>
            </w:r>
          </w:p>
        </w:tc>
      </w:tr>
      <w:tr w:rsidR="00FE09D8" w14:paraId="2779BA7C" w14:textId="77777777">
        <w:trPr>
          <w:cantSplit/>
          <w:jc w:val="center"/>
        </w:trPr>
        <w:tc>
          <w:tcPr>
            <w:tcW w:w="2088" w:type="dxa"/>
            <w:shd w:val="clear" w:color="auto" w:fill="FFFFFF"/>
            <w:tcMar>
              <w:top w:w="95" w:type="dxa"/>
              <w:left w:w="105" w:type="dxa"/>
              <w:bottom w:w="95" w:type="dxa"/>
              <w:right w:w="105" w:type="dxa"/>
            </w:tcMar>
            <w:vAlign w:val="center"/>
          </w:tcPr>
          <w:p w14:paraId="1D2E8B43" w14:textId="77777777" w:rsidR="00FE09D8" w:rsidRDefault="00000000">
            <w:pPr>
              <w:spacing w:after="0" w:line="283" w:lineRule="auto"/>
            </w:pPr>
            <w:r>
              <w:rPr>
                <w:b/>
                <w:sz w:val="16"/>
              </w:rPr>
              <w:t>商品画像</w:t>
            </w:r>
          </w:p>
        </w:tc>
        <w:tc>
          <w:tcPr>
            <w:tcW w:w="2592" w:type="dxa"/>
            <w:shd w:val="clear" w:color="auto" w:fill="FFFFFF"/>
            <w:tcMar>
              <w:top w:w="95" w:type="dxa"/>
              <w:left w:w="105" w:type="dxa"/>
              <w:bottom w:w="95" w:type="dxa"/>
              <w:right w:w="105" w:type="dxa"/>
            </w:tcMar>
            <w:vAlign w:val="center"/>
          </w:tcPr>
          <w:p w14:paraId="1DA15266" w14:textId="77777777" w:rsidR="00FE09D8" w:rsidRDefault="00000000">
            <w:pPr>
              <w:spacing w:after="0" w:line="283" w:lineRule="auto"/>
            </w:pPr>
            <w:r>
              <w:rPr>
                <w:sz w:val="16"/>
              </w:rPr>
              <w:t>JPEG/PNG/WebP</w:t>
            </w:r>
          </w:p>
        </w:tc>
        <w:tc>
          <w:tcPr>
            <w:tcW w:w="5184" w:type="dxa"/>
            <w:shd w:val="clear" w:color="auto" w:fill="FFFFFF"/>
            <w:tcMar>
              <w:top w:w="95" w:type="dxa"/>
              <w:left w:w="105" w:type="dxa"/>
              <w:bottom w:w="95" w:type="dxa"/>
              <w:right w:w="105" w:type="dxa"/>
            </w:tcMar>
            <w:vAlign w:val="center"/>
          </w:tcPr>
          <w:p w14:paraId="50E2CA5A" w14:textId="77777777" w:rsidR="00FE09D8" w:rsidRDefault="00000000">
            <w:pPr>
              <w:spacing w:after="0" w:line="283" w:lineRule="auto"/>
            </w:pPr>
            <w:r>
              <w:rPr>
                <w:sz w:val="16"/>
                <w:lang w:eastAsia="ja-JP"/>
              </w:rPr>
              <w:t>申込画面と管理画面に表示。</w:t>
            </w:r>
            <w:proofErr w:type="spellStart"/>
            <w:r>
              <w:rPr>
                <w:sz w:val="16"/>
              </w:rPr>
              <w:t>代替テキスト必須</w:t>
            </w:r>
            <w:proofErr w:type="spellEnd"/>
          </w:p>
        </w:tc>
      </w:tr>
      <w:tr w:rsidR="00FE09D8" w14:paraId="2DE8F524" w14:textId="77777777">
        <w:trPr>
          <w:cantSplit/>
          <w:jc w:val="center"/>
        </w:trPr>
        <w:tc>
          <w:tcPr>
            <w:tcW w:w="2088" w:type="dxa"/>
            <w:shd w:val="clear" w:color="auto" w:fill="F3F5F7"/>
            <w:tcMar>
              <w:top w:w="95" w:type="dxa"/>
              <w:left w:w="105" w:type="dxa"/>
              <w:bottom w:w="95" w:type="dxa"/>
              <w:right w:w="105" w:type="dxa"/>
            </w:tcMar>
            <w:vAlign w:val="center"/>
          </w:tcPr>
          <w:p w14:paraId="03F3EE15" w14:textId="77777777" w:rsidR="00FE09D8" w:rsidRDefault="00000000">
            <w:pPr>
              <w:spacing w:after="0" w:line="283" w:lineRule="auto"/>
            </w:pPr>
            <w:r>
              <w:rPr>
                <w:b/>
                <w:sz w:val="16"/>
              </w:rPr>
              <w:t>発注単位</w:t>
            </w:r>
          </w:p>
        </w:tc>
        <w:tc>
          <w:tcPr>
            <w:tcW w:w="2592" w:type="dxa"/>
            <w:shd w:val="clear" w:color="auto" w:fill="F3F5F7"/>
            <w:tcMar>
              <w:top w:w="95" w:type="dxa"/>
              <w:left w:w="105" w:type="dxa"/>
              <w:bottom w:w="95" w:type="dxa"/>
              <w:right w:w="105" w:type="dxa"/>
            </w:tcMar>
            <w:vAlign w:val="center"/>
          </w:tcPr>
          <w:p w14:paraId="40015699" w14:textId="77777777" w:rsidR="00FE09D8" w:rsidRDefault="00000000">
            <w:pPr>
              <w:spacing w:after="0" w:line="283" w:lineRule="auto"/>
            </w:pPr>
            <w:r>
              <w:rPr>
                <w:sz w:val="16"/>
              </w:rPr>
              <w:t>数値＋単位</w:t>
            </w:r>
          </w:p>
        </w:tc>
        <w:tc>
          <w:tcPr>
            <w:tcW w:w="5184" w:type="dxa"/>
            <w:shd w:val="clear" w:color="auto" w:fill="F3F5F7"/>
            <w:tcMar>
              <w:top w:w="95" w:type="dxa"/>
              <w:left w:w="105" w:type="dxa"/>
              <w:bottom w:w="95" w:type="dxa"/>
              <w:right w:w="105" w:type="dxa"/>
            </w:tcMar>
            <w:vAlign w:val="center"/>
          </w:tcPr>
          <w:p w14:paraId="0E64038D" w14:textId="77777777" w:rsidR="00FE09D8" w:rsidRDefault="00000000">
            <w:pPr>
              <w:spacing w:after="0" w:line="283" w:lineRule="auto"/>
            </w:pPr>
            <w:r>
              <w:rPr>
                <w:sz w:val="16"/>
              </w:rPr>
              <w:t>例：1箱24kg</w:t>
            </w:r>
          </w:p>
        </w:tc>
      </w:tr>
      <w:tr w:rsidR="00FE09D8" w14:paraId="2D5BC17B" w14:textId="77777777">
        <w:trPr>
          <w:cantSplit/>
          <w:jc w:val="center"/>
        </w:trPr>
        <w:tc>
          <w:tcPr>
            <w:tcW w:w="2088" w:type="dxa"/>
            <w:shd w:val="clear" w:color="auto" w:fill="FFFFFF"/>
            <w:tcMar>
              <w:top w:w="95" w:type="dxa"/>
              <w:left w:w="105" w:type="dxa"/>
              <w:bottom w:w="95" w:type="dxa"/>
              <w:right w:w="105" w:type="dxa"/>
            </w:tcMar>
            <w:vAlign w:val="center"/>
          </w:tcPr>
          <w:p w14:paraId="5D113367" w14:textId="77777777" w:rsidR="00FE09D8" w:rsidRDefault="00000000">
            <w:pPr>
              <w:spacing w:after="0" w:line="283" w:lineRule="auto"/>
            </w:pPr>
            <w:r>
              <w:rPr>
                <w:b/>
                <w:sz w:val="16"/>
              </w:rPr>
              <w:t>荷姿内訳</w:t>
            </w:r>
          </w:p>
        </w:tc>
        <w:tc>
          <w:tcPr>
            <w:tcW w:w="2592" w:type="dxa"/>
            <w:shd w:val="clear" w:color="auto" w:fill="FFFFFF"/>
            <w:tcMar>
              <w:top w:w="95" w:type="dxa"/>
              <w:left w:w="105" w:type="dxa"/>
              <w:bottom w:w="95" w:type="dxa"/>
              <w:right w:w="105" w:type="dxa"/>
            </w:tcMar>
            <w:vAlign w:val="center"/>
          </w:tcPr>
          <w:p w14:paraId="77EDE1A3" w14:textId="77777777" w:rsidR="00FE09D8" w:rsidRDefault="00000000">
            <w:pPr>
              <w:spacing w:after="0" w:line="283" w:lineRule="auto"/>
            </w:pPr>
            <w:r>
              <w:rPr>
                <w:sz w:val="16"/>
              </w:rPr>
              <w:t>文字列</w:t>
            </w:r>
          </w:p>
        </w:tc>
        <w:tc>
          <w:tcPr>
            <w:tcW w:w="5184" w:type="dxa"/>
            <w:shd w:val="clear" w:color="auto" w:fill="FFFFFF"/>
            <w:tcMar>
              <w:top w:w="95" w:type="dxa"/>
              <w:left w:w="105" w:type="dxa"/>
              <w:bottom w:w="95" w:type="dxa"/>
              <w:right w:w="105" w:type="dxa"/>
            </w:tcMar>
            <w:vAlign w:val="center"/>
          </w:tcPr>
          <w:p w14:paraId="7BF627A4" w14:textId="77777777" w:rsidR="00FE09D8" w:rsidRDefault="00000000">
            <w:pPr>
              <w:spacing w:after="0" w:line="283" w:lineRule="auto"/>
            </w:pPr>
            <w:r>
              <w:rPr>
                <w:sz w:val="16"/>
              </w:rPr>
              <w:t>例：3kg袋×8袋</w:t>
            </w:r>
          </w:p>
        </w:tc>
      </w:tr>
      <w:tr w:rsidR="00FE09D8" w14:paraId="00E8218B" w14:textId="77777777">
        <w:trPr>
          <w:cantSplit/>
          <w:jc w:val="center"/>
        </w:trPr>
        <w:tc>
          <w:tcPr>
            <w:tcW w:w="2088" w:type="dxa"/>
            <w:shd w:val="clear" w:color="auto" w:fill="F3F5F7"/>
            <w:tcMar>
              <w:top w:w="95" w:type="dxa"/>
              <w:left w:w="105" w:type="dxa"/>
              <w:bottom w:w="95" w:type="dxa"/>
              <w:right w:w="105" w:type="dxa"/>
            </w:tcMar>
            <w:vAlign w:val="center"/>
          </w:tcPr>
          <w:p w14:paraId="341A4BC0" w14:textId="77777777" w:rsidR="00FE09D8" w:rsidRDefault="00000000">
            <w:pPr>
              <w:spacing w:after="0" w:line="283" w:lineRule="auto"/>
            </w:pPr>
            <w:r>
              <w:rPr>
                <w:b/>
                <w:sz w:val="16"/>
              </w:rPr>
              <w:t>単価・税区分</w:t>
            </w:r>
          </w:p>
        </w:tc>
        <w:tc>
          <w:tcPr>
            <w:tcW w:w="2592" w:type="dxa"/>
            <w:shd w:val="clear" w:color="auto" w:fill="F3F5F7"/>
            <w:tcMar>
              <w:top w:w="95" w:type="dxa"/>
              <w:left w:w="105" w:type="dxa"/>
              <w:bottom w:w="95" w:type="dxa"/>
              <w:right w:w="105" w:type="dxa"/>
            </w:tcMar>
            <w:vAlign w:val="center"/>
          </w:tcPr>
          <w:p w14:paraId="6FD8C3D6" w14:textId="77777777" w:rsidR="00FE09D8" w:rsidRDefault="00000000">
            <w:pPr>
              <w:spacing w:after="0" w:line="283" w:lineRule="auto"/>
            </w:pPr>
            <w:r>
              <w:rPr>
                <w:sz w:val="16"/>
              </w:rPr>
              <w:t>数値・履歴管理</w:t>
            </w:r>
          </w:p>
        </w:tc>
        <w:tc>
          <w:tcPr>
            <w:tcW w:w="5184" w:type="dxa"/>
            <w:shd w:val="clear" w:color="auto" w:fill="F3F5F7"/>
            <w:tcMar>
              <w:top w:w="95" w:type="dxa"/>
              <w:left w:w="105" w:type="dxa"/>
              <w:bottom w:w="95" w:type="dxa"/>
              <w:right w:w="105" w:type="dxa"/>
            </w:tcMar>
            <w:vAlign w:val="center"/>
          </w:tcPr>
          <w:p w14:paraId="69DDE6B2" w14:textId="77777777" w:rsidR="00FE09D8" w:rsidRDefault="00000000">
            <w:pPr>
              <w:spacing w:after="0" w:line="283" w:lineRule="auto"/>
              <w:rPr>
                <w:lang w:eastAsia="ja-JP"/>
              </w:rPr>
            </w:pPr>
            <w:r>
              <w:rPr>
                <w:sz w:val="16"/>
                <w:lang w:eastAsia="ja-JP"/>
              </w:rPr>
              <w:t>請求時は注文時点のスナップショットを使用</w:t>
            </w:r>
          </w:p>
        </w:tc>
      </w:tr>
      <w:tr w:rsidR="00FE09D8" w14:paraId="29B7216F" w14:textId="77777777">
        <w:trPr>
          <w:cantSplit/>
          <w:jc w:val="center"/>
        </w:trPr>
        <w:tc>
          <w:tcPr>
            <w:tcW w:w="2088" w:type="dxa"/>
            <w:shd w:val="clear" w:color="auto" w:fill="FFFFFF"/>
            <w:tcMar>
              <w:top w:w="95" w:type="dxa"/>
              <w:left w:w="105" w:type="dxa"/>
              <w:bottom w:w="95" w:type="dxa"/>
              <w:right w:w="105" w:type="dxa"/>
            </w:tcMar>
            <w:vAlign w:val="center"/>
          </w:tcPr>
          <w:p w14:paraId="645B9408" w14:textId="77777777" w:rsidR="00FE09D8" w:rsidRDefault="00000000">
            <w:pPr>
              <w:spacing w:after="0" w:line="283" w:lineRule="auto"/>
            </w:pPr>
            <w:proofErr w:type="spellStart"/>
            <w:r>
              <w:rPr>
                <w:b/>
                <w:sz w:val="16"/>
              </w:rPr>
              <w:t>表示状態</w:t>
            </w:r>
            <w:proofErr w:type="spellEnd"/>
          </w:p>
        </w:tc>
        <w:tc>
          <w:tcPr>
            <w:tcW w:w="2592" w:type="dxa"/>
            <w:shd w:val="clear" w:color="auto" w:fill="FFFFFF"/>
            <w:tcMar>
              <w:top w:w="95" w:type="dxa"/>
              <w:left w:w="105" w:type="dxa"/>
              <w:bottom w:w="95" w:type="dxa"/>
              <w:right w:w="105" w:type="dxa"/>
            </w:tcMar>
            <w:vAlign w:val="center"/>
          </w:tcPr>
          <w:p w14:paraId="284ADC23" w14:textId="77777777" w:rsidR="00FE09D8" w:rsidRDefault="00000000">
            <w:pPr>
              <w:spacing w:after="0" w:line="283" w:lineRule="auto"/>
            </w:pPr>
            <w:r>
              <w:rPr>
                <w:sz w:val="16"/>
              </w:rPr>
              <w:t>有効／非表示</w:t>
            </w:r>
          </w:p>
        </w:tc>
        <w:tc>
          <w:tcPr>
            <w:tcW w:w="5184" w:type="dxa"/>
            <w:shd w:val="clear" w:color="auto" w:fill="FFFFFF"/>
            <w:tcMar>
              <w:top w:w="95" w:type="dxa"/>
              <w:left w:w="105" w:type="dxa"/>
              <w:bottom w:w="95" w:type="dxa"/>
              <w:right w:w="105" w:type="dxa"/>
            </w:tcMar>
            <w:vAlign w:val="center"/>
          </w:tcPr>
          <w:p w14:paraId="5AEBF8DD" w14:textId="77777777" w:rsidR="00FE09D8" w:rsidRDefault="00000000">
            <w:pPr>
              <w:spacing w:after="0" w:line="283" w:lineRule="auto"/>
              <w:rPr>
                <w:lang w:eastAsia="ja-JP"/>
              </w:rPr>
            </w:pPr>
            <w:r>
              <w:rPr>
                <w:sz w:val="16"/>
                <w:lang w:eastAsia="ja-JP"/>
              </w:rPr>
              <w:t>過去注文を壊さず新規受付だけ停止</w:t>
            </w:r>
          </w:p>
        </w:tc>
      </w:tr>
    </w:tbl>
    <w:p w14:paraId="718A6F6B" w14:textId="77777777" w:rsidR="00FE09D8" w:rsidRDefault="00FE09D8">
      <w:pPr>
        <w:spacing w:after="0"/>
        <w:rPr>
          <w:lang w:eastAsia="ja-JP"/>
        </w:rPr>
      </w:pPr>
    </w:p>
    <w:p w14:paraId="66E162BD" w14:textId="77777777" w:rsidR="00FE09D8" w:rsidRDefault="00FE09D8">
      <w:pPr>
        <w:pBdr>
          <w:bottom w:val="single" w:sz="8" w:space="1" w:color="D9E2E8"/>
        </w:pBdr>
        <w:spacing w:before="200" w:after="160"/>
        <w:rPr>
          <w:lang w:eastAsia="ja-JP"/>
        </w:rPr>
      </w:pPr>
    </w:p>
    <w:p w14:paraId="6F95EB10" w14:textId="77777777" w:rsidR="00FE09D8" w:rsidRDefault="00000000">
      <w:pPr>
        <w:spacing w:after="40" w:line="240" w:lineRule="auto"/>
        <w:rPr>
          <w:lang w:eastAsia="ja-JP"/>
        </w:rPr>
      </w:pPr>
      <w:r>
        <w:rPr>
          <w:b/>
          <w:color w:val="153F5B"/>
          <w:sz w:val="17"/>
          <w:shd w:val="clear" w:color="auto" w:fill="EAF3F8"/>
          <w:lang w:eastAsia="ja-JP"/>
        </w:rPr>
        <w:t>SECTION 04-2</w:t>
      </w:r>
    </w:p>
    <w:p w14:paraId="6567AF0F" w14:textId="77777777" w:rsidR="00FE09D8" w:rsidRDefault="00000000">
      <w:pPr>
        <w:pStyle w:val="1"/>
        <w:spacing w:before="60" w:after="80" w:line="240" w:lineRule="auto"/>
        <w:rPr>
          <w:lang w:eastAsia="ja-JP"/>
        </w:rPr>
      </w:pPr>
      <w:r>
        <w:rPr>
          <w:rFonts w:ascii="Noto Sans JP" w:eastAsia="Noto Sans JP" w:hAnsi="Noto Sans JP"/>
          <w:lang w:eastAsia="ja-JP"/>
        </w:rPr>
        <w:t>発送日設定</w:t>
      </w:r>
    </w:p>
    <w:p w14:paraId="55B3C22B" w14:textId="77777777" w:rsidR="00FE09D8" w:rsidRDefault="00000000">
      <w:pPr>
        <w:spacing w:after="200" w:line="317" w:lineRule="auto"/>
        <w:rPr>
          <w:lang w:eastAsia="ja-JP"/>
        </w:rPr>
      </w:pPr>
      <w:r>
        <w:rPr>
          <w:color w:val="526273"/>
          <w:sz w:val="18"/>
          <w:lang w:eastAsia="ja-JP"/>
        </w:rPr>
        <w:t>従来の「営業日設定」ではなく、注文者が選ぶ発送日と休業日を管理する。</w:t>
      </w:r>
    </w:p>
    <w:tbl>
      <w:tblPr>
        <w:tblStyle w:val="afe"/>
        <w:tblW w:w="0" w:type="auto"/>
        <w:jc w:val="center"/>
        <w:tblLayout w:type="fixed"/>
        <w:tblLook w:val="04A0" w:firstRow="1" w:lastRow="0" w:firstColumn="1" w:lastColumn="0" w:noHBand="0" w:noVBand="1"/>
      </w:tblPr>
      <w:tblGrid>
        <w:gridCol w:w="2160"/>
        <w:gridCol w:w="2880"/>
        <w:gridCol w:w="4824"/>
      </w:tblGrid>
      <w:tr w:rsidR="00FE09D8" w14:paraId="100E44BC" w14:textId="77777777">
        <w:trPr>
          <w:tblHeader/>
          <w:jc w:val="center"/>
        </w:trPr>
        <w:tc>
          <w:tcPr>
            <w:tcW w:w="2160" w:type="dxa"/>
            <w:shd w:val="clear" w:color="auto" w:fill="153F5B"/>
            <w:tcMar>
              <w:top w:w="95" w:type="dxa"/>
              <w:left w:w="105" w:type="dxa"/>
              <w:bottom w:w="95" w:type="dxa"/>
              <w:right w:w="105" w:type="dxa"/>
            </w:tcMar>
            <w:vAlign w:val="center"/>
          </w:tcPr>
          <w:p w14:paraId="6C2CBECA" w14:textId="77777777" w:rsidR="00FE09D8" w:rsidRDefault="00000000">
            <w:pPr>
              <w:spacing w:after="0" w:line="240" w:lineRule="auto"/>
            </w:pPr>
            <w:proofErr w:type="spellStart"/>
            <w:r>
              <w:rPr>
                <w:b/>
                <w:color w:val="FFFFFF"/>
                <w:sz w:val="17"/>
              </w:rPr>
              <w:t>設定項目</w:t>
            </w:r>
            <w:proofErr w:type="spellEnd"/>
          </w:p>
        </w:tc>
        <w:tc>
          <w:tcPr>
            <w:tcW w:w="2880" w:type="dxa"/>
            <w:shd w:val="clear" w:color="auto" w:fill="153F5B"/>
            <w:tcMar>
              <w:top w:w="95" w:type="dxa"/>
              <w:left w:w="105" w:type="dxa"/>
              <w:bottom w:w="95" w:type="dxa"/>
              <w:right w:w="105" w:type="dxa"/>
            </w:tcMar>
            <w:vAlign w:val="center"/>
          </w:tcPr>
          <w:p w14:paraId="0BA03D0D" w14:textId="77777777" w:rsidR="00FE09D8" w:rsidRDefault="00000000">
            <w:pPr>
              <w:spacing w:after="0" w:line="240" w:lineRule="auto"/>
            </w:pPr>
            <w:r>
              <w:rPr>
                <w:b/>
                <w:color w:val="FFFFFF"/>
                <w:sz w:val="17"/>
              </w:rPr>
              <w:t>値</w:t>
            </w:r>
          </w:p>
        </w:tc>
        <w:tc>
          <w:tcPr>
            <w:tcW w:w="4824" w:type="dxa"/>
            <w:shd w:val="clear" w:color="auto" w:fill="153F5B"/>
            <w:tcMar>
              <w:top w:w="95" w:type="dxa"/>
              <w:left w:w="105" w:type="dxa"/>
              <w:bottom w:w="95" w:type="dxa"/>
              <w:right w:w="105" w:type="dxa"/>
            </w:tcMar>
            <w:vAlign w:val="center"/>
          </w:tcPr>
          <w:p w14:paraId="1D52E455" w14:textId="77777777" w:rsidR="00FE09D8" w:rsidRDefault="00000000">
            <w:pPr>
              <w:spacing w:after="0" w:line="240" w:lineRule="auto"/>
            </w:pPr>
            <w:r>
              <w:rPr>
                <w:b/>
                <w:color w:val="FFFFFF"/>
                <w:sz w:val="17"/>
              </w:rPr>
              <w:t>表示・処理</w:t>
            </w:r>
          </w:p>
        </w:tc>
      </w:tr>
      <w:tr w:rsidR="00FE09D8" w14:paraId="5B7EEED6" w14:textId="77777777">
        <w:trPr>
          <w:cantSplit/>
          <w:jc w:val="center"/>
        </w:trPr>
        <w:tc>
          <w:tcPr>
            <w:tcW w:w="2160" w:type="dxa"/>
            <w:shd w:val="clear" w:color="auto" w:fill="FFFFFF"/>
            <w:tcMar>
              <w:top w:w="95" w:type="dxa"/>
              <w:left w:w="105" w:type="dxa"/>
              <w:bottom w:w="95" w:type="dxa"/>
              <w:right w:w="105" w:type="dxa"/>
            </w:tcMar>
            <w:vAlign w:val="center"/>
          </w:tcPr>
          <w:p w14:paraId="0E6F8816" w14:textId="77777777" w:rsidR="00FE09D8" w:rsidRDefault="00000000">
            <w:pPr>
              <w:spacing w:after="0" w:line="283" w:lineRule="auto"/>
            </w:pPr>
            <w:r>
              <w:rPr>
                <w:b/>
                <w:sz w:val="17"/>
              </w:rPr>
              <w:lastRenderedPageBreak/>
              <w:t>日付区分</w:t>
            </w:r>
          </w:p>
        </w:tc>
        <w:tc>
          <w:tcPr>
            <w:tcW w:w="2880" w:type="dxa"/>
            <w:shd w:val="clear" w:color="auto" w:fill="FFFFFF"/>
            <w:tcMar>
              <w:top w:w="95" w:type="dxa"/>
              <w:left w:w="105" w:type="dxa"/>
              <w:bottom w:w="95" w:type="dxa"/>
              <w:right w:w="105" w:type="dxa"/>
            </w:tcMar>
            <w:vAlign w:val="center"/>
          </w:tcPr>
          <w:p w14:paraId="67C478C6" w14:textId="77777777" w:rsidR="00FE09D8" w:rsidRDefault="00000000">
            <w:pPr>
              <w:spacing w:after="0" w:line="283" w:lineRule="auto"/>
            </w:pPr>
            <w:r>
              <w:rPr>
                <w:sz w:val="17"/>
              </w:rPr>
              <w:t>発送日／休業日</w:t>
            </w:r>
          </w:p>
        </w:tc>
        <w:tc>
          <w:tcPr>
            <w:tcW w:w="4824" w:type="dxa"/>
            <w:shd w:val="clear" w:color="auto" w:fill="FFFFFF"/>
            <w:tcMar>
              <w:top w:w="95" w:type="dxa"/>
              <w:left w:w="105" w:type="dxa"/>
              <w:bottom w:w="95" w:type="dxa"/>
              <w:right w:w="105" w:type="dxa"/>
            </w:tcMar>
            <w:vAlign w:val="center"/>
          </w:tcPr>
          <w:p w14:paraId="775A3A63" w14:textId="77777777" w:rsidR="00FE09D8" w:rsidRDefault="00000000">
            <w:pPr>
              <w:spacing w:after="0" w:line="283" w:lineRule="auto"/>
              <w:rPr>
                <w:lang w:eastAsia="ja-JP"/>
              </w:rPr>
            </w:pPr>
            <w:r>
              <w:rPr>
                <w:sz w:val="17"/>
                <w:lang w:eastAsia="ja-JP"/>
              </w:rPr>
              <w:t>発送日だけを申込フォームの候補にする</w:t>
            </w:r>
          </w:p>
        </w:tc>
      </w:tr>
      <w:tr w:rsidR="00FE09D8" w14:paraId="532406A5" w14:textId="77777777">
        <w:trPr>
          <w:cantSplit/>
          <w:jc w:val="center"/>
        </w:trPr>
        <w:tc>
          <w:tcPr>
            <w:tcW w:w="2160" w:type="dxa"/>
            <w:shd w:val="clear" w:color="auto" w:fill="F3F5F7"/>
            <w:tcMar>
              <w:top w:w="95" w:type="dxa"/>
              <w:left w:w="105" w:type="dxa"/>
              <w:bottom w:w="95" w:type="dxa"/>
              <w:right w:w="105" w:type="dxa"/>
            </w:tcMar>
            <w:vAlign w:val="center"/>
          </w:tcPr>
          <w:p w14:paraId="2F9D5FC9" w14:textId="77777777" w:rsidR="00FE09D8" w:rsidRDefault="00000000">
            <w:pPr>
              <w:spacing w:after="0" w:line="283" w:lineRule="auto"/>
            </w:pPr>
            <w:proofErr w:type="spellStart"/>
            <w:r>
              <w:rPr>
                <w:b/>
                <w:sz w:val="17"/>
              </w:rPr>
              <w:t>公開状態</w:t>
            </w:r>
            <w:proofErr w:type="spellEnd"/>
          </w:p>
        </w:tc>
        <w:tc>
          <w:tcPr>
            <w:tcW w:w="2880" w:type="dxa"/>
            <w:shd w:val="clear" w:color="auto" w:fill="F3F5F7"/>
            <w:tcMar>
              <w:top w:w="95" w:type="dxa"/>
              <w:left w:w="105" w:type="dxa"/>
              <w:bottom w:w="95" w:type="dxa"/>
              <w:right w:w="105" w:type="dxa"/>
            </w:tcMar>
            <w:vAlign w:val="center"/>
          </w:tcPr>
          <w:p w14:paraId="437065E8" w14:textId="77777777" w:rsidR="00FE09D8" w:rsidRDefault="00000000">
            <w:pPr>
              <w:spacing w:after="0" w:line="283" w:lineRule="auto"/>
            </w:pPr>
            <w:r>
              <w:rPr>
                <w:sz w:val="17"/>
              </w:rPr>
              <w:t>公開／非公開</w:t>
            </w:r>
          </w:p>
        </w:tc>
        <w:tc>
          <w:tcPr>
            <w:tcW w:w="4824" w:type="dxa"/>
            <w:shd w:val="clear" w:color="auto" w:fill="F3F5F7"/>
            <w:tcMar>
              <w:top w:w="95" w:type="dxa"/>
              <w:left w:w="105" w:type="dxa"/>
              <w:bottom w:w="95" w:type="dxa"/>
              <w:right w:w="105" w:type="dxa"/>
            </w:tcMar>
            <w:vAlign w:val="center"/>
          </w:tcPr>
          <w:p w14:paraId="4A023E7C" w14:textId="77777777" w:rsidR="00FE09D8" w:rsidRDefault="00000000">
            <w:pPr>
              <w:spacing w:after="0" w:line="283" w:lineRule="auto"/>
              <w:rPr>
                <w:lang w:eastAsia="ja-JP"/>
              </w:rPr>
            </w:pPr>
            <w:r>
              <w:rPr>
                <w:sz w:val="17"/>
                <w:lang w:eastAsia="ja-JP"/>
              </w:rPr>
              <w:t>公開中の発送日だけを店舗へ表示</w:t>
            </w:r>
          </w:p>
        </w:tc>
      </w:tr>
      <w:tr w:rsidR="00FE09D8" w14:paraId="70FDF379" w14:textId="77777777">
        <w:trPr>
          <w:cantSplit/>
          <w:jc w:val="center"/>
        </w:trPr>
        <w:tc>
          <w:tcPr>
            <w:tcW w:w="2160" w:type="dxa"/>
            <w:shd w:val="clear" w:color="auto" w:fill="FFFFFF"/>
            <w:tcMar>
              <w:top w:w="95" w:type="dxa"/>
              <w:left w:w="105" w:type="dxa"/>
              <w:bottom w:w="95" w:type="dxa"/>
              <w:right w:w="105" w:type="dxa"/>
            </w:tcMar>
            <w:vAlign w:val="center"/>
          </w:tcPr>
          <w:p w14:paraId="281FBB7D" w14:textId="77777777" w:rsidR="00FE09D8" w:rsidRDefault="00000000">
            <w:pPr>
              <w:spacing w:after="0" w:line="283" w:lineRule="auto"/>
            </w:pPr>
            <w:proofErr w:type="spellStart"/>
            <w:r>
              <w:rPr>
                <w:b/>
                <w:sz w:val="17"/>
              </w:rPr>
              <w:t>受付上限</w:t>
            </w:r>
            <w:proofErr w:type="spellEnd"/>
          </w:p>
        </w:tc>
        <w:tc>
          <w:tcPr>
            <w:tcW w:w="2880" w:type="dxa"/>
            <w:shd w:val="clear" w:color="auto" w:fill="FFFFFF"/>
            <w:tcMar>
              <w:top w:w="95" w:type="dxa"/>
              <w:left w:w="105" w:type="dxa"/>
              <w:bottom w:w="95" w:type="dxa"/>
              <w:right w:w="105" w:type="dxa"/>
            </w:tcMar>
            <w:vAlign w:val="center"/>
          </w:tcPr>
          <w:p w14:paraId="64687231" w14:textId="77777777" w:rsidR="00FE09D8" w:rsidRDefault="00000000">
            <w:pPr>
              <w:spacing w:after="0" w:line="283" w:lineRule="auto"/>
            </w:pPr>
            <w:r>
              <w:rPr>
                <w:sz w:val="17"/>
              </w:rPr>
              <w:t>箱数または注文数</w:t>
            </w:r>
          </w:p>
        </w:tc>
        <w:tc>
          <w:tcPr>
            <w:tcW w:w="4824" w:type="dxa"/>
            <w:shd w:val="clear" w:color="auto" w:fill="FFFFFF"/>
            <w:tcMar>
              <w:top w:w="95" w:type="dxa"/>
              <w:left w:w="105" w:type="dxa"/>
              <w:bottom w:w="95" w:type="dxa"/>
              <w:right w:w="105" w:type="dxa"/>
            </w:tcMar>
            <w:vAlign w:val="center"/>
          </w:tcPr>
          <w:p w14:paraId="15F19C18" w14:textId="77777777" w:rsidR="00FE09D8" w:rsidRDefault="00000000">
            <w:pPr>
              <w:spacing w:after="0" w:line="283" w:lineRule="auto"/>
              <w:rPr>
                <w:lang w:eastAsia="ja-JP"/>
              </w:rPr>
            </w:pPr>
            <w:r>
              <w:rPr>
                <w:sz w:val="17"/>
                <w:lang w:eastAsia="ja-JP"/>
              </w:rPr>
              <w:t>任意。上限到達時は選択不可</w:t>
            </w:r>
          </w:p>
        </w:tc>
      </w:tr>
      <w:tr w:rsidR="00FE09D8" w14:paraId="2A79772A" w14:textId="77777777">
        <w:trPr>
          <w:cantSplit/>
          <w:jc w:val="center"/>
        </w:trPr>
        <w:tc>
          <w:tcPr>
            <w:tcW w:w="2160" w:type="dxa"/>
            <w:shd w:val="clear" w:color="auto" w:fill="F3F5F7"/>
            <w:tcMar>
              <w:top w:w="95" w:type="dxa"/>
              <w:left w:w="105" w:type="dxa"/>
              <w:bottom w:w="95" w:type="dxa"/>
              <w:right w:w="105" w:type="dxa"/>
            </w:tcMar>
            <w:vAlign w:val="center"/>
          </w:tcPr>
          <w:p w14:paraId="59724FFB" w14:textId="77777777" w:rsidR="00FE09D8" w:rsidRDefault="00000000">
            <w:pPr>
              <w:spacing w:after="0" w:line="283" w:lineRule="auto"/>
            </w:pPr>
            <w:proofErr w:type="spellStart"/>
            <w:r>
              <w:rPr>
                <w:b/>
                <w:sz w:val="17"/>
              </w:rPr>
              <w:t>変更・取消期限</w:t>
            </w:r>
            <w:proofErr w:type="spellEnd"/>
          </w:p>
        </w:tc>
        <w:tc>
          <w:tcPr>
            <w:tcW w:w="2880" w:type="dxa"/>
            <w:shd w:val="clear" w:color="auto" w:fill="F3F5F7"/>
            <w:tcMar>
              <w:top w:w="95" w:type="dxa"/>
              <w:left w:w="105" w:type="dxa"/>
              <w:bottom w:w="95" w:type="dxa"/>
              <w:right w:w="105" w:type="dxa"/>
            </w:tcMar>
            <w:vAlign w:val="center"/>
          </w:tcPr>
          <w:p w14:paraId="11734719" w14:textId="77777777" w:rsidR="00FE09D8" w:rsidRDefault="00000000">
            <w:pPr>
              <w:spacing w:after="0" w:line="283" w:lineRule="auto"/>
            </w:pPr>
            <w:r>
              <w:rPr>
                <w:sz w:val="17"/>
              </w:rPr>
              <w:t>発送日基準のルール</w:t>
            </w:r>
          </w:p>
        </w:tc>
        <w:tc>
          <w:tcPr>
            <w:tcW w:w="4824" w:type="dxa"/>
            <w:shd w:val="clear" w:color="auto" w:fill="F3F5F7"/>
            <w:tcMar>
              <w:top w:w="95" w:type="dxa"/>
              <w:left w:w="105" w:type="dxa"/>
              <w:bottom w:w="95" w:type="dxa"/>
              <w:right w:w="105" w:type="dxa"/>
            </w:tcMar>
            <w:vAlign w:val="center"/>
          </w:tcPr>
          <w:p w14:paraId="0E7B47AD" w14:textId="77777777" w:rsidR="00FE09D8" w:rsidRDefault="00000000">
            <w:pPr>
              <w:spacing w:after="0" w:line="283" w:lineRule="auto"/>
              <w:rPr>
                <w:lang w:eastAsia="ja-JP"/>
              </w:rPr>
            </w:pPr>
            <w:r>
              <w:rPr>
                <w:sz w:val="17"/>
                <w:lang w:eastAsia="ja-JP"/>
              </w:rPr>
              <w:t>契約書設定から日付・時刻を計算して表示</w:t>
            </w:r>
          </w:p>
        </w:tc>
      </w:tr>
      <w:tr w:rsidR="00FE09D8" w14:paraId="1AC83EC3" w14:textId="77777777">
        <w:trPr>
          <w:cantSplit/>
          <w:jc w:val="center"/>
        </w:trPr>
        <w:tc>
          <w:tcPr>
            <w:tcW w:w="2160" w:type="dxa"/>
            <w:shd w:val="clear" w:color="auto" w:fill="FFFFFF"/>
            <w:tcMar>
              <w:top w:w="95" w:type="dxa"/>
              <w:left w:w="105" w:type="dxa"/>
              <w:bottom w:w="95" w:type="dxa"/>
              <w:right w:w="105" w:type="dxa"/>
            </w:tcMar>
            <w:vAlign w:val="center"/>
          </w:tcPr>
          <w:p w14:paraId="10DD4C65" w14:textId="77777777" w:rsidR="00FE09D8" w:rsidRDefault="00000000">
            <w:pPr>
              <w:spacing w:after="0" w:line="283" w:lineRule="auto"/>
            </w:pPr>
            <w:proofErr w:type="spellStart"/>
            <w:r>
              <w:rPr>
                <w:b/>
                <w:sz w:val="17"/>
              </w:rPr>
              <w:t>管理権限</w:t>
            </w:r>
            <w:proofErr w:type="spellEnd"/>
          </w:p>
        </w:tc>
        <w:tc>
          <w:tcPr>
            <w:tcW w:w="2880" w:type="dxa"/>
            <w:shd w:val="clear" w:color="auto" w:fill="FFFFFF"/>
            <w:tcMar>
              <w:top w:w="95" w:type="dxa"/>
              <w:left w:w="105" w:type="dxa"/>
              <w:bottom w:w="95" w:type="dxa"/>
              <w:right w:w="105" w:type="dxa"/>
            </w:tcMar>
            <w:vAlign w:val="center"/>
          </w:tcPr>
          <w:p w14:paraId="14C872C5" w14:textId="77777777" w:rsidR="00FE09D8" w:rsidRDefault="00000000">
            <w:pPr>
              <w:spacing w:after="0" w:line="283" w:lineRule="auto"/>
            </w:pPr>
            <w:r>
              <w:rPr>
                <w:sz w:val="17"/>
              </w:rPr>
              <w:t>管理者のみ</w:t>
            </w:r>
          </w:p>
        </w:tc>
        <w:tc>
          <w:tcPr>
            <w:tcW w:w="4824" w:type="dxa"/>
            <w:shd w:val="clear" w:color="auto" w:fill="FFFFFF"/>
            <w:tcMar>
              <w:top w:w="95" w:type="dxa"/>
              <w:left w:w="105" w:type="dxa"/>
              <w:bottom w:w="95" w:type="dxa"/>
              <w:right w:w="105" w:type="dxa"/>
            </w:tcMar>
            <w:vAlign w:val="center"/>
          </w:tcPr>
          <w:p w14:paraId="68E7AC42" w14:textId="77777777" w:rsidR="00FE09D8" w:rsidRDefault="00000000">
            <w:pPr>
              <w:spacing w:after="0" w:line="283" w:lineRule="auto"/>
              <w:rPr>
                <w:lang w:eastAsia="ja-JP"/>
              </w:rPr>
            </w:pPr>
            <w:r>
              <w:rPr>
                <w:sz w:val="17"/>
                <w:lang w:eastAsia="ja-JP"/>
              </w:rPr>
              <w:t>注文者は日付の追加・変更不可</w:t>
            </w:r>
          </w:p>
        </w:tc>
      </w:tr>
    </w:tbl>
    <w:p w14:paraId="0F1C9011" w14:textId="77777777" w:rsidR="00FE09D8" w:rsidRDefault="00FE09D8">
      <w:pPr>
        <w:spacing w:after="0"/>
        <w:rPr>
          <w:lang w:eastAsia="ja-JP"/>
        </w:rPr>
      </w:pPr>
    </w:p>
    <w:p w14:paraId="55CF8BC1" w14:textId="77777777" w:rsidR="00FE09D8" w:rsidRDefault="00000000">
      <w:pPr>
        <w:pStyle w:val="21"/>
        <w:spacing w:before="160" w:after="80" w:line="240" w:lineRule="auto"/>
        <w:rPr>
          <w:lang w:eastAsia="ja-JP"/>
        </w:rPr>
      </w:pPr>
      <w:r>
        <w:rPr>
          <w:rFonts w:ascii="Noto Sans JP" w:eastAsia="Noto Sans JP" w:hAnsi="Noto Sans JP"/>
          <w:lang w:eastAsia="ja-JP"/>
        </w:rPr>
        <w:t>4.2 発送日選択ルール</w:t>
      </w:r>
    </w:p>
    <w:p w14:paraId="16315211" w14:textId="77777777" w:rsidR="00FE09D8" w:rsidRDefault="00000000">
      <w:pPr>
        <w:spacing w:after="60"/>
        <w:ind w:left="29"/>
        <w:rPr>
          <w:lang w:eastAsia="ja-JP"/>
        </w:rPr>
      </w:pPr>
      <w:r>
        <w:rPr>
          <w:sz w:val="18"/>
          <w:lang w:eastAsia="ja-JP"/>
        </w:rPr>
        <w:t>1.  管理者が発送日を登録し、申込フォームへの公開をオンにする。</w:t>
      </w:r>
    </w:p>
    <w:p w14:paraId="7D261FAD" w14:textId="77777777" w:rsidR="00FE09D8" w:rsidRDefault="00000000">
      <w:pPr>
        <w:spacing w:after="60"/>
        <w:ind w:left="29"/>
        <w:rPr>
          <w:lang w:eastAsia="ja-JP"/>
        </w:rPr>
      </w:pPr>
      <w:r>
        <w:rPr>
          <w:sz w:val="18"/>
          <w:lang w:eastAsia="ja-JP"/>
        </w:rPr>
        <w:t>2.  注文者は公開中かつ受付可能な発送日から1日を選ぶ。休業日は表示しない。</w:t>
      </w:r>
    </w:p>
    <w:p w14:paraId="3A9A3752" w14:textId="77777777" w:rsidR="00FE09D8" w:rsidRDefault="00000000">
      <w:pPr>
        <w:spacing w:after="60"/>
        <w:ind w:left="29"/>
        <w:rPr>
          <w:lang w:eastAsia="ja-JP"/>
        </w:rPr>
      </w:pPr>
      <w:r>
        <w:rPr>
          <w:sz w:val="18"/>
          <w:lang w:eastAsia="ja-JP"/>
        </w:rPr>
        <w:t>3.  締切後または上限到達後は新規選択を停止する。既存注文の日付表示は維持する。</w:t>
      </w:r>
    </w:p>
    <w:p w14:paraId="494907DA" w14:textId="77777777" w:rsidR="00FE09D8" w:rsidRDefault="00000000">
      <w:pPr>
        <w:spacing w:after="60"/>
        <w:ind w:left="29"/>
        <w:rPr>
          <w:lang w:eastAsia="ja-JP"/>
        </w:rPr>
      </w:pPr>
      <w:r>
        <w:rPr>
          <w:sz w:val="18"/>
          <w:lang w:eastAsia="ja-JP"/>
        </w:rPr>
        <w:t>4.  管理者が発送日を減らす際、既存注文がある日付は単純削除せず、対象注文の扱いを確認してから非公開化する。</w:t>
      </w:r>
    </w:p>
    <w:tbl>
      <w:tblPr>
        <w:tblW w:w="0" w:type="auto"/>
        <w:jc w:val="center"/>
        <w:tblLayout w:type="fixed"/>
        <w:tblLook w:val="04A0" w:firstRow="1" w:lastRow="0" w:firstColumn="1" w:lastColumn="0" w:noHBand="0" w:noVBand="1"/>
      </w:tblPr>
      <w:tblGrid>
        <w:gridCol w:w="4997"/>
        <w:gridCol w:w="4997"/>
      </w:tblGrid>
      <w:tr w:rsidR="00FE09D8" w14:paraId="3DF956F7" w14:textId="77777777">
        <w:trPr>
          <w:jc w:val="center"/>
        </w:trPr>
        <w:tc>
          <w:tcPr>
            <w:tcW w:w="4997" w:type="dxa"/>
            <w:tcBorders>
              <w:top w:val="single" w:sz="10" w:space="0" w:color="153F5B"/>
              <w:left w:val="single" w:sz="10" w:space="0" w:color="153F5B"/>
              <w:bottom w:val="single" w:sz="10" w:space="0" w:color="153F5B"/>
              <w:right w:val="single" w:sz="10" w:space="0" w:color="153F5B"/>
            </w:tcBorders>
            <w:shd w:val="clear" w:color="auto" w:fill="F3F8FB"/>
            <w:tcMar>
              <w:top w:w="150" w:type="dxa"/>
              <w:left w:w="150" w:type="dxa"/>
              <w:bottom w:w="150" w:type="dxa"/>
              <w:right w:w="150" w:type="dxa"/>
            </w:tcMar>
            <w:vAlign w:val="center"/>
          </w:tcPr>
          <w:p w14:paraId="11BEFF7A" w14:textId="77777777" w:rsidR="00FE09D8" w:rsidRDefault="00000000">
            <w:pPr>
              <w:spacing w:after="0" w:line="240" w:lineRule="auto"/>
              <w:jc w:val="center"/>
            </w:pPr>
            <w:r>
              <w:rPr>
                <w:b/>
                <w:color w:val="153F5B"/>
                <w:sz w:val="16"/>
              </w:rPr>
              <w:t>NOTE</w:t>
            </w:r>
          </w:p>
        </w:tc>
        <w:tc>
          <w:tcPr>
            <w:tcW w:w="4997" w:type="dxa"/>
            <w:tcBorders>
              <w:top w:val="single" w:sz="10" w:space="0" w:color="153F5B"/>
              <w:left w:val="single" w:sz="10" w:space="0" w:color="153F5B"/>
              <w:bottom w:val="single" w:sz="10" w:space="0" w:color="153F5B"/>
              <w:right w:val="single" w:sz="10" w:space="0" w:color="153F5B"/>
            </w:tcBorders>
            <w:shd w:val="clear" w:color="auto" w:fill="F3F8FB"/>
            <w:tcMar>
              <w:top w:w="150" w:type="dxa"/>
              <w:left w:w="150" w:type="dxa"/>
              <w:bottom w:w="150" w:type="dxa"/>
              <w:right w:w="150" w:type="dxa"/>
            </w:tcMar>
          </w:tcPr>
          <w:p w14:paraId="675BB785" w14:textId="77777777" w:rsidR="00FE09D8" w:rsidRDefault="00000000">
            <w:pPr>
              <w:spacing w:after="40" w:line="240" w:lineRule="auto"/>
              <w:rPr>
                <w:lang w:eastAsia="ja-JP"/>
              </w:rPr>
            </w:pPr>
            <w:r>
              <w:rPr>
                <w:b/>
                <w:color w:val="153F5B"/>
                <w:lang w:eastAsia="ja-JP"/>
              </w:rPr>
              <w:t>請求書の「翌月4営業日以内」との関係</w:t>
            </w:r>
          </w:p>
          <w:p w14:paraId="449C5F1B" w14:textId="77777777" w:rsidR="00FE09D8" w:rsidRDefault="00000000">
            <w:pPr>
              <w:spacing w:after="0"/>
              <w:rPr>
                <w:lang w:eastAsia="ja-JP"/>
              </w:rPr>
            </w:pPr>
            <w:r>
              <w:rPr>
                <w:sz w:val="17"/>
                <w:lang w:eastAsia="ja-JP"/>
              </w:rPr>
              <w:t>管理画面の名称は「発送日設定」とする。請求書必着期限の営業日計算は契約ルールとして別ロジックで保持し、店舗向け発送日選択画面には露出させない。</w:t>
            </w:r>
          </w:p>
        </w:tc>
      </w:tr>
    </w:tbl>
    <w:p w14:paraId="218A1880" w14:textId="77777777" w:rsidR="00FE09D8" w:rsidRDefault="00FE09D8">
      <w:pPr>
        <w:spacing w:after="0"/>
        <w:rPr>
          <w:lang w:eastAsia="ja-JP"/>
        </w:rPr>
      </w:pPr>
    </w:p>
    <w:p w14:paraId="49DAA703" w14:textId="77777777" w:rsidR="00FE09D8" w:rsidRDefault="00FE09D8">
      <w:pPr>
        <w:pBdr>
          <w:bottom w:val="single" w:sz="8" w:space="1" w:color="D9E2E8"/>
        </w:pBdr>
        <w:spacing w:before="200" w:after="160"/>
        <w:rPr>
          <w:lang w:eastAsia="ja-JP"/>
        </w:rPr>
      </w:pPr>
    </w:p>
    <w:p w14:paraId="644606FD" w14:textId="77777777" w:rsidR="00FE09D8" w:rsidRDefault="00000000">
      <w:pPr>
        <w:spacing w:after="40" w:line="240" w:lineRule="auto"/>
        <w:rPr>
          <w:lang w:eastAsia="ja-JP"/>
        </w:rPr>
      </w:pPr>
      <w:r>
        <w:rPr>
          <w:b/>
          <w:color w:val="153F5B"/>
          <w:sz w:val="17"/>
          <w:shd w:val="clear" w:color="auto" w:fill="EAF3F8"/>
          <w:lang w:eastAsia="ja-JP"/>
        </w:rPr>
        <w:t>SECTION 05</w:t>
      </w:r>
    </w:p>
    <w:p w14:paraId="6D86FD23" w14:textId="77777777" w:rsidR="00FE09D8" w:rsidRDefault="00000000">
      <w:pPr>
        <w:pStyle w:val="1"/>
        <w:spacing w:before="60" w:after="80" w:line="240" w:lineRule="auto"/>
        <w:rPr>
          <w:lang w:eastAsia="ja-JP"/>
        </w:rPr>
      </w:pPr>
      <w:r>
        <w:rPr>
          <w:rFonts w:ascii="Noto Sans JP" w:eastAsia="Noto Sans JP" w:hAnsi="Noto Sans JP"/>
          <w:lang w:eastAsia="ja-JP"/>
        </w:rPr>
        <w:t>店舗発注フロー</w:t>
      </w:r>
    </w:p>
    <w:p w14:paraId="6EAA10C3" w14:textId="77777777" w:rsidR="00FE09D8" w:rsidRDefault="00000000">
      <w:pPr>
        <w:spacing w:after="200" w:line="317" w:lineRule="auto"/>
        <w:rPr>
          <w:lang w:eastAsia="ja-JP"/>
        </w:rPr>
      </w:pPr>
      <w:r>
        <w:rPr>
          <w:color w:val="526273"/>
          <w:sz w:val="18"/>
          <w:lang w:eastAsia="ja-JP"/>
        </w:rPr>
        <w:t>専用リンクから最小入力で申し込み、保存とメール結果を明確に分けて表示する。</w:t>
      </w:r>
    </w:p>
    <w:tbl>
      <w:tblPr>
        <w:tblStyle w:val="afe"/>
        <w:tblW w:w="0" w:type="auto"/>
        <w:jc w:val="center"/>
        <w:tblLayout w:type="fixed"/>
        <w:tblLook w:val="04A0" w:firstRow="1" w:lastRow="0" w:firstColumn="1" w:lastColumn="0" w:noHBand="0" w:noVBand="1"/>
      </w:tblPr>
      <w:tblGrid>
        <w:gridCol w:w="1656"/>
        <w:gridCol w:w="2880"/>
        <w:gridCol w:w="5328"/>
      </w:tblGrid>
      <w:tr w:rsidR="00FE09D8" w14:paraId="5EE987D4" w14:textId="77777777">
        <w:trPr>
          <w:tblHeader/>
          <w:jc w:val="center"/>
        </w:trPr>
        <w:tc>
          <w:tcPr>
            <w:tcW w:w="1656" w:type="dxa"/>
            <w:shd w:val="clear" w:color="auto" w:fill="153F5B"/>
            <w:tcMar>
              <w:top w:w="95" w:type="dxa"/>
              <w:left w:w="105" w:type="dxa"/>
              <w:bottom w:w="95" w:type="dxa"/>
              <w:right w:w="105" w:type="dxa"/>
            </w:tcMar>
            <w:vAlign w:val="center"/>
          </w:tcPr>
          <w:p w14:paraId="0D51FC28" w14:textId="77777777" w:rsidR="00FE09D8" w:rsidRDefault="00000000">
            <w:pPr>
              <w:spacing w:after="0" w:line="240" w:lineRule="auto"/>
            </w:pPr>
            <w:proofErr w:type="spellStart"/>
            <w:r>
              <w:rPr>
                <w:b/>
                <w:color w:val="FFFFFF"/>
                <w:sz w:val="16"/>
              </w:rPr>
              <w:t>段階</w:t>
            </w:r>
            <w:proofErr w:type="spellEnd"/>
          </w:p>
        </w:tc>
        <w:tc>
          <w:tcPr>
            <w:tcW w:w="2880" w:type="dxa"/>
            <w:shd w:val="clear" w:color="auto" w:fill="153F5B"/>
            <w:tcMar>
              <w:top w:w="95" w:type="dxa"/>
              <w:left w:w="105" w:type="dxa"/>
              <w:bottom w:w="95" w:type="dxa"/>
              <w:right w:w="105" w:type="dxa"/>
            </w:tcMar>
            <w:vAlign w:val="center"/>
          </w:tcPr>
          <w:p w14:paraId="1D4352FD" w14:textId="77777777" w:rsidR="00FE09D8" w:rsidRDefault="00000000">
            <w:pPr>
              <w:spacing w:after="0" w:line="240" w:lineRule="auto"/>
            </w:pPr>
            <w:r>
              <w:rPr>
                <w:b/>
                <w:color w:val="FFFFFF"/>
                <w:sz w:val="16"/>
              </w:rPr>
              <w:t>画面・処理</w:t>
            </w:r>
          </w:p>
        </w:tc>
        <w:tc>
          <w:tcPr>
            <w:tcW w:w="5328" w:type="dxa"/>
            <w:shd w:val="clear" w:color="auto" w:fill="153F5B"/>
            <w:tcMar>
              <w:top w:w="95" w:type="dxa"/>
              <w:left w:w="105" w:type="dxa"/>
              <w:bottom w:w="95" w:type="dxa"/>
              <w:right w:w="105" w:type="dxa"/>
            </w:tcMar>
            <w:vAlign w:val="center"/>
          </w:tcPr>
          <w:p w14:paraId="3AD38030" w14:textId="77777777" w:rsidR="00FE09D8" w:rsidRDefault="00000000">
            <w:pPr>
              <w:spacing w:after="0" w:line="240" w:lineRule="auto"/>
            </w:pPr>
            <w:r>
              <w:rPr>
                <w:b/>
                <w:color w:val="FFFFFF"/>
                <w:sz w:val="16"/>
              </w:rPr>
              <w:t>必須要件</w:t>
            </w:r>
          </w:p>
        </w:tc>
      </w:tr>
      <w:tr w:rsidR="00FE09D8" w14:paraId="1781E1B1" w14:textId="77777777">
        <w:trPr>
          <w:cantSplit/>
          <w:jc w:val="center"/>
        </w:trPr>
        <w:tc>
          <w:tcPr>
            <w:tcW w:w="1656" w:type="dxa"/>
            <w:shd w:val="clear" w:color="auto" w:fill="FFFFFF"/>
            <w:tcMar>
              <w:top w:w="95" w:type="dxa"/>
              <w:left w:w="105" w:type="dxa"/>
              <w:bottom w:w="95" w:type="dxa"/>
              <w:right w:w="105" w:type="dxa"/>
            </w:tcMar>
            <w:vAlign w:val="center"/>
          </w:tcPr>
          <w:p w14:paraId="400CBA6A" w14:textId="77777777" w:rsidR="00FE09D8" w:rsidRDefault="00000000">
            <w:pPr>
              <w:spacing w:after="0" w:line="283" w:lineRule="auto"/>
            </w:pPr>
            <w:r>
              <w:rPr>
                <w:b/>
                <w:sz w:val="16"/>
              </w:rPr>
              <w:t>1. 専用リンク</w:t>
            </w:r>
          </w:p>
        </w:tc>
        <w:tc>
          <w:tcPr>
            <w:tcW w:w="2880" w:type="dxa"/>
            <w:shd w:val="clear" w:color="auto" w:fill="FFFFFF"/>
            <w:tcMar>
              <w:top w:w="95" w:type="dxa"/>
              <w:left w:w="105" w:type="dxa"/>
              <w:bottom w:w="95" w:type="dxa"/>
              <w:right w:w="105" w:type="dxa"/>
            </w:tcMar>
            <w:vAlign w:val="center"/>
          </w:tcPr>
          <w:p w14:paraId="43584BA6" w14:textId="77777777" w:rsidR="00FE09D8" w:rsidRDefault="00000000">
            <w:pPr>
              <w:spacing w:after="0" w:line="283" w:lineRule="auto"/>
            </w:pPr>
            <w:r>
              <w:rPr>
                <w:sz w:val="16"/>
              </w:rPr>
              <w:t>店舗の自動判定</w:t>
            </w:r>
          </w:p>
        </w:tc>
        <w:tc>
          <w:tcPr>
            <w:tcW w:w="5328" w:type="dxa"/>
            <w:shd w:val="clear" w:color="auto" w:fill="FFFFFF"/>
            <w:tcMar>
              <w:top w:w="95" w:type="dxa"/>
              <w:left w:w="105" w:type="dxa"/>
              <w:bottom w:w="95" w:type="dxa"/>
              <w:right w:w="105" w:type="dxa"/>
            </w:tcMar>
            <w:vAlign w:val="center"/>
          </w:tcPr>
          <w:p w14:paraId="2D5B02A9" w14:textId="77777777" w:rsidR="00FE09D8" w:rsidRDefault="00000000">
            <w:pPr>
              <w:spacing w:after="0" w:line="283" w:lineRule="auto"/>
              <w:rPr>
                <w:lang w:eastAsia="ja-JP"/>
              </w:rPr>
            </w:pPr>
            <w:r>
              <w:rPr>
                <w:sz w:val="16"/>
                <w:lang w:eastAsia="ja-JP"/>
              </w:rPr>
              <w:t>店舗名・住所・宛先を表示し、編集させない</w:t>
            </w:r>
          </w:p>
        </w:tc>
      </w:tr>
      <w:tr w:rsidR="00FE09D8" w14:paraId="506FD93F" w14:textId="77777777">
        <w:trPr>
          <w:cantSplit/>
          <w:jc w:val="center"/>
        </w:trPr>
        <w:tc>
          <w:tcPr>
            <w:tcW w:w="1656" w:type="dxa"/>
            <w:shd w:val="clear" w:color="auto" w:fill="F3F5F7"/>
            <w:tcMar>
              <w:top w:w="95" w:type="dxa"/>
              <w:left w:w="105" w:type="dxa"/>
              <w:bottom w:w="95" w:type="dxa"/>
              <w:right w:w="105" w:type="dxa"/>
            </w:tcMar>
            <w:vAlign w:val="center"/>
          </w:tcPr>
          <w:p w14:paraId="6CBC0409" w14:textId="77777777" w:rsidR="00FE09D8" w:rsidRDefault="00000000">
            <w:pPr>
              <w:spacing w:after="0" w:line="283" w:lineRule="auto"/>
            </w:pPr>
            <w:r>
              <w:rPr>
                <w:b/>
                <w:sz w:val="16"/>
              </w:rPr>
              <w:t xml:space="preserve">2. </w:t>
            </w:r>
            <w:proofErr w:type="spellStart"/>
            <w:r>
              <w:rPr>
                <w:b/>
                <w:sz w:val="16"/>
              </w:rPr>
              <w:t>入力</w:t>
            </w:r>
            <w:proofErr w:type="spellEnd"/>
          </w:p>
        </w:tc>
        <w:tc>
          <w:tcPr>
            <w:tcW w:w="2880" w:type="dxa"/>
            <w:shd w:val="clear" w:color="auto" w:fill="F3F5F7"/>
            <w:tcMar>
              <w:top w:w="95" w:type="dxa"/>
              <w:left w:w="105" w:type="dxa"/>
              <w:bottom w:w="95" w:type="dxa"/>
              <w:right w:w="105" w:type="dxa"/>
            </w:tcMar>
            <w:vAlign w:val="center"/>
          </w:tcPr>
          <w:p w14:paraId="03F3CB14" w14:textId="77777777" w:rsidR="00FE09D8" w:rsidRDefault="00000000">
            <w:pPr>
              <w:spacing w:after="0" w:line="283" w:lineRule="auto"/>
            </w:pPr>
            <w:r>
              <w:rPr>
                <w:sz w:val="16"/>
              </w:rPr>
              <w:t>商品、箱数、発送希望日、備考</w:t>
            </w:r>
          </w:p>
        </w:tc>
        <w:tc>
          <w:tcPr>
            <w:tcW w:w="5328" w:type="dxa"/>
            <w:shd w:val="clear" w:color="auto" w:fill="F3F5F7"/>
            <w:tcMar>
              <w:top w:w="95" w:type="dxa"/>
              <w:left w:w="105" w:type="dxa"/>
              <w:bottom w:w="95" w:type="dxa"/>
              <w:right w:w="105" w:type="dxa"/>
            </w:tcMar>
            <w:vAlign w:val="center"/>
          </w:tcPr>
          <w:p w14:paraId="3AC270D8" w14:textId="77777777" w:rsidR="00FE09D8" w:rsidRDefault="00000000">
            <w:pPr>
              <w:spacing w:after="0" w:line="283" w:lineRule="auto"/>
              <w:rPr>
                <w:lang w:eastAsia="ja-JP"/>
              </w:rPr>
            </w:pPr>
            <w:r>
              <w:rPr>
                <w:sz w:val="16"/>
                <w:lang w:eastAsia="ja-JP"/>
              </w:rPr>
              <w:t>箱数は1以上。発送日は管理者公開分のみ</w:t>
            </w:r>
          </w:p>
        </w:tc>
      </w:tr>
      <w:tr w:rsidR="00FE09D8" w14:paraId="373FA707" w14:textId="77777777">
        <w:trPr>
          <w:cantSplit/>
          <w:jc w:val="center"/>
        </w:trPr>
        <w:tc>
          <w:tcPr>
            <w:tcW w:w="1656" w:type="dxa"/>
            <w:shd w:val="clear" w:color="auto" w:fill="FFFFFF"/>
            <w:tcMar>
              <w:top w:w="95" w:type="dxa"/>
              <w:left w:w="105" w:type="dxa"/>
              <w:bottom w:w="95" w:type="dxa"/>
              <w:right w:w="105" w:type="dxa"/>
            </w:tcMar>
            <w:vAlign w:val="center"/>
          </w:tcPr>
          <w:p w14:paraId="6DEE2A5D" w14:textId="77777777" w:rsidR="00FE09D8" w:rsidRDefault="00000000">
            <w:pPr>
              <w:spacing w:after="0" w:line="283" w:lineRule="auto"/>
            </w:pPr>
            <w:r>
              <w:rPr>
                <w:b/>
                <w:sz w:val="16"/>
              </w:rPr>
              <w:lastRenderedPageBreak/>
              <w:t xml:space="preserve">3. </w:t>
            </w:r>
            <w:proofErr w:type="spellStart"/>
            <w:r>
              <w:rPr>
                <w:b/>
                <w:sz w:val="16"/>
              </w:rPr>
              <w:t>期限表示</w:t>
            </w:r>
            <w:proofErr w:type="spellEnd"/>
          </w:p>
        </w:tc>
        <w:tc>
          <w:tcPr>
            <w:tcW w:w="2880" w:type="dxa"/>
            <w:shd w:val="clear" w:color="auto" w:fill="FFFFFF"/>
            <w:tcMar>
              <w:top w:w="95" w:type="dxa"/>
              <w:left w:w="105" w:type="dxa"/>
              <w:bottom w:w="95" w:type="dxa"/>
              <w:right w:w="105" w:type="dxa"/>
            </w:tcMar>
            <w:vAlign w:val="center"/>
          </w:tcPr>
          <w:p w14:paraId="64DC21E0" w14:textId="77777777" w:rsidR="00FE09D8" w:rsidRDefault="00000000">
            <w:pPr>
              <w:spacing w:after="0" w:line="283" w:lineRule="auto"/>
            </w:pPr>
            <w:r>
              <w:rPr>
                <w:sz w:val="16"/>
              </w:rPr>
              <w:t>変更・取消連絡期限</w:t>
            </w:r>
          </w:p>
        </w:tc>
        <w:tc>
          <w:tcPr>
            <w:tcW w:w="5328" w:type="dxa"/>
            <w:shd w:val="clear" w:color="auto" w:fill="FFFFFF"/>
            <w:tcMar>
              <w:top w:w="95" w:type="dxa"/>
              <w:left w:w="105" w:type="dxa"/>
              <w:bottom w:w="95" w:type="dxa"/>
              <w:right w:w="105" w:type="dxa"/>
            </w:tcMar>
            <w:vAlign w:val="center"/>
          </w:tcPr>
          <w:p w14:paraId="6C0C8462" w14:textId="77777777" w:rsidR="00FE09D8" w:rsidRDefault="00000000">
            <w:pPr>
              <w:spacing w:after="0" w:line="283" w:lineRule="auto"/>
              <w:rPr>
                <w:lang w:eastAsia="ja-JP"/>
              </w:rPr>
            </w:pPr>
            <w:r>
              <w:rPr>
                <w:sz w:val="16"/>
                <w:lang w:eastAsia="ja-JP"/>
              </w:rPr>
              <w:t>発送日から計算した具体的な日付・時刻を表示</w:t>
            </w:r>
          </w:p>
        </w:tc>
      </w:tr>
      <w:tr w:rsidR="00FE09D8" w14:paraId="2A8DB93A" w14:textId="77777777">
        <w:trPr>
          <w:cantSplit/>
          <w:jc w:val="center"/>
        </w:trPr>
        <w:tc>
          <w:tcPr>
            <w:tcW w:w="1656" w:type="dxa"/>
            <w:shd w:val="clear" w:color="auto" w:fill="F3F5F7"/>
            <w:tcMar>
              <w:top w:w="95" w:type="dxa"/>
              <w:left w:w="105" w:type="dxa"/>
              <w:bottom w:w="95" w:type="dxa"/>
              <w:right w:w="105" w:type="dxa"/>
            </w:tcMar>
            <w:vAlign w:val="center"/>
          </w:tcPr>
          <w:p w14:paraId="1FF78219" w14:textId="77777777" w:rsidR="00FE09D8" w:rsidRDefault="00000000">
            <w:pPr>
              <w:spacing w:after="0" w:line="283" w:lineRule="auto"/>
            </w:pPr>
            <w:r>
              <w:rPr>
                <w:b/>
                <w:sz w:val="16"/>
              </w:rPr>
              <w:t xml:space="preserve">4. </w:t>
            </w:r>
            <w:proofErr w:type="spellStart"/>
            <w:r>
              <w:rPr>
                <w:b/>
                <w:sz w:val="16"/>
              </w:rPr>
              <w:t>確認</w:t>
            </w:r>
            <w:proofErr w:type="spellEnd"/>
          </w:p>
        </w:tc>
        <w:tc>
          <w:tcPr>
            <w:tcW w:w="2880" w:type="dxa"/>
            <w:shd w:val="clear" w:color="auto" w:fill="F3F5F7"/>
            <w:tcMar>
              <w:top w:w="95" w:type="dxa"/>
              <w:left w:w="105" w:type="dxa"/>
              <w:bottom w:w="95" w:type="dxa"/>
              <w:right w:w="105" w:type="dxa"/>
            </w:tcMar>
            <w:vAlign w:val="center"/>
          </w:tcPr>
          <w:p w14:paraId="7546C8A7" w14:textId="77777777" w:rsidR="00FE09D8" w:rsidRDefault="00000000">
            <w:pPr>
              <w:spacing w:after="0" w:line="283" w:lineRule="auto"/>
            </w:pPr>
            <w:r>
              <w:rPr>
                <w:sz w:val="16"/>
              </w:rPr>
              <w:t>発注内容の最終確認</w:t>
            </w:r>
          </w:p>
        </w:tc>
        <w:tc>
          <w:tcPr>
            <w:tcW w:w="5328" w:type="dxa"/>
            <w:shd w:val="clear" w:color="auto" w:fill="F3F5F7"/>
            <w:tcMar>
              <w:top w:w="95" w:type="dxa"/>
              <w:left w:w="105" w:type="dxa"/>
              <w:bottom w:w="95" w:type="dxa"/>
              <w:right w:w="105" w:type="dxa"/>
            </w:tcMar>
            <w:vAlign w:val="center"/>
          </w:tcPr>
          <w:p w14:paraId="378CAB20" w14:textId="77777777" w:rsidR="00FE09D8" w:rsidRDefault="00000000">
            <w:pPr>
              <w:spacing w:after="0" w:line="283" w:lineRule="auto"/>
              <w:rPr>
                <w:lang w:eastAsia="ja-JP"/>
              </w:rPr>
            </w:pPr>
            <w:r>
              <w:rPr>
                <w:sz w:val="16"/>
                <w:lang w:eastAsia="ja-JP"/>
              </w:rPr>
              <w:t>店舗、発送先、重量換算、宛先件数も表示</w:t>
            </w:r>
          </w:p>
        </w:tc>
      </w:tr>
      <w:tr w:rsidR="00FE09D8" w14:paraId="783F637F" w14:textId="77777777">
        <w:trPr>
          <w:cantSplit/>
          <w:jc w:val="center"/>
        </w:trPr>
        <w:tc>
          <w:tcPr>
            <w:tcW w:w="1656" w:type="dxa"/>
            <w:shd w:val="clear" w:color="auto" w:fill="FFFFFF"/>
            <w:tcMar>
              <w:top w:w="95" w:type="dxa"/>
              <w:left w:w="105" w:type="dxa"/>
              <w:bottom w:w="95" w:type="dxa"/>
              <w:right w:w="105" w:type="dxa"/>
            </w:tcMar>
            <w:vAlign w:val="center"/>
          </w:tcPr>
          <w:p w14:paraId="1A07AE4E" w14:textId="77777777" w:rsidR="00FE09D8" w:rsidRDefault="00000000">
            <w:pPr>
              <w:spacing w:after="0" w:line="283" w:lineRule="auto"/>
            </w:pPr>
            <w:r>
              <w:rPr>
                <w:b/>
                <w:sz w:val="16"/>
              </w:rPr>
              <w:t xml:space="preserve">5. </w:t>
            </w:r>
            <w:proofErr w:type="spellStart"/>
            <w:r>
              <w:rPr>
                <w:b/>
                <w:sz w:val="16"/>
              </w:rPr>
              <w:t>保存</w:t>
            </w:r>
            <w:proofErr w:type="spellEnd"/>
          </w:p>
        </w:tc>
        <w:tc>
          <w:tcPr>
            <w:tcW w:w="2880" w:type="dxa"/>
            <w:shd w:val="clear" w:color="auto" w:fill="FFFFFF"/>
            <w:tcMar>
              <w:top w:w="95" w:type="dxa"/>
              <w:left w:w="105" w:type="dxa"/>
              <w:bottom w:w="95" w:type="dxa"/>
              <w:right w:w="105" w:type="dxa"/>
            </w:tcMar>
            <w:vAlign w:val="center"/>
          </w:tcPr>
          <w:p w14:paraId="33B69DB6" w14:textId="77777777" w:rsidR="00FE09D8" w:rsidRDefault="00000000">
            <w:pPr>
              <w:spacing w:after="0" w:line="283" w:lineRule="auto"/>
            </w:pPr>
            <w:r>
              <w:rPr>
                <w:sz w:val="16"/>
              </w:rPr>
              <w:t>WordPress DBへ注文登録</w:t>
            </w:r>
          </w:p>
        </w:tc>
        <w:tc>
          <w:tcPr>
            <w:tcW w:w="5328" w:type="dxa"/>
            <w:shd w:val="clear" w:color="auto" w:fill="FFFFFF"/>
            <w:tcMar>
              <w:top w:w="95" w:type="dxa"/>
              <w:left w:w="105" w:type="dxa"/>
              <w:bottom w:w="95" w:type="dxa"/>
              <w:right w:w="105" w:type="dxa"/>
            </w:tcMar>
            <w:vAlign w:val="center"/>
          </w:tcPr>
          <w:p w14:paraId="7FCD0B81" w14:textId="77777777" w:rsidR="00FE09D8" w:rsidRDefault="00000000">
            <w:pPr>
              <w:spacing w:after="0" w:line="283" w:lineRule="auto"/>
              <w:rPr>
                <w:lang w:eastAsia="ja-JP"/>
              </w:rPr>
            </w:pPr>
            <w:r>
              <w:rPr>
                <w:sz w:val="16"/>
                <w:lang w:eastAsia="ja-JP"/>
              </w:rPr>
              <w:t>重複送信防止キーを付与し、完了前に正本保存</w:t>
            </w:r>
          </w:p>
        </w:tc>
      </w:tr>
      <w:tr w:rsidR="00FE09D8" w14:paraId="307ACFAF" w14:textId="77777777">
        <w:trPr>
          <w:cantSplit/>
          <w:jc w:val="center"/>
        </w:trPr>
        <w:tc>
          <w:tcPr>
            <w:tcW w:w="1656" w:type="dxa"/>
            <w:shd w:val="clear" w:color="auto" w:fill="F3F5F7"/>
            <w:tcMar>
              <w:top w:w="95" w:type="dxa"/>
              <w:left w:w="105" w:type="dxa"/>
              <w:bottom w:w="95" w:type="dxa"/>
              <w:right w:w="105" w:type="dxa"/>
            </w:tcMar>
            <w:vAlign w:val="center"/>
          </w:tcPr>
          <w:p w14:paraId="32D90748" w14:textId="77777777" w:rsidR="00FE09D8" w:rsidRDefault="00000000">
            <w:pPr>
              <w:spacing w:after="0" w:line="283" w:lineRule="auto"/>
            </w:pPr>
            <w:r>
              <w:rPr>
                <w:b/>
                <w:sz w:val="16"/>
              </w:rPr>
              <w:t xml:space="preserve">6. </w:t>
            </w:r>
            <w:proofErr w:type="spellStart"/>
            <w:r>
              <w:rPr>
                <w:b/>
                <w:sz w:val="16"/>
              </w:rPr>
              <w:t>完了</w:t>
            </w:r>
            <w:proofErr w:type="spellEnd"/>
          </w:p>
        </w:tc>
        <w:tc>
          <w:tcPr>
            <w:tcW w:w="2880" w:type="dxa"/>
            <w:shd w:val="clear" w:color="auto" w:fill="F3F5F7"/>
            <w:tcMar>
              <w:top w:w="95" w:type="dxa"/>
              <w:left w:w="105" w:type="dxa"/>
              <w:bottom w:w="95" w:type="dxa"/>
              <w:right w:w="105" w:type="dxa"/>
            </w:tcMar>
            <w:vAlign w:val="center"/>
          </w:tcPr>
          <w:p w14:paraId="4AF930A5" w14:textId="77777777" w:rsidR="00FE09D8" w:rsidRDefault="00000000">
            <w:pPr>
              <w:spacing w:after="0" w:line="283" w:lineRule="auto"/>
              <w:rPr>
                <w:lang w:eastAsia="ja-JP"/>
              </w:rPr>
            </w:pPr>
            <w:r>
              <w:rPr>
                <w:sz w:val="16"/>
                <w:lang w:eastAsia="ja-JP"/>
              </w:rPr>
              <w:t>発注書番号と受付結果</w:t>
            </w:r>
          </w:p>
        </w:tc>
        <w:tc>
          <w:tcPr>
            <w:tcW w:w="5328" w:type="dxa"/>
            <w:shd w:val="clear" w:color="auto" w:fill="F3F5F7"/>
            <w:tcMar>
              <w:top w:w="95" w:type="dxa"/>
              <w:left w:w="105" w:type="dxa"/>
              <w:bottom w:w="95" w:type="dxa"/>
              <w:right w:w="105" w:type="dxa"/>
            </w:tcMar>
            <w:vAlign w:val="center"/>
          </w:tcPr>
          <w:p w14:paraId="54CBFB76" w14:textId="77777777" w:rsidR="00FE09D8" w:rsidRDefault="00000000">
            <w:pPr>
              <w:spacing w:after="0" w:line="283" w:lineRule="auto"/>
              <w:rPr>
                <w:lang w:eastAsia="ja-JP"/>
              </w:rPr>
            </w:pPr>
            <w:r>
              <w:rPr>
                <w:sz w:val="16"/>
                <w:lang w:eastAsia="ja-JP"/>
              </w:rPr>
              <w:t>保存成功とメール到達状況を別々に表示</w:t>
            </w:r>
          </w:p>
        </w:tc>
      </w:tr>
      <w:tr w:rsidR="00FE09D8" w14:paraId="269E327E" w14:textId="77777777">
        <w:trPr>
          <w:cantSplit/>
          <w:jc w:val="center"/>
        </w:trPr>
        <w:tc>
          <w:tcPr>
            <w:tcW w:w="1656" w:type="dxa"/>
            <w:shd w:val="clear" w:color="auto" w:fill="FFFFFF"/>
            <w:tcMar>
              <w:top w:w="95" w:type="dxa"/>
              <w:left w:w="105" w:type="dxa"/>
              <w:bottom w:w="95" w:type="dxa"/>
              <w:right w:w="105" w:type="dxa"/>
            </w:tcMar>
            <w:vAlign w:val="center"/>
          </w:tcPr>
          <w:p w14:paraId="727E430A" w14:textId="77777777" w:rsidR="00FE09D8" w:rsidRDefault="00000000">
            <w:pPr>
              <w:spacing w:after="0" w:line="283" w:lineRule="auto"/>
            </w:pPr>
            <w:r>
              <w:rPr>
                <w:b/>
                <w:sz w:val="16"/>
              </w:rPr>
              <w:t xml:space="preserve">7. </w:t>
            </w:r>
            <w:proofErr w:type="spellStart"/>
            <w:r>
              <w:rPr>
                <w:b/>
                <w:sz w:val="16"/>
              </w:rPr>
              <w:t>後続処理</w:t>
            </w:r>
            <w:proofErr w:type="spellEnd"/>
          </w:p>
        </w:tc>
        <w:tc>
          <w:tcPr>
            <w:tcW w:w="2880" w:type="dxa"/>
            <w:shd w:val="clear" w:color="auto" w:fill="FFFFFF"/>
            <w:tcMar>
              <w:top w:w="95" w:type="dxa"/>
              <w:left w:w="105" w:type="dxa"/>
              <w:bottom w:w="95" w:type="dxa"/>
              <w:right w:w="105" w:type="dxa"/>
            </w:tcMar>
            <w:vAlign w:val="center"/>
          </w:tcPr>
          <w:p w14:paraId="70DEC7FF" w14:textId="77777777" w:rsidR="00FE09D8" w:rsidRDefault="00000000">
            <w:pPr>
              <w:spacing w:after="0" w:line="283" w:lineRule="auto"/>
              <w:rPr>
                <w:lang w:eastAsia="ja-JP"/>
              </w:rPr>
            </w:pPr>
            <w:r>
              <w:rPr>
                <w:sz w:val="16"/>
                <w:lang w:eastAsia="ja-JP"/>
              </w:rPr>
              <w:t>メール・Sheets連携</w:t>
            </w:r>
          </w:p>
        </w:tc>
        <w:tc>
          <w:tcPr>
            <w:tcW w:w="5328" w:type="dxa"/>
            <w:shd w:val="clear" w:color="auto" w:fill="FFFFFF"/>
            <w:tcMar>
              <w:top w:w="95" w:type="dxa"/>
              <w:left w:w="105" w:type="dxa"/>
              <w:bottom w:w="95" w:type="dxa"/>
              <w:right w:w="105" w:type="dxa"/>
            </w:tcMar>
            <w:vAlign w:val="center"/>
          </w:tcPr>
          <w:p w14:paraId="2DAB7B19" w14:textId="77777777" w:rsidR="00FE09D8" w:rsidRDefault="00000000">
            <w:pPr>
              <w:spacing w:after="0" w:line="283" w:lineRule="auto"/>
              <w:rPr>
                <w:lang w:eastAsia="ja-JP"/>
              </w:rPr>
            </w:pPr>
            <w:r>
              <w:rPr>
                <w:sz w:val="16"/>
                <w:lang w:eastAsia="ja-JP"/>
              </w:rPr>
              <w:t>非同期。失敗時は管理画面で再送</w:t>
            </w:r>
          </w:p>
        </w:tc>
      </w:tr>
    </w:tbl>
    <w:p w14:paraId="1E03DF65" w14:textId="77777777" w:rsidR="00FE09D8" w:rsidRDefault="00FE09D8">
      <w:pPr>
        <w:spacing w:after="0"/>
        <w:rPr>
          <w:lang w:eastAsia="ja-JP"/>
        </w:rPr>
      </w:pPr>
    </w:p>
    <w:p w14:paraId="159DF472" w14:textId="77777777" w:rsidR="00FE09D8" w:rsidRDefault="00000000">
      <w:pPr>
        <w:pStyle w:val="21"/>
        <w:spacing w:before="160" w:after="80" w:line="240" w:lineRule="auto"/>
      </w:pPr>
      <w:r>
        <w:rPr>
          <w:rFonts w:ascii="Noto Sans JP" w:eastAsia="Noto Sans JP" w:hAnsi="Noto Sans JP"/>
        </w:rPr>
        <w:t xml:space="preserve">5.1 </w:t>
      </w:r>
      <w:proofErr w:type="spellStart"/>
      <w:r>
        <w:rPr>
          <w:rFonts w:ascii="Noto Sans JP" w:eastAsia="Noto Sans JP" w:hAnsi="Noto Sans JP"/>
        </w:rPr>
        <w:t>入力項目</w:t>
      </w:r>
      <w:proofErr w:type="spellEnd"/>
    </w:p>
    <w:tbl>
      <w:tblPr>
        <w:tblStyle w:val="afe"/>
        <w:tblW w:w="0" w:type="auto"/>
        <w:jc w:val="center"/>
        <w:tblLayout w:type="fixed"/>
        <w:tblLook w:val="04A0" w:firstRow="1" w:lastRow="0" w:firstColumn="1" w:lastColumn="0" w:noHBand="0" w:noVBand="1"/>
      </w:tblPr>
      <w:tblGrid>
        <w:gridCol w:w="2016"/>
        <w:gridCol w:w="2520"/>
        <w:gridCol w:w="5328"/>
      </w:tblGrid>
      <w:tr w:rsidR="00FE09D8" w14:paraId="7825221E" w14:textId="77777777">
        <w:trPr>
          <w:tblHeader/>
          <w:jc w:val="center"/>
        </w:trPr>
        <w:tc>
          <w:tcPr>
            <w:tcW w:w="2016" w:type="dxa"/>
            <w:shd w:val="clear" w:color="auto" w:fill="153F5B"/>
            <w:tcMar>
              <w:top w:w="95" w:type="dxa"/>
              <w:left w:w="105" w:type="dxa"/>
              <w:bottom w:w="95" w:type="dxa"/>
              <w:right w:w="105" w:type="dxa"/>
            </w:tcMar>
            <w:vAlign w:val="center"/>
          </w:tcPr>
          <w:p w14:paraId="67B76937" w14:textId="77777777" w:rsidR="00FE09D8" w:rsidRDefault="00000000">
            <w:pPr>
              <w:spacing w:after="0" w:line="240" w:lineRule="auto"/>
            </w:pPr>
            <w:r>
              <w:rPr>
                <w:b/>
                <w:color w:val="FFFFFF"/>
                <w:sz w:val="17"/>
              </w:rPr>
              <w:t>項目</w:t>
            </w:r>
          </w:p>
        </w:tc>
        <w:tc>
          <w:tcPr>
            <w:tcW w:w="2520" w:type="dxa"/>
            <w:shd w:val="clear" w:color="auto" w:fill="153F5B"/>
            <w:tcMar>
              <w:top w:w="95" w:type="dxa"/>
              <w:left w:w="105" w:type="dxa"/>
              <w:bottom w:w="95" w:type="dxa"/>
              <w:right w:w="105" w:type="dxa"/>
            </w:tcMar>
            <w:vAlign w:val="center"/>
          </w:tcPr>
          <w:p w14:paraId="024C5ED7" w14:textId="77777777" w:rsidR="00FE09D8" w:rsidRDefault="00000000">
            <w:pPr>
              <w:spacing w:after="0" w:line="240" w:lineRule="auto"/>
            </w:pPr>
            <w:r>
              <w:rPr>
                <w:b/>
                <w:color w:val="FFFFFF"/>
                <w:sz w:val="17"/>
              </w:rPr>
              <w:t>入力者</w:t>
            </w:r>
          </w:p>
        </w:tc>
        <w:tc>
          <w:tcPr>
            <w:tcW w:w="5328" w:type="dxa"/>
            <w:shd w:val="clear" w:color="auto" w:fill="153F5B"/>
            <w:tcMar>
              <w:top w:w="95" w:type="dxa"/>
              <w:left w:w="105" w:type="dxa"/>
              <w:bottom w:w="95" w:type="dxa"/>
              <w:right w:w="105" w:type="dxa"/>
            </w:tcMar>
            <w:vAlign w:val="center"/>
          </w:tcPr>
          <w:p w14:paraId="46DF1B3F" w14:textId="77777777" w:rsidR="00FE09D8" w:rsidRDefault="00000000">
            <w:pPr>
              <w:spacing w:after="0" w:line="240" w:lineRule="auto"/>
            </w:pPr>
            <w:r>
              <w:rPr>
                <w:b/>
                <w:color w:val="FFFFFF"/>
                <w:sz w:val="17"/>
              </w:rPr>
              <w:t>検証</w:t>
            </w:r>
          </w:p>
        </w:tc>
      </w:tr>
      <w:tr w:rsidR="00FE09D8" w14:paraId="7160F704" w14:textId="77777777">
        <w:trPr>
          <w:cantSplit/>
          <w:jc w:val="center"/>
        </w:trPr>
        <w:tc>
          <w:tcPr>
            <w:tcW w:w="2016" w:type="dxa"/>
            <w:shd w:val="clear" w:color="auto" w:fill="FFFFFF"/>
            <w:tcMar>
              <w:top w:w="95" w:type="dxa"/>
              <w:left w:w="105" w:type="dxa"/>
              <w:bottom w:w="95" w:type="dxa"/>
              <w:right w:w="105" w:type="dxa"/>
            </w:tcMar>
            <w:vAlign w:val="center"/>
          </w:tcPr>
          <w:p w14:paraId="439ACEC3" w14:textId="77777777" w:rsidR="00FE09D8" w:rsidRDefault="00000000">
            <w:pPr>
              <w:spacing w:after="0" w:line="283" w:lineRule="auto"/>
            </w:pPr>
            <w:r>
              <w:rPr>
                <w:b/>
                <w:sz w:val="17"/>
              </w:rPr>
              <w:t>店舗・発送先</w:t>
            </w:r>
          </w:p>
        </w:tc>
        <w:tc>
          <w:tcPr>
            <w:tcW w:w="2520" w:type="dxa"/>
            <w:shd w:val="clear" w:color="auto" w:fill="FFFFFF"/>
            <w:tcMar>
              <w:top w:w="95" w:type="dxa"/>
              <w:left w:w="105" w:type="dxa"/>
              <w:bottom w:w="95" w:type="dxa"/>
              <w:right w:w="105" w:type="dxa"/>
            </w:tcMar>
            <w:vAlign w:val="center"/>
          </w:tcPr>
          <w:p w14:paraId="24FADE0B" w14:textId="77777777" w:rsidR="00FE09D8" w:rsidRDefault="00000000">
            <w:pPr>
              <w:spacing w:after="0" w:line="283" w:lineRule="auto"/>
            </w:pPr>
            <w:r>
              <w:rPr>
                <w:sz w:val="17"/>
              </w:rPr>
              <w:t>システム自動設定</w:t>
            </w:r>
          </w:p>
        </w:tc>
        <w:tc>
          <w:tcPr>
            <w:tcW w:w="5328" w:type="dxa"/>
            <w:shd w:val="clear" w:color="auto" w:fill="FFFFFF"/>
            <w:tcMar>
              <w:top w:w="95" w:type="dxa"/>
              <w:left w:w="105" w:type="dxa"/>
              <w:bottom w:w="95" w:type="dxa"/>
              <w:right w:w="105" w:type="dxa"/>
            </w:tcMar>
            <w:vAlign w:val="center"/>
          </w:tcPr>
          <w:p w14:paraId="4724FF3F" w14:textId="77777777" w:rsidR="00FE09D8" w:rsidRDefault="00000000">
            <w:pPr>
              <w:spacing w:after="0" w:line="283" w:lineRule="auto"/>
              <w:rPr>
                <w:lang w:eastAsia="ja-JP"/>
              </w:rPr>
            </w:pPr>
            <w:r>
              <w:rPr>
                <w:sz w:val="17"/>
                <w:lang w:eastAsia="ja-JP"/>
              </w:rPr>
              <w:t>専用リンクに紐づく有効店舗であること</w:t>
            </w:r>
          </w:p>
        </w:tc>
      </w:tr>
      <w:tr w:rsidR="00FE09D8" w14:paraId="46D15F16" w14:textId="77777777">
        <w:trPr>
          <w:cantSplit/>
          <w:jc w:val="center"/>
        </w:trPr>
        <w:tc>
          <w:tcPr>
            <w:tcW w:w="2016" w:type="dxa"/>
            <w:shd w:val="clear" w:color="auto" w:fill="F3F5F7"/>
            <w:tcMar>
              <w:top w:w="95" w:type="dxa"/>
              <w:left w:w="105" w:type="dxa"/>
              <w:bottom w:w="95" w:type="dxa"/>
              <w:right w:w="105" w:type="dxa"/>
            </w:tcMar>
            <w:vAlign w:val="center"/>
          </w:tcPr>
          <w:p w14:paraId="2FF13A35" w14:textId="77777777" w:rsidR="00FE09D8" w:rsidRDefault="00000000">
            <w:pPr>
              <w:spacing w:after="0" w:line="283" w:lineRule="auto"/>
            </w:pPr>
            <w:proofErr w:type="spellStart"/>
            <w:r>
              <w:rPr>
                <w:b/>
                <w:sz w:val="17"/>
              </w:rPr>
              <w:t>商品</w:t>
            </w:r>
            <w:proofErr w:type="spellEnd"/>
          </w:p>
        </w:tc>
        <w:tc>
          <w:tcPr>
            <w:tcW w:w="2520" w:type="dxa"/>
            <w:shd w:val="clear" w:color="auto" w:fill="F3F5F7"/>
            <w:tcMar>
              <w:top w:w="95" w:type="dxa"/>
              <w:left w:w="105" w:type="dxa"/>
              <w:bottom w:w="95" w:type="dxa"/>
              <w:right w:w="105" w:type="dxa"/>
            </w:tcMar>
            <w:vAlign w:val="center"/>
          </w:tcPr>
          <w:p w14:paraId="5452D081" w14:textId="77777777" w:rsidR="00FE09D8" w:rsidRDefault="00000000">
            <w:pPr>
              <w:spacing w:after="0" w:line="283" w:lineRule="auto"/>
            </w:pPr>
            <w:r>
              <w:rPr>
                <w:sz w:val="17"/>
              </w:rPr>
              <w:t>注文者選択</w:t>
            </w:r>
          </w:p>
        </w:tc>
        <w:tc>
          <w:tcPr>
            <w:tcW w:w="5328" w:type="dxa"/>
            <w:shd w:val="clear" w:color="auto" w:fill="F3F5F7"/>
            <w:tcMar>
              <w:top w:w="95" w:type="dxa"/>
              <w:left w:w="105" w:type="dxa"/>
              <w:bottom w:w="95" w:type="dxa"/>
              <w:right w:w="105" w:type="dxa"/>
            </w:tcMar>
            <w:vAlign w:val="center"/>
          </w:tcPr>
          <w:p w14:paraId="0815C91F" w14:textId="77777777" w:rsidR="00FE09D8" w:rsidRDefault="00000000">
            <w:pPr>
              <w:spacing w:after="0" w:line="283" w:lineRule="auto"/>
              <w:rPr>
                <w:lang w:eastAsia="ja-JP"/>
              </w:rPr>
            </w:pPr>
            <w:r>
              <w:rPr>
                <w:sz w:val="17"/>
                <w:lang w:eastAsia="ja-JP"/>
              </w:rPr>
              <w:t>有効商品のみ。初期は業務用米1点</w:t>
            </w:r>
          </w:p>
        </w:tc>
      </w:tr>
      <w:tr w:rsidR="00FE09D8" w14:paraId="736805A3" w14:textId="77777777">
        <w:trPr>
          <w:cantSplit/>
          <w:jc w:val="center"/>
        </w:trPr>
        <w:tc>
          <w:tcPr>
            <w:tcW w:w="2016" w:type="dxa"/>
            <w:shd w:val="clear" w:color="auto" w:fill="FFFFFF"/>
            <w:tcMar>
              <w:top w:w="95" w:type="dxa"/>
              <w:left w:w="105" w:type="dxa"/>
              <w:bottom w:w="95" w:type="dxa"/>
              <w:right w:w="105" w:type="dxa"/>
            </w:tcMar>
            <w:vAlign w:val="center"/>
          </w:tcPr>
          <w:p w14:paraId="6939AB00" w14:textId="77777777" w:rsidR="00FE09D8" w:rsidRDefault="00000000">
            <w:pPr>
              <w:spacing w:after="0" w:line="283" w:lineRule="auto"/>
            </w:pPr>
            <w:proofErr w:type="spellStart"/>
            <w:r>
              <w:rPr>
                <w:b/>
                <w:sz w:val="17"/>
              </w:rPr>
              <w:t>箱数</w:t>
            </w:r>
            <w:proofErr w:type="spellEnd"/>
          </w:p>
        </w:tc>
        <w:tc>
          <w:tcPr>
            <w:tcW w:w="2520" w:type="dxa"/>
            <w:shd w:val="clear" w:color="auto" w:fill="FFFFFF"/>
            <w:tcMar>
              <w:top w:w="95" w:type="dxa"/>
              <w:left w:w="105" w:type="dxa"/>
              <w:bottom w:w="95" w:type="dxa"/>
              <w:right w:w="105" w:type="dxa"/>
            </w:tcMar>
            <w:vAlign w:val="center"/>
          </w:tcPr>
          <w:p w14:paraId="6462214C" w14:textId="77777777" w:rsidR="00FE09D8" w:rsidRDefault="00000000">
            <w:pPr>
              <w:spacing w:after="0" w:line="283" w:lineRule="auto"/>
            </w:pPr>
            <w:r>
              <w:rPr>
                <w:sz w:val="17"/>
              </w:rPr>
              <w:t>注文者入力</w:t>
            </w:r>
          </w:p>
        </w:tc>
        <w:tc>
          <w:tcPr>
            <w:tcW w:w="5328" w:type="dxa"/>
            <w:shd w:val="clear" w:color="auto" w:fill="FFFFFF"/>
            <w:tcMar>
              <w:top w:w="95" w:type="dxa"/>
              <w:left w:w="105" w:type="dxa"/>
              <w:bottom w:w="95" w:type="dxa"/>
              <w:right w:w="105" w:type="dxa"/>
            </w:tcMar>
            <w:vAlign w:val="center"/>
          </w:tcPr>
          <w:p w14:paraId="23A45BF2" w14:textId="77777777" w:rsidR="00FE09D8" w:rsidRDefault="00000000">
            <w:pPr>
              <w:spacing w:after="0" w:line="283" w:lineRule="auto"/>
            </w:pPr>
            <w:r>
              <w:rPr>
                <w:sz w:val="17"/>
              </w:rPr>
              <w:t>整数、1以上、管理上限以下</w:t>
            </w:r>
          </w:p>
        </w:tc>
      </w:tr>
      <w:tr w:rsidR="00FE09D8" w14:paraId="4F0E3885" w14:textId="77777777">
        <w:trPr>
          <w:cantSplit/>
          <w:jc w:val="center"/>
        </w:trPr>
        <w:tc>
          <w:tcPr>
            <w:tcW w:w="2016" w:type="dxa"/>
            <w:shd w:val="clear" w:color="auto" w:fill="F3F5F7"/>
            <w:tcMar>
              <w:top w:w="95" w:type="dxa"/>
              <w:left w:w="105" w:type="dxa"/>
              <w:bottom w:w="95" w:type="dxa"/>
              <w:right w:w="105" w:type="dxa"/>
            </w:tcMar>
            <w:vAlign w:val="center"/>
          </w:tcPr>
          <w:p w14:paraId="78AD3D4A" w14:textId="77777777" w:rsidR="00FE09D8" w:rsidRDefault="00000000">
            <w:pPr>
              <w:spacing w:after="0" w:line="283" w:lineRule="auto"/>
            </w:pPr>
            <w:r>
              <w:rPr>
                <w:b/>
                <w:sz w:val="17"/>
              </w:rPr>
              <w:t>発送希望日</w:t>
            </w:r>
          </w:p>
        </w:tc>
        <w:tc>
          <w:tcPr>
            <w:tcW w:w="2520" w:type="dxa"/>
            <w:shd w:val="clear" w:color="auto" w:fill="F3F5F7"/>
            <w:tcMar>
              <w:top w:w="95" w:type="dxa"/>
              <w:left w:w="105" w:type="dxa"/>
              <w:bottom w:w="95" w:type="dxa"/>
              <w:right w:w="105" w:type="dxa"/>
            </w:tcMar>
            <w:vAlign w:val="center"/>
          </w:tcPr>
          <w:p w14:paraId="2915427C" w14:textId="77777777" w:rsidR="00FE09D8" w:rsidRDefault="00000000">
            <w:pPr>
              <w:spacing w:after="0" w:line="283" w:lineRule="auto"/>
            </w:pPr>
            <w:r>
              <w:rPr>
                <w:sz w:val="17"/>
              </w:rPr>
              <w:t>注文者選択</w:t>
            </w:r>
          </w:p>
        </w:tc>
        <w:tc>
          <w:tcPr>
            <w:tcW w:w="5328" w:type="dxa"/>
            <w:shd w:val="clear" w:color="auto" w:fill="F3F5F7"/>
            <w:tcMar>
              <w:top w:w="95" w:type="dxa"/>
              <w:left w:w="105" w:type="dxa"/>
              <w:bottom w:w="95" w:type="dxa"/>
              <w:right w:w="105" w:type="dxa"/>
            </w:tcMar>
            <w:vAlign w:val="center"/>
          </w:tcPr>
          <w:p w14:paraId="2FA4599A" w14:textId="77777777" w:rsidR="00FE09D8" w:rsidRDefault="00000000">
            <w:pPr>
              <w:spacing w:after="0" w:line="283" w:lineRule="auto"/>
              <w:rPr>
                <w:lang w:eastAsia="ja-JP"/>
              </w:rPr>
            </w:pPr>
            <w:r>
              <w:rPr>
                <w:sz w:val="17"/>
                <w:lang w:eastAsia="ja-JP"/>
              </w:rPr>
              <w:t>公開中の発送日で締切前</w:t>
            </w:r>
          </w:p>
        </w:tc>
      </w:tr>
      <w:tr w:rsidR="00FE09D8" w14:paraId="7164723E" w14:textId="77777777">
        <w:trPr>
          <w:cantSplit/>
          <w:jc w:val="center"/>
        </w:trPr>
        <w:tc>
          <w:tcPr>
            <w:tcW w:w="2016" w:type="dxa"/>
            <w:shd w:val="clear" w:color="auto" w:fill="FFFFFF"/>
            <w:tcMar>
              <w:top w:w="95" w:type="dxa"/>
              <w:left w:w="105" w:type="dxa"/>
              <w:bottom w:w="95" w:type="dxa"/>
              <w:right w:w="105" w:type="dxa"/>
            </w:tcMar>
            <w:vAlign w:val="center"/>
          </w:tcPr>
          <w:p w14:paraId="6F9B1C68" w14:textId="77777777" w:rsidR="00FE09D8" w:rsidRDefault="00000000">
            <w:pPr>
              <w:spacing w:after="0" w:line="283" w:lineRule="auto"/>
            </w:pPr>
            <w:proofErr w:type="spellStart"/>
            <w:r>
              <w:rPr>
                <w:b/>
                <w:sz w:val="17"/>
              </w:rPr>
              <w:t>メール宛先</w:t>
            </w:r>
            <w:proofErr w:type="spellEnd"/>
          </w:p>
        </w:tc>
        <w:tc>
          <w:tcPr>
            <w:tcW w:w="2520" w:type="dxa"/>
            <w:shd w:val="clear" w:color="auto" w:fill="FFFFFF"/>
            <w:tcMar>
              <w:top w:w="95" w:type="dxa"/>
              <w:left w:w="105" w:type="dxa"/>
              <w:bottom w:w="95" w:type="dxa"/>
              <w:right w:w="105" w:type="dxa"/>
            </w:tcMar>
            <w:vAlign w:val="center"/>
          </w:tcPr>
          <w:p w14:paraId="2C9DB6AC" w14:textId="77777777" w:rsidR="00FE09D8" w:rsidRDefault="00000000">
            <w:pPr>
              <w:spacing w:after="0" w:line="283" w:lineRule="auto"/>
            </w:pPr>
            <w:r>
              <w:rPr>
                <w:sz w:val="17"/>
              </w:rPr>
              <w:t>システム自動設定</w:t>
            </w:r>
          </w:p>
        </w:tc>
        <w:tc>
          <w:tcPr>
            <w:tcW w:w="5328" w:type="dxa"/>
            <w:shd w:val="clear" w:color="auto" w:fill="FFFFFF"/>
            <w:tcMar>
              <w:top w:w="95" w:type="dxa"/>
              <w:left w:w="105" w:type="dxa"/>
              <w:bottom w:w="95" w:type="dxa"/>
              <w:right w:w="105" w:type="dxa"/>
            </w:tcMar>
            <w:vAlign w:val="center"/>
          </w:tcPr>
          <w:p w14:paraId="3975A5BF" w14:textId="77777777" w:rsidR="00FE09D8" w:rsidRDefault="00000000">
            <w:pPr>
              <w:spacing w:after="0" w:line="283" w:lineRule="auto"/>
              <w:rPr>
                <w:lang w:eastAsia="ja-JP"/>
              </w:rPr>
            </w:pPr>
            <w:r>
              <w:rPr>
                <w:sz w:val="17"/>
                <w:lang w:eastAsia="ja-JP"/>
              </w:rPr>
              <w:t>店舗発送先情報の有効宛先をスナップショット保存</w:t>
            </w:r>
          </w:p>
        </w:tc>
      </w:tr>
      <w:tr w:rsidR="00FE09D8" w14:paraId="21CCCC6D" w14:textId="77777777">
        <w:trPr>
          <w:cantSplit/>
          <w:jc w:val="center"/>
        </w:trPr>
        <w:tc>
          <w:tcPr>
            <w:tcW w:w="2016" w:type="dxa"/>
            <w:shd w:val="clear" w:color="auto" w:fill="F3F5F7"/>
            <w:tcMar>
              <w:top w:w="95" w:type="dxa"/>
              <w:left w:w="105" w:type="dxa"/>
              <w:bottom w:w="95" w:type="dxa"/>
              <w:right w:w="105" w:type="dxa"/>
            </w:tcMar>
            <w:vAlign w:val="center"/>
          </w:tcPr>
          <w:p w14:paraId="357F96E8" w14:textId="77777777" w:rsidR="00FE09D8" w:rsidRDefault="00000000">
            <w:pPr>
              <w:spacing w:after="0" w:line="283" w:lineRule="auto"/>
            </w:pPr>
            <w:proofErr w:type="spellStart"/>
            <w:r>
              <w:rPr>
                <w:b/>
                <w:sz w:val="17"/>
              </w:rPr>
              <w:t>備考</w:t>
            </w:r>
            <w:proofErr w:type="spellEnd"/>
          </w:p>
        </w:tc>
        <w:tc>
          <w:tcPr>
            <w:tcW w:w="2520" w:type="dxa"/>
            <w:shd w:val="clear" w:color="auto" w:fill="F3F5F7"/>
            <w:tcMar>
              <w:top w:w="95" w:type="dxa"/>
              <w:left w:w="105" w:type="dxa"/>
              <w:bottom w:w="95" w:type="dxa"/>
              <w:right w:w="105" w:type="dxa"/>
            </w:tcMar>
            <w:vAlign w:val="center"/>
          </w:tcPr>
          <w:p w14:paraId="7ACD08C9" w14:textId="77777777" w:rsidR="00FE09D8" w:rsidRDefault="00000000">
            <w:pPr>
              <w:spacing w:after="0" w:line="283" w:lineRule="auto"/>
            </w:pPr>
            <w:r>
              <w:rPr>
                <w:sz w:val="17"/>
              </w:rPr>
              <w:t>注文者入力</w:t>
            </w:r>
          </w:p>
        </w:tc>
        <w:tc>
          <w:tcPr>
            <w:tcW w:w="5328" w:type="dxa"/>
            <w:shd w:val="clear" w:color="auto" w:fill="F3F5F7"/>
            <w:tcMar>
              <w:top w:w="95" w:type="dxa"/>
              <w:left w:w="105" w:type="dxa"/>
              <w:bottom w:w="95" w:type="dxa"/>
              <w:right w:w="105" w:type="dxa"/>
            </w:tcMar>
            <w:vAlign w:val="center"/>
          </w:tcPr>
          <w:p w14:paraId="26D7044D" w14:textId="77777777" w:rsidR="00FE09D8" w:rsidRDefault="00000000">
            <w:pPr>
              <w:spacing w:after="0" w:line="283" w:lineRule="auto"/>
              <w:rPr>
                <w:lang w:eastAsia="ja-JP"/>
              </w:rPr>
            </w:pPr>
            <w:r>
              <w:rPr>
                <w:sz w:val="17"/>
                <w:lang w:eastAsia="ja-JP"/>
              </w:rPr>
              <w:t>任意、最大200文字、危険なHTMLは除去</w:t>
            </w:r>
          </w:p>
        </w:tc>
      </w:tr>
    </w:tbl>
    <w:p w14:paraId="48CB2BE4" w14:textId="77777777" w:rsidR="00FE09D8" w:rsidRDefault="00FE09D8">
      <w:pPr>
        <w:spacing w:after="0"/>
        <w:rPr>
          <w:lang w:eastAsia="ja-JP"/>
        </w:rPr>
      </w:pPr>
    </w:p>
    <w:tbl>
      <w:tblPr>
        <w:tblW w:w="0" w:type="auto"/>
        <w:jc w:val="center"/>
        <w:tblLayout w:type="fixed"/>
        <w:tblLook w:val="04A0" w:firstRow="1" w:lastRow="0" w:firstColumn="1" w:lastColumn="0" w:noHBand="0" w:noVBand="1"/>
      </w:tblPr>
      <w:tblGrid>
        <w:gridCol w:w="4997"/>
        <w:gridCol w:w="4997"/>
      </w:tblGrid>
      <w:tr w:rsidR="00FE09D8" w14:paraId="1924C6CA" w14:textId="77777777">
        <w:trPr>
          <w:jc w:val="center"/>
        </w:trPr>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vAlign w:val="center"/>
          </w:tcPr>
          <w:p w14:paraId="355FAFCE" w14:textId="77777777" w:rsidR="00FE09D8" w:rsidRDefault="00000000">
            <w:pPr>
              <w:spacing w:after="0" w:line="240" w:lineRule="auto"/>
              <w:jc w:val="center"/>
            </w:pPr>
            <w:r>
              <w:rPr>
                <w:b/>
                <w:color w:val="087A5B"/>
                <w:sz w:val="16"/>
              </w:rPr>
              <w:t>SAFE</w:t>
            </w:r>
          </w:p>
        </w:tc>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tcPr>
          <w:p w14:paraId="32E853D8" w14:textId="77777777" w:rsidR="00FE09D8" w:rsidRDefault="00000000">
            <w:pPr>
              <w:spacing w:after="40" w:line="240" w:lineRule="auto"/>
              <w:rPr>
                <w:lang w:eastAsia="ja-JP"/>
              </w:rPr>
            </w:pPr>
            <w:r>
              <w:rPr>
                <w:b/>
                <w:color w:val="087A5B"/>
                <w:lang w:eastAsia="ja-JP"/>
              </w:rPr>
              <w:t>重複注文を防ぐ</w:t>
            </w:r>
          </w:p>
          <w:p w14:paraId="15E54F6D" w14:textId="77777777" w:rsidR="00FE09D8" w:rsidRDefault="00000000">
            <w:pPr>
              <w:spacing w:after="0"/>
              <w:rPr>
                <w:lang w:eastAsia="ja-JP"/>
              </w:rPr>
            </w:pPr>
            <w:r>
              <w:rPr>
                <w:sz w:val="17"/>
                <w:lang w:eastAsia="ja-JP"/>
              </w:rPr>
              <w:t>注文ボタン押下時に一意の冪等性キーを送り、同じキーの再送信は既存の発注書番号を返す。二重クリック、画面再読込、通信再試行による二重登録を防止する。</w:t>
            </w:r>
          </w:p>
        </w:tc>
      </w:tr>
    </w:tbl>
    <w:p w14:paraId="32EB0415" w14:textId="77777777" w:rsidR="00FE09D8" w:rsidRDefault="00FE09D8">
      <w:pPr>
        <w:spacing w:after="0"/>
        <w:rPr>
          <w:lang w:eastAsia="ja-JP"/>
        </w:rPr>
      </w:pPr>
    </w:p>
    <w:p w14:paraId="7D086527" w14:textId="77777777" w:rsidR="00FE09D8" w:rsidRDefault="00FE09D8">
      <w:pPr>
        <w:pBdr>
          <w:bottom w:val="single" w:sz="8" w:space="1" w:color="D9E2E8"/>
        </w:pBdr>
        <w:spacing w:before="200" w:after="160"/>
        <w:rPr>
          <w:lang w:eastAsia="ja-JP"/>
        </w:rPr>
      </w:pPr>
    </w:p>
    <w:p w14:paraId="461D8CF7" w14:textId="77777777" w:rsidR="00FE09D8" w:rsidRDefault="00000000">
      <w:pPr>
        <w:spacing w:after="40" w:line="240" w:lineRule="auto"/>
        <w:rPr>
          <w:lang w:eastAsia="ja-JP"/>
        </w:rPr>
      </w:pPr>
      <w:r>
        <w:rPr>
          <w:b/>
          <w:color w:val="153F5B"/>
          <w:sz w:val="17"/>
          <w:shd w:val="clear" w:color="auto" w:fill="EAF3F8"/>
          <w:lang w:eastAsia="ja-JP"/>
        </w:rPr>
        <w:t>SECTION 06</w:t>
      </w:r>
    </w:p>
    <w:p w14:paraId="76B5CD0C" w14:textId="77777777" w:rsidR="00FE09D8" w:rsidRDefault="00000000">
      <w:pPr>
        <w:pStyle w:val="1"/>
        <w:spacing w:before="60" w:after="80" w:line="240" w:lineRule="auto"/>
        <w:rPr>
          <w:lang w:eastAsia="ja-JP"/>
        </w:rPr>
      </w:pPr>
      <w:r>
        <w:rPr>
          <w:rFonts w:ascii="Noto Sans JP" w:eastAsia="Noto Sans JP" w:hAnsi="Noto Sans JP"/>
          <w:lang w:eastAsia="ja-JP"/>
        </w:rPr>
        <w:t>確認メール・到達状況</w:t>
      </w:r>
    </w:p>
    <w:p w14:paraId="37884616" w14:textId="77777777" w:rsidR="00FE09D8" w:rsidRDefault="00000000">
      <w:pPr>
        <w:spacing w:after="200" w:line="317" w:lineRule="auto"/>
        <w:rPr>
          <w:lang w:eastAsia="ja-JP"/>
        </w:rPr>
      </w:pPr>
      <w:r>
        <w:rPr>
          <w:color w:val="526273"/>
          <w:sz w:val="18"/>
          <w:lang w:eastAsia="ja-JP"/>
        </w:rPr>
        <w:t>店舗発送先情報の宛先へ個別送信し、宛先ごとの結果をそのまま確認できるようにする。</w:t>
      </w:r>
    </w:p>
    <w:p w14:paraId="01F5963C" w14:textId="77777777" w:rsidR="00FE09D8" w:rsidRDefault="00000000">
      <w:pPr>
        <w:pStyle w:val="21"/>
        <w:spacing w:before="160" w:after="80" w:line="240" w:lineRule="auto"/>
      </w:pPr>
      <w:r>
        <w:rPr>
          <w:rFonts w:ascii="Noto Sans JP" w:eastAsia="Noto Sans JP" w:hAnsi="Noto Sans JP"/>
        </w:rPr>
        <w:lastRenderedPageBreak/>
        <w:t xml:space="preserve">6.1 </w:t>
      </w:r>
      <w:proofErr w:type="spellStart"/>
      <w:r>
        <w:rPr>
          <w:rFonts w:ascii="Noto Sans JP" w:eastAsia="Noto Sans JP" w:hAnsi="Noto Sans JP"/>
        </w:rPr>
        <w:t>宛先と送信方法</w:t>
      </w:r>
      <w:proofErr w:type="spellEnd"/>
    </w:p>
    <w:p w14:paraId="45911FEA" w14:textId="77777777" w:rsidR="00FE09D8" w:rsidRDefault="00000000">
      <w:pPr>
        <w:pStyle w:val="a0"/>
        <w:spacing w:after="60"/>
        <w:rPr>
          <w:lang w:eastAsia="ja-JP"/>
        </w:rPr>
      </w:pPr>
      <w:r>
        <w:rPr>
          <w:lang w:eastAsia="ja-JP"/>
        </w:rPr>
        <w:t>送信先は注文時点の店舗発送先情報に登録されている有効なメールアドレスとする。</w:t>
      </w:r>
    </w:p>
    <w:p w14:paraId="6B821C9D" w14:textId="77777777" w:rsidR="00FE09D8" w:rsidRDefault="00000000">
      <w:pPr>
        <w:pStyle w:val="a0"/>
        <w:spacing w:after="60"/>
        <w:rPr>
          <w:lang w:eastAsia="ja-JP"/>
        </w:rPr>
      </w:pPr>
      <w:r>
        <w:rPr>
          <w:lang w:eastAsia="ja-JP"/>
        </w:rPr>
        <w:t>複数宛先には1通ずつ個別送信し、他の宛先をTo/Ccで開示しない。</w:t>
      </w:r>
    </w:p>
    <w:p w14:paraId="7990A440" w14:textId="77777777" w:rsidR="00FE09D8" w:rsidRDefault="00000000">
      <w:pPr>
        <w:pStyle w:val="a0"/>
        <w:spacing w:after="60"/>
        <w:rPr>
          <w:lang w:eastAsia="ja-JP"/>
        </w:rPr>
      </w:pPr>
      <w:r>
        <w:rPr>
          <w:lang w:eastAsia="ja-JP"/>
        </w:rPr>
        <w:t>注文保存後にキューへ登録し、送信失敗で注文受付自体を失敗扱いにしない。</w:t>
      </w:r>
    </w:p>
    <w:p w14:paraId="3CFA16C6" w14:textId="77777777" w:rsidR="00FE09D8" w:rsidRDefault="00000000">
      <w:pPr>
        <w:pStyle w:val="a0"/>
        <w:spacing w:after="60"/>
        <w:rPr>
          <w:lang w:eastAsia="ja-JP"/>
        </w:rPr>
      </w:pPr>
      <w:r>
        <w:rPr>
          <w:lang w:eastAsia="ja-JP"/>
        </w:rPr>
        <w:t>件名と本文に発注書番号、店舗、商品、箱数、発送希望日、変更・取消期限、連絡方法を記載する。</w:t>
      </w:r>
    </w:p>
    <w:p w14:paraId="61487694" w14:textId="77777777" w:rsidR="00FE09D8" w:rsidRDefault="00000000">
      <w:pPr>
        <w:pStyle w:val="a0"/>
        <w:spacing w:after="60"/>
        <w:rPr>
          <w:lang w:eastAsia="ja-JP"/>
        </w:rPr>
      </w:pPr>
      <w:r>
        <w:rPr>
          <w:lang w:eastAsia="ja-JP"/>
        </w:rPr>
        <w:t>発送者など店舗以外の固定宛先が必要な場合も、該当する発送先・商品マスター側の設定として管理する。</w:t>
      </w:r>
    </w:p>
    <w:p w14:paraId="33FA0500" w14:textId="77777777" w:rsidR="00FE09D8" w:rsidRDefault="00000000">
      <w:pPr>
        <w:pStyle w:val="21"/>
        <w:spacing w:before="160" w:after="80" w:line="240" w:lineRule="auto"/>
      </w:pPr>
      <w:r>
        <w:rPr>
          <w:rFonts w:ascii="Noto Sans JP" w:eastAsia="Noto Sans JP" w:hAnsi="Noto Sans JP"/>
        </w:rPr>
        <w:t xml:space="preserve">6.2 </w:t>
      </w:r>
      <w:proofErr w:type="spellStart"/>
      <w:r>
        <w:rPr>
          <w:rFonts w:ascii="Noto Sans JP" w:eastAsia="Noto Sans JP" w:hAnsi="Noto Sans JP"/>
        </w:rPr>
        <w:t>到達ステータス</w:t>
      </w:r>
      <w:proofErr w:type="spellEnd"/>
    </w:p>
    <w:tbl>
      <w:tblPr>
        <w:tblStyle w:val="afe"/>
        <w:tblW w:w="0" w:type="auto"/>
        <w:jc w:val="center"/>
        <w:tblLayout w:type="fixed"/>
        <w:tblLook w:val="04A0" w:firstRow="1" w:lastRow="0" w:firstColumn="1" w:lastColumn="0" w:noHBand="0" w:noVBand="1"/>
      </w:tblPr>
      <w:tblGrid>
        <w:gridCol w:w="1800"/>
        <w:gridCol w:w="3384"/>
        <w:gridCol w:w="4680"/>
      </w:tblGrid>
      <w:tr w:rsidR="00FE09D8" w14:paraId="7CDA9EEC" w14:textId="77777777">
        <w:trPr>
          <w:tblHeader/>
          <w:jc w:val="center"/>
        </w:trPr>
        <w:tc>
          <w:tcPr>
            <w:tcW w:w="1800" w:type="dxa"/>
            <w:shd w:val="clear" w:color="auto" w:fill="153F5B"/>
            <w:tcMar>
              <w:top w:w="95" w:type="dxa"/>
              <w:left w:w="105" w:type="dxa"/>
              <w:bottom w:w="95" w:type="dxa"/>
              <w:right w:w="105" w:type="dxa"/>
            </w:tcMar>
            <w:vAlign w:val="center"/>
          </w:tcPr>
          <w:p w14:paraId="199EA6CC" w14:textId="77777777" w:rsidR="00FE09D8" w:rsidRDefault="00000000">
            <w:pPr>
              <w:spacing w:after="0" w:line="240" w:lineRule="auto"/>
            </w:pPr>
            <w:r>
              <w:rPr>
                <w:b/>
                <w:color w:val="FFFFFF"/>
                <w:sz w:val="17"/>
              </w:rPr>
              <w:t>表示</w:t>
            </w:r>
          </w:p>
        </w:tc>
        <w:tc>
          <w:tcPr>
            <w:tcW w:w="3384" w:type="dxa"/>
            <w:shd w:val="clear" w:color="auto" w:fill="153F5B"/>
            <w:tcMar>
              <w:top w:w="95" w:type="dxa"/>
              <w:left w:w="105" w:type="dxa"/>
              <w:bottom w:w="95" w:type="dxa"/>
              <w:right w:w="105" w:type="dxa"/>
            </w:tcMar>
            <w:vAlign w:val="center"/>
          </w:tcPr>
          <w:p w14:paraId="767192C2" w14:textId="77777777" w:rsidR="00FE09D8" w:rsidRDefault="00000000">
            <w:pPr>
              <w:spacing w:after="0" w:line="240" w:lineRule="auto"/>
            </w:pPr>
            <w:r>
              <w:rPr>
                <w:b/>
                <w:color w:val="FFFFFF"/>
                <w:sz w:val="17"/>
              </w:rPr>
              <w:t>配信イベント例</w:t>
            </w:r>
          </w:p>
        </w:tc>
        <w:tc>
          <w:tcPr>
            <w:tcW w:w="4680" w:type="dxa"/>
            <w:shd w:val="clear" w:color="auto" w:fill="153F5B"/>
            <w:tcMar>
              <w:top w:w="95" w:type="dxa"/>
              <w:left w:w="105" w:type="dxa"/>
              <w:bottom w:w="95" w:type="dxa"/>
              <w:right w:w="105" w:type="dxa"/>
            </w:tcMar>
            <w:vAlign w:val="center"/>
          </w:tcPr>
          <w:p w14:paraId="7E181495" w14:textId="77777777" w:rsidR="00FE09D8" w:rsidRDefault="00000000">
            <w:pPr>
              <w:spacing w:after="0" w:line="240" w:lineRule="auto"/>
            </w:pPr>
            <w:r>
              <w:rPr>
                <w:b/>
                <w:color w:val="FFFFFF"/>
                <w:sz w:val="17"/>
              </w:rPr>
              <w:t>管理画面の動作</w:t>
            </w:r>
          </w:p>
        </w:tc>
      </w:tr>
      <w:tr w:rsidR="00FE09D8" w14:paraId="6811A1CE" w14:textId="77777777">
        <w:trPr>
          <w:cantSplit/>
          <w:jc w:val="center"/>
        </w:trPr>
        <w:tc>
          <w:tcPr>
            <w:tcW w:w="1800" w:type="dxa"/>
            <w:shd w:val="clear" w:color="auto" w:fill="FFFFFF"/>
            <w:tcMar>
              <w:top w:w="95" w:type="dxa"/>
              <w:left w:w="105" w:type="dxa"/>
              <w:bottom w:w="95" w:type="dxa"/>
              <w:right w:w="105" w:type="dxa"/>
            </w:tcMar>
            <w:vAlign w:val="center"/>
          </w:tcPr>
          <w:p w14:paraId="6A0FBB3E" w14:textId="77777777" w:rsidR="00FE09D8" w:rsidRDefault="00000000">
            <w:pPr>
              <w:spacing w:after="0" w:line="283" w:lineRule="auto"/>
            </w:pPr>
            <w:r>
              <w:rPr>
                <w:b/>
                <w:sz w:val="17"/>
              </w:rPr>
              <w:t>確認中</w:t>
            </w:r>
          </w:p>
        </w:tc>
        <w:tc>
          <w:tcPr>
            <w:tcW w:w="3384" w:type="dxa"/>
            <w:shd w:val="clear" w:color="auto" w:fill="FFFFFF"/>
            <w:tcMar>
              <w:top w:w="95" w:type="dxa"/>
              <w:left w:w="105" w:type="dxa"/>
              <w:bottom w:w="95" w:type="dxa"/>
              <w:right w:w="105" w:type="dxa"/>
            </w:tcMar>
            <w:vAlign w:val="center"/>
          </w:tcPr>
          <w:p w14:paraId="788F2EEF" w14:textId="77777777" w:rsidR="00FE09D8" w:rsidRDefault="00000000">
            <w:pPr>
              <w:spacing w:after="0" w:line="283" w:lineRule="auto"/>
            </w:pPr>
            <w:r>
              <w:rPr>
                <w:sz w:val="17"/>
              </w:rPr>
              <w:t>accepted / queued / sent</w:t>
            </w:r>
          </w:p>
        </w:tc>
        <w:tc>
          <w:tcPr>
            <w:tcW w:w="4680" w:type="dxa"/>
            <w:shd w:val="clear" w:color="auto" w:fill="FFFFFF"/>
            <w:tcMar>
              <w:top w:w="95" w:type="dxa"/>
              <w:left w:w="105" w:type="dxa"/>
              <w:bottom w:w="95" w:type="dxa"/>
              <w:right w:w="105" w:type="dxa"/>
            </w:tcMar>
            <w:vAlign w:val="center"/>
          </w:tcPr>
          <w:p w14:paraId="280878DE" w14:textId="77777777" w:rsidR="00FE09D8" w:rsidRDefault="00000000">
            <w:pPr>
              <w:spacing w:after="0" w:line="283" w:lineRule="auto"/>
              <w:rPr>
                <w:lang w:eastAsia="ja-JP"/>
              </w:rPr>
            </w:pPr>
            <w:r>
              <w:rPr>
                <w:sz w:val="17"/>
                <w:lang w:eastAsia="ja-JP"/>
              </w:rPr>
              <w:t>到達イベント待ち。一定時間経過で警告</w:t>
            </w:r>
          </w:p>
        </w:tc>
      </w:tr>
      <w:tr w:rsidR="00FE09D8" w14:paraId="57EE63E8" w14:textId="77777777">
        <w:trPr>
          <w:cantSplit/>
          <w:jc w:val="center"/>
        </w:trPr>
        <w:tc>
          <w:tcPr>
            <w:tcW w:w="1800" w:type="dxa"/>
            <w:shd w:val="clear" w:color="auto" w:fill="F3F5F7"/>
            <w:tcMar>
              <w:top w:w="95" w:type="dxa"/>
              <w:left w:w="105" w:type="dxa"/>
              <w:bottom w:w="95" w:type="dxa"/>
              <w:right w:w="105" w:type="dxa"/>
            </w:tcMar>
            <w:vAlign w:val="center"/>
          </w:tcPr>
          <w:p w14:paraId="07794EC8" w14:textId="77777777" w:rsidR="00FE09D8" w:rsidRDefault="00000000">
            <w:pPr>
              <w:spacing w:after="0" w:line="283" w:lineRule="auto"/>
            </w:pPr>
            <w:proofErr w:type="spellStart"/>
            <w:r>
              <w:rPr>
                <w:b/>
                <w:sz w:val="17"/>
              </w:rPr>
              <w:t>到達済み</w:t>
            </w:r>
            <w:proofErr w:type="spellEnd"/>
          </w:p>
        </w:tc>
        <w:tc>
          <w:tcPr>
            <w:tcW w:w="3384" w:type="dxa"/>
            <w:shd w:val="clear" w:color="auto" w:fill="F3F5F7"/>
            <w:tcMar>
              <w:top w:w="95" w:type="dxa"/>
              <w:left w:w="105" w:type="dxa"/>
              <w:bottom w:w="95" w:type="dxa"/>
              <w:right w:w="105" w:type="dxa"/>
            </w:tcMar>
            <w:vAlign w:val="center"/>
          </w:tcPr>
          <w:p w14:paraId="53CFF432" w14:textId="77777777" w:rsidR="00FE09D8" w:rsidRDefault="00000000">
            <w:pPr>
              <w:spacing w:after="0" w:line="283" w:lineRule="auto"/>
            </w:pPr>
            <w:r>
              <w:rPr>
                <w:sz w:val="17"/>
              </w:rPr>
              <w:t>delivered</w:t>
            </w:r>
          </w:p>
        </w:tc>
        <w:tc>
          <w:tcPr>
            <w:tcW w:w="4680" w:type="dxa"/>
            <w:shd w:val="clear" w:color="auto" w:fill="F3F5F7"/>
            <w:tcMar>
              <w:top w:w="95" w:type="dxa"/>
              <w:left w:w="105" w:type="dxa"/>
              <w:bottom w:w="95" w:type="dxa"/>
              <w:right w:w="105" w:type="dxa"/>
            </w:tcMar>
            <w:vAlign w:val="center"/>
          </w:tcPr>
          <w:p w14:paraId="6BD7FC13" w14:textId="77777777" w:rsidR="00FE09D8" w:rsidRDefault="00000000">
            <w:pPr>
              <w:spacing w:after="0" w:line="283" w:lineRule="auto"/>
              <w:rPr>
                <w:lang w:eastAsia="ja-JP"/>
              </w:rPr>
            </w:pPr>
            <w:r>
              <w:rPr>
                <w:sz w:val="17"/>
                <w:lang w:eastAsia="ja-JP"/>
              </w:rPr>
              <w:t>宛先メールサーバー受領を確認</w:t>
            </w:r>
          </w:p>
        </w:tc>
      </w:tr>
      <w:tr w:rsidR="00FE09D8" w14:paraId="26C750DC" w14:textId="77777777">
        <w:trPr>
          <w:cantSplit/>
          <w:jc w:val="center"/>
        </w:trPr>
        <w:tc>
          <w:tcPr>
            <w:tcW w:w="1800" w:type="dxa"/>
            <w:shd w:val="clear" w:color="auto" w:fill="FFFFFF"/>
            <w:tcMar>
              <w:top w:w="95" w:type="dxa"/>
              <w:left w:w="105" w:type="dxa"/>
              <w:bottom w:w="95" w:type="dxa"/>
              <w:right w:w="105" w:type="dxa"/>
            </w:tcMar>
            <w:vAlign w:val="center"/>
          </w:tcPr>
          <w:p w14:paraId="6F7B909F" w14:textId="77777777" w:rsidR="00FE09D8" w:rsidRDefault="00000000">
            <w:pPr>
              <w:spacing w:after="0" w:line="283" w:lineRule="auto"/>
            </w:pPr>
            <w:proofErr w:type="spellStart"/>
            <w:r>
              <w:rPr>
                <w:b/>
                <w:sz w:val="17"/>
              </w:rPr>
              <w:t>一部未達</w:t>
            </w:r>
            <w:proofErr w:type="spellEnd"/>
          </w:p>
        </w:tc>
        <w:tc>
          <w:tcPr>
            <w:tcW w:w="3384" w:type="dxa"/>
            <w:shd w:val="clear" w:color="auto" w:fill="FFFFFF"/>
            <w:tcMar>
              <w:top w:w="95" w:type="dxa"/>
              <w:left w:w="105" w:type="dxa"/>
              <w:bottom w:w="95" w:type="dxa"/>
              <w:right w:w="105" w:type="dxa"/>
            </w:tcMar>
            <w:vAlign w:val="center"/>
          </w:tcPr>
          <w:p w14:paraId="72681FB1" w14:textId="77777777" w:rsidR="00FE09D8" w:rsidRDefault="00000000">
            <w:pPr>
              <w:spacing w:after="0" w:line="283" w:lineRule="auto"/>
            </w:pPr>
            <w:r>
              <w:rPr>
                <w:sz w:val="17"/>
              </w:rPr>
              <w:t>bounce / rejected / blocked</w:t>
            </w:r>
          </w:p>
        </w:tc>
        <w:tc>
          <w:tcPr>
            <w:tcW w:w="4680" w:type="dxa"/>
            <w:shd w:val="clear" w:color="auto" w:fill="FFFFFF"/>
            <w:tcMar>
              <w:top w:w="95" w:type="dxa"/>
              <w:left w:w="105" w:type="dxa"/>
              <w:bottom w:w="95" w:type="dxa"/>
              <w:right w:w="105" w:type="dxa"/>
            </w:tcMar>
            <w:vAlign w:val="center"/>
          </w:tcPr>
          <w:p w14:paraId="1F94B3ED" w14:textId="77777777" w:rsidR="00FE09D8" w:rsidRDefault="00000000">
            <w:pPr>
              <w:spacing w:after="0" w:line="283" w:lineRule="auto"/>
              <w:rPr>
                <w:lang w:eastAsia="ja-JP"/>
              </w:rPr>
            </w:pPr>
            <w:r>
              <w:rPr>
                <w:sz w:val="17"/>
                <w:lang w:eastAsia="ja-JP"/>
              </w:rPr>
              <w:t>未達宛先を明示し、対象だけ再送可能</w:t>
            </w:r>
          </w:p>
        </w:tc>
      </w:tr>
      <w:tr w:rsidR="00FE09D8" w14:paraId="2858CFBF" w14:textId="77777777">
        <w:trPr>
          <w:cantSplit/>
          <w:jc w:val="center"/>
        </w:trPr>
        <w:tc>
          <w:tcPr>
            <w:tcW w:w="1800" w:type="dxa"/>
            <w:shd w:val="clear" w:color="auto" w:fill="F3F5F7"/>
            <w:tcMar>
              <w:top w:w="95" w:type="dxa"/>
              <w:left w:w="105" w:type="dxa"/>
              <w:bottom w:w="95" w:type="dxa"/>
              <w:right w:w="105" w:type="dxa"/>
            </w:tcMar>
            <w:vAlign w:val="center"/>
          </w:tcPr>
          <w:p w14:paraId="4775BF85" w14:textId="77777777" w:rsidR="00FE09D8" w:rsidRDefault="00000000">
            <w:pPr>
              <w:spacing w:after="0" w:line="283" w:lineRule="auto"/>
            </w:pPr>
            <w:proofErr w:type="spellStart"/>
            <w:r>
              <w:rPr>
                <w:b/>
                <w:sz w:val="17"/>
              </w:rPr>
              <w:t>送信失敗</w:t>
            </w:r>
            <w:proofErr w:type="spellEnd"/>
          </w:p>
        </w:tc>
        <w:tc>
          <w:tcPr>
            <w:tcW w:w="3384" w:type="dxa"/>
            <w:shd w:val="clear" w:color="auto" w:fill="F3F5F7"/>
            <w:tcMar>
              <w:top w:w="95" w:type="dxa"/>
              <w:left w:w="105" w:type="dxa"/>
              <w:bottom w:w="95" w:type="dxa"/>
              <w:right w:w="105" w:type="dxa"/>
            </w:tcMar>
            <w:vAlign w:val="center"/>
          </w:tcPr>
          <w:p w14:paraId="0B41229E" w14:textId="77777777" w:rsidR="00FE09D8" w:rsidRDefault="00000000">
            <w:pPr>
              <w:spacing w:after="0" w:line="283" w:lineRule="auto"/>
            </w:pPr>
            <w:r>
              <w:rPr>
                <w:sz w:val="17"/>
              </w:rPr>
              <w:t>API error / timeout</w:t>
            </w:r>
          </w:p>
        </w:tc>
        <w:tc>
          <w:tcPr>
            <w:tcW w:w="4680" w:type="dxa"/>
            <w:shd w:val="clear" w:color="auto" w:fill="F3F5F7"/>
            <w:tcMar>
              <w:top w:w="95" w:type="dxa"/>
              <w:left w:w="105" w:type="dxa"/>
              <w:bottom w:w="95" w:type="dxa"/>
              <w:right w:w="105" w:type="dxa"/>
            </w:tcMar>
            <w:vAlign w:val="center"/>
          </w:tcPr>
          <w:p w14:paraId="5CD9BDF2" w14:textId="77777777" w:rsidR="00FE09D8" w:rsidRDefault="00000000">
            <w:pPr>
              <w:spacing w:after="0" w:line="283" w:lineRule="auto"/>
              <w:rPr>
                <w:lang w:eastAsia="ja-JP"/>
              </w:rPr>
            </w:pPr>
            <w:r>
              <w:rPr>
                <w:sz w:val="17"/>
                <w:lang w:eastAsia="ja-JP"/>
              </w:rPr>
              <w:t>自動再試行後も失敗なら管理者へ通知</w:t>
            </w:r>
          </w:p>
        </w:tc>
      </w:tr>
    </w:tbl>
    <w:p w14:paraId="72269C43" w14:textId="77777777" w:rsidR="00FE09D8" w:rsidRDefault="00FE09D8">
      <w:pPr>
        <w:spacing w:after="0"/>
        <w:rPr>
          <w:lang w:eastAsia="ja-JP"/>
        </w:rPr>
      </w:pPr>
    </w:p>
    <w:tbl>
      <w:tblPr>
        <w:tblW w:w="0" w:type="auto"/>
        <w:jc w:val="center"/>
        <w:tblLayout w:type="fixed"/>
        <w:tblLook w:val="04A0" w:firstRow="1" w:lastRow="0" w:firstColumn="1" w:lastColumn="0" w:noHBand="0" w:noVBand="1"/>
      </w:tblPr>
      <w:tblGrid>
        <w:gridCol w:w="4997"/>
        <w:gridCol w:w="4997"/>
      </w:tblGrid>
      <w:tr w:rsidR="00FE09D8" w14:paraId="5FE57858" w14:textId="77777777">
        <w:trPr>
          <w:jc w:val="center"/>
        </w:trPr>
        <w:tc>
          <w:tcPr>
            <w:tcW w:w="4997" w:type="dxa"/>
            <w:tcBorders>
              <w:top w:val="single" w:sz="10" w:space="0" w:color="B66800"/>
              <w:left w:val="single" w:sz="10" w:space="0" w:color="B66800"/>
              <w:bottom w:val="single" w:sz="10" w:space="0" w:color="B66800"/>
              <w:right w:val="single" w:sz="10" w:space="0" w:color="B66800"/>
            </w:tcBorders>
            <w:shd w:val="clear" w:color="auto" w:fill="FFF6E5"/>
            <w:tcMar>
              <w:top w:w="150" w:type="dxa"/>
              <w:left w:w="150" w:type="dxa"/>
              <w:bottom w:w="150" w:type="dxa"/>
              <w:right w:w="150" w:type="dxa"/>
            </w:tcMar>
            <w:vAlign w:val="center"/>
          </w:tcPr>
          <w:p w14:paraId="4E45BA4A" w14:textId="77777777" w:rsidR="00FE09D8" w:rsidRDefault="00000000">
            <w:pPr>
              <w:spacing w:after="0" w:line="240" w:lineRule="auto"/>
              <w:jc w:val="center"/>
            </w:pPr>
            <w:r>
              <w:rPr>
                <w:b/>
                <w:color w:val="B66800"/>
                <w:sz w:val="16"/>
              </w:rPr>
              <w:t>LIMIT</w:t>
            </w:r>
          </w:p>
        </w:tc>
        <w:tc>
          <w:tcPr>
            <w:tcW w:w="4997" w:type="dxa"/>
            <w:tcBorders>
              <w:top w:val="single" w:sz="10" w:space="0" w:color="B66800"/>
              <w:left w:val="single" w:sz="10" w:space="0" w:color="B66800"/>
              <w:bottom w:val="single" w:sz="10" w:space="0" w:color="B66800"/>
              <w:right w:val="single" w:sz="10" w:space="0" w:color="B66800"/>
            </w:tcBorders>
            <w:shd w:val="clear" w:color="auto" w:fill="FFF6E5"/>
            <w:tcMar>
              <w:top w:w="150" w:type="dxa"/>
              <w:left w:w="150" w:type="dxa"/>
              <w:bottom w:w="150" w:type="dxa"/>
              <w:right w:w="150" w:type="dxa"/>
            </w:tcMar>
          </w:tcPr>
          <w:p w14:paraId="64087DC6" w14:textId="77777777" w:rsidR="00FE09D8" w:rsidRDefault="00000000">
            <w:pPr>
              <w:spacing w:after="40" w:line="240" w:lineRule="auto"/>
              <w:rPr>
                <w:lang w:eastAsia="ja-JP"/>
              </w:rPr>
            </w:pPr>
            <w:r>
              <w:rPr>
                <w:b/>
                <w:color w:val="B66800"/>
                <w:lang w:eastAsia="ja-JP"/>
              </w:rPr>
              <w:t>「届いた」の技術上の意味</w:t>
            </w:r>
          </w:p>
          <w:p w14:paraId="34CE0D6A" w14:textId="77777777" w:rsidR="00FE09D8" w:rsidRDefault="00000000">
            <w:pPr>
              <w:spacing w:after="0"/>
              <w:rPr>
                <w:lang w:eastAsia="ja-JP"/>
              </w:rPr>
            </w:pPr>
            <w:r>
              <w:rPr>
                <w:sz w:val="17"/>
                <w:lang w:eastAsia="ja-JP"/>
              </w:rPr>
              <w:t>到達済みは配信サービスから delivered を受信した状態（受信側メールサーバーへの到達）を示す。迷惑メール振り分け、受信者本人の閲覧、内容確認までは保証できない。開封追跡は精度・プライバシー上の課題があるため標準要件に含めない。</w:t>
            </w:r>
          </w:p>
        </w:tc>
      </w:tr>
    </w:tbl>
    <w:p w14:paraId="0146A3D6" w14:textId="77777777" w:rsidR="00FE09D8" w:rsidRDefault="00FE09D8">
      <w:pPr>
        <w:spacing w:after="0"/>
        <w:rPr>
          <w:lang w:eastAsia="ja-JP"/>
        </w:rPr>
      </w:pPr>
    </w:p>
    <w:p w14:paraId="0E07F062" w14:textId="77777777" w:rsidR="00FE09D8" w:rsidRDefault="00000000">
      <w:pPr>
        <w:pStyle w:val="21"/>
        <w:spacing w:before="160" w:after="80" w:line="240" w:lineRule="auto"/>
      </w:pPr>
      <w:r>
        <w:rPr>
          <w:rFonts w:ascii="Noto Sans JP" w:eastAsia="Noto Sans JP" w:hAnsi="Noto Sans JP"/>
        </w:rPr>
        <w:t xml:space="preserve">6.3 </w:t>
      </w:r>
      <w:proofErr w:type="spellStart"/>
      <w:r>
        <w:rPr>
          <w:rFonts w:ascii="Noto Sans JP" w:eastAsia="Noto Sans JP" w:hAnsi="Noto Sans JP"/>
        </w:rPr>
        <w:t>再送と監視</w:t>
      </w:r>
      <w:proofErr w:type="spellEnd"/>
    </w:p>
    <w:p w14:paraId="619D9673" w14:textId="77777777" w:rsidR="00FE09D8" w:rsidRDefault="00000000">
      <w:pPr>
        <w:pStyle w:val="a0"/>
        <w:spacing w:after="60"/>
        <w:rPr>
          <w:lang w:eastAsia="ja-JP"/>
        </w:rPr>
      </w:pPr>
      <w:r>
        <w:rPr>
          <w:lang w:eastAsia="ja-JP"/>
        </w:rPr>
        <w:t>失敗は指数バックオフで自動再試行し、上限到達後は管理画面で「要確認」とする。</w:t>
      </w:r>
    </w:p>
    <w:p w14:paraId="75A19D9E" w14:textId="77777777" w:rsidR="00FE09D8" w:rsidRDefault="00000000">
      <w:pPr>
        <w:pStyle w:val="a0"/>
        <w:spacing w:after="60"/>
        <w:rPr>
          <w:lang w:eastAsia="ja-JP"/>
        </w:rPr>
      </w:pPr>
      <w:r>
        <w:rPr>
          <w:lang w:eastAsia="ja-JP"/>
        </w:rPr>
        <w:t>再送は未達または失敗した宛先だけを対象とし、到達済み宛先への重複送信を避ける。</w:t>
      </w:r>
    </w:p>
    <w:p w14:paraId="5428A4D8" w14:textId="77777777" w:rsidR="00FE09D8" w:rsidRDefault="00000000">
      <w:pPr>
        <w:pStyle w:val="a0"/>
        <w:spacing w:after="60"/>
        <w:rPr>
          <w:lang w:eastAsia="ja-JP"/>
        </w:rPr>
      </w:pPr>
      <w:r>
        <w:rPr>
          <w:lang w:eastAsia="ja-JP"/>
        </w:rPr>
        <w:t>Webhook署名を検証し、発注書番号・メッセージID・宛先を照合して状態を更新する。</w:t>
      </w:r>
    </w:p>
    <w:p w14:paraId="3648C26B" w14:textId="77777777" w:rsidR="00FE09D8" w:rsidRDefault="00FE09D8">
      <w:pPr>
        <w:pBdr>
          <w:bottom w:val="single" w:sz="8" w:space="1" w:color="D9E2E8"/>
        </w:pBdr>
        <w:spacing w:before="200" w:after="160"/>
        <w:rPr>
          <w:lang w:eastAsia="ja-JP"/>
        </w:rPr>
      </w:pPr>
    </w:p>
    <w:p w14:paraId="20575572" w14:textId="77777777" w:rsidR="00FE09D8" w:rsidRDefault="00000000">
      <w:pPr>
        <w:spacing w:after="40" w:line="240" w:lineRule="auto"/>
        <w:rPr>
          <w:lang w:eastAsia="ja-JP"/>
        </w:rPr>
      </w:pPr>
      <w:r>
        <w:rPr>
          <w:b/>
          <w:color w:val="153F5B"/>
          <w:sz w:val="17"/>
          <w:shd w:val="clear" w:color="auto" w:fill="EAF3F8"/>
          <w:lang w:eastAsia="ja-JP"/>
        </w:rPr>
        <w:t>SECTION 07</w:t>
      </w:r>
    </w:p>
    <w:p w14:paraId="5175B055" w14:textId="77777777" w:rsidR="00FE09D8" w:rsidRDefault="00000000">
      <w:pPr>
        <w:pStyle w:val="1"/>
        <w:spacing w:before="60" w:after="80" w:line="240" w:lineRule="auto"/>
        <w:rPr>
          <w:lang w:eastAsia="ja-JP"/>
        </w:rPr>
      </w:pPr>
      <w:r>
        <w:rPr>
          <w:rFonts w:ascii="Noto Sans JP" w:eastAsia="Noto Sans JP" w:hAnsi="Noto Sans JP"/>
          <w:lang w:eastAsia="ja-JP"/>
        </w:rPr>
        <w:lastRenderedPageBreak/>
        <w:t>変更・取消</w:t>
      </w:r>
    </w:p>
    <w:p w14:paraId="2AFA9661" w14:textId="77777777" w:rsidR="00FE09D8" w:rsidRDefault="00000000">
      <w:pPr>
        <w:spacing w:after="200" w:line="317" w:lineRule="auto"/>
        <w:rPr>
          <w:lang w:eastAsia="ja-JP"/>
        </w:rPr>
      </w:pPr>
      <w:r>
        <w:rPr>
          <w:color w:val="526273"/>
          <w:sz w:val="18"/>
          <w:lang w:eastAsia="ja-JP"/>
        </w:rPr>
        <w:t>注文者のメール連絡を起点に、管理者が発注書ページから取消を確定する。</w:t>
      </w:r>
    </w:p>
    <w:p w14:paraId="6A67D77C" w14:textId="77777777" w:rsidR="00FE09D8" w:rsidRDefault="00000000">
      <w:pPr>
        <w:pStyle w:val="21"/>
        <w:spacing w:before="160" w:after="80" w:line="240" w:lineRule="auto"/>
      </w:pPr>
      <w:r>
        <w:rPr>
          <w:rFonts w:ascii="Noto Sans JP" w:eastAsia="Noto Sans JP" w:hAnsi="Noto Sans JP"/>
        </w:rPr>
        <w:t xml:space="preserve">7.1 </w:t>
      </w:r>
      <w:proofErr w:type="spellStart"/>
      <w:r>
        <w:rPr>
          <w:rFonts w:ascii="Noto Sans JP" w:eastAsia="Noto Sans JP" w:hAnsi="Noto Sans JP"/>
        </w:rPr>
        <w:t>期限の表示</w:t>
      </w:r>
      <w:proofErr w:type="spellEnd"/>
    </w:p>
    <w:p w14:paraId="2CC29E7E" w14:textId="77777777" w:rsidR="00FE09D8" w:rsidRDefault="00000000">
      <w:pPr>
        <w:pStyle w:val="a0"/>
        <w:spacing w:after="60"/>
        <w:rPr>
          <w:lang w:eastAsia="ja-JP"/>
        </w:rPr>
      </w:pPr>
      <w:r>
        <w:rPr>
          <w:lang w:eastAsia="ja-JP"/>
        </w:rPr>
        <w:t>入力画面、確認画面、完了画面、確認メール、発注書詳細に同じ期限を具体的な日付・時刻で表示する。</w:t>
      </w:r>
    </w:p>
    <w:p w14:paraId="41471793" w14:textId="77777777" w:rsidR="00FE09D8" w:rsidRDefault="00000000">
      <w:pPr>
        <w:pStyle w:val="a0"/>
        <w:spacing w:after="60"/>
        <w:rPr>
          <w:lang w:eastAsia="ja-JP"/>
        </w:rPr>
      </w:pPr>
      <w:r>
        <w:rPr>
          <w:lang w:eastAsia="ja-JP"/>
        </w:rPr>
        <w:t>期限は発送希望日と契約書設定から計算する。表示例：発送日の2営業日前17:00。</w:t>
      </w:r>
    </w:p>
    <w:p w14:paraId="5F602709" w14:textId="77777777" w:rsidR="00FE09D8" w:rsidRDefault="00000000">
      <w:pPr>
        <w:pStyle w:val="a0"/>
        <w:spacing w:after="60"/>
        <w:rPr>
          <w:lang w:eastAsia="ja-JP"/>
        </w:rPr>
      </w:pPr>
      <w:r>
        <w:rPr>
          <w:lang w:eastAsia="ja-JP"/>
        </w:rPr>
        <w:t>正式な日数、営業日の定義、締切時刻は契約書確定後に管理値として固定する。</w:t>
      </w:r>
    </w:p>
    <w:p w14:paraId="06C66CCC" w14:textId="77777777" w:rsidR="00FE09D8" w:rsidRDefault="00000000">
      <w:pPr>
        <w:pStyle w:val="a0"/>
        <w:spacing w:after="60"/>
        <w:rPr>
          <w:lang w:eastAsia="ja-JP"/>
        </w:rPr>
      </w:pPr>
      <w:r>
        <w:rPr>
          <w:lang w:eastAsia="ja-JP"/>
        </w:rPr>
        <w:t>契約状態や承諾状態は持たず、通常運用は期限文言とメール連絡で行う。</w:t>
      </w:r>
    </w:p>
    <w:p w14:paraId="05489080" w14:textId="77777777" w:rsidR="00FE09D8" w:rsidRDefault="00000000">
      <w:pPr>
        <w:pStyle w:val="21"/>
        <w:spacing w:before="160" w:after="80" w:line="240" w:lineRule="auto"/>
        <w:rPr>
          <w:lang w:eastAsia="ja-JP"/>
        </w:rPr>
      </w:pPr>
      <w:r>
        <w:rPr>
          <w:rFonts w:ascii="Noto Sans JP" w:eastAsia="Noto Sans JP" w:hAnsi="Noto Sans JP"/>
          <w:lang w:eastAsia="ja-JP"/>
        </w:rPr>
        <w:t>7.2 取消フロー</w:t>
      </w:r>
    </w:p>
    <w:p w14:paraId="4BDC2F6E" w14:textId="77777777" w:rsidR="00FE09D8" w:rsidRDefault="00000000">
      <w:pPr>
        <w:spacing w:after="60"/>
        <w:ind w:left="29"/>
        <w:rPr>
          <w:lang w:eastAsia="ja-JP"/>
        </w:rPr>
      </w:pPr>
      <w:r>
        <w:rPr>
          <w:sz w:val="18"/>
          <w:lang w:eastAsia="ja-JP"/>
        </w:rPr>
        <w:t>1.  注文者が確認メールへ返信する等の方法で取消希望を連絡する。</w:t>
      </w:r>
    </w:p>
    <w:p w14:paraId="591459E3" w14:textId="77777777" w:rsidR="00FE09D8" w:rsidRDefault="00000000">
      <w:pPr>
        <w:spacing w:after="60"/>
        <w:ind w:left="29"/>
        <w:rPr>
          <w:lang w:eastAsia="ja-JP"/>
        </w:rPr>
      </w:pPr>
      <w:r>
        <w:rPr>
          <w:sz w:val="18"/>
          <w:lang w:eastAsia="ja-JP"/>
        </w:rPr>
        <w:t>2.  管理者が発注書番号、店舗、発送日、期限、発送状況を確認する。</w:t>
      </w:r>
    </w:p>
    <w:p w14:paraId="7CC94BE1" w14:textId="77777777" w:rsidR="00FE09D8" w:rsidRDefault="00000000">
      <w:pPr>
        <w:spacing w:after="60"/>
        <w:ind w:left="29"/>
        <w:rPr>
          <w:lang w:eastAsia="ja-JP"/>
        </w:rPr>
      </w:pPr>
      <w:r>
        <w:rPr>
          <w:sz w:val="18"/>
          <w:lang w:eastAsia="ja-JP"/>
        </w:rPr>
        <w:t>3.  発注書詳細の「この発注を取り消す」を押し、確認ダイアログで確定する。</w:t>
      </w:r>
    </w:p>
    <w:p w14:paraId="5170DE97" w14:textId="77777777" w:rsidR="00FE09D8" w:rsidRDefault="00000000">
      <w:pPr>
        <w:spacing w:after="60"/>
        <w:ind w:left="29"/>
        <w:rPr>
          <w:lang w:eastAsia="ja-JP"/>
        </w:rPr>
      </w:pPr>
      <w:r>
        <w:rPr>
          <w:sz w:val="18"/>
          <w:lang w:eastAsia="ja-JP"/>
        </w:rPr>
        <w:t>4.  システムは注文ヘッダー、注文明細、当該注文のメール送信データを1トランザクションで削除する。</w:t>
      </w:r>
    </w:p>
    <w:p w14:paraId="72181767" w14:textId="77777777" w:rsidR="00FE09D8" w:rsidRDefault="00000000">
      <w:pPr>
        <w:spacing w:after="60"/>
        <w:ind w:left="29"/>
        <w:rPr>
          <w:lang w:eastAsia="ja-JP"/>
        </w:rPr>
      </w:pPr>
      <w:r>
        <w:rPr>
          <w:sz w:val="18"/>
          <w:lang w:eastAsia="ja-JP"/>
        </w:rPr>
        <w:t>5.  発送一覧、Google Sheetsの有効データ、Excel出力、当月請求集計から除外する。</w:t>
      </w:r>
    </w:p>
    <w:p w14:paraId="2146AE60" w14:textId="77777777" w:rsidR="00FE09D8" w:rsidRDefault="00000000">
      <w:pPr>
        <w:spacing w:after="60"/>
        <w:ind w:left="29"/>
        <w:rPr>
          <w:lang w:eastAsia="ja-JP"/>
        </w:rPr>
      </w:pPr>
      <w:r>
        <w:rPr>
          <w:sz w:val="18"/>
          <w:lang w:eastAsia="ja-JP"/>
        </w:rPr>
        <w:t>6.  操作ログには取消実行者・日時・対象番号のみを残し、注文内容は保持しない。</w:t>
      </w:r>
    </w:p>
    <w:tbl>
      <w:tblPr>
        <w:tblW w:w="0" w:type="auto"/>
        <w:jc w:val="center"/>
        <w:tblLayout w:type="fixed"/>
        <w:tblLook w:val="04A0" w:firstRow="1" w:lastRow="0" w:firstColumn="1" w:lastColumn="0" w:noHBand="0" w:noVBand="1"/>
      </w:tblPr>
      <w:tblGrid>
        <w:gridCol w:w="4997"/>
        <w:gridCol w:w="4997"/>
      </w:tblGrid>
      <w:tr w:rsidR="00FE09D8" w14:paraId="15C129CE" w14:textId="77777777">
        <w:trPr>
          <w:jc w:val="center"/>
        </w:trPr>
        <w:tc>
          <w:tcPr>
            <w:tcW w:w="4997" w:type="dxa"/>
            <w:tcBorders>
              <w:top w:val="single" w:sz="10" w:space="0" w:color="A6362A"/>
              <w:left w:val="single" w:sz="10" w:space="0" w:color="A6362A"/>
              <w:bottom w:val="single" w:sz="10" w:space="0" w:color="A6362A"/>
              <w:right w:val="single" w:sz="10" w:space="0" w:color="A6362A"/>
            </w:tcBorders>
            <w:shd w:val="clear" w:color="auto" w:fill="FDEFEF"/>
            <w:tcMar>
              <w:top w:w="150" w:type="dxa"/>
              <w:left w:w="150" w:type="dxa"/>
              <w:bottom w:w="150" w:type="dxa"/>
              <w:right w:w="150" w:type="dxa"/>
            </w:tcMar>
            <w:vAlign w:val="center"/>
          </w:tcPr>
          <w:p w14:paraId="2F9C5857" w14:textId="77777777" w:rsidR="00FE09D8" w:rsidRDefault="00000000">
            <w:pPr>
              <w:spacing w:after="0" w:line="240" w:lineRule="auto"/>
              <w:jc w:val="center"/>
            </w:pPr>
            <w:r>
              <w:rPr>
                <w:b/>
                <w:color w:val="A6362A"/>
                <w:sz w:val="16"/>
              </w:rPr>
              <w:t>WARN</w:t>
            </w:r>
          </w:p>
        </w:tc>
        <w:tc>
          <w:tcPr>
            <w:tcW w:w="4997" w:type="dxa"/>
            <w:tcBorders>
              <w:top w:val="single" w:sz="10" w:space="0" w:color="A6362A"/>
              <w:left w:val="single" w:sz="10" w:space="0" w:color="A6362A"/>
              <w:bottom w:val="single" w:sz="10" w:space="0" w:color="A6362A"/>
              <w:right w:val="single" w:sz="10" w:space="0" w:color="A6362A"/>
            </w:tcBorders>
            <w:shd w:val="clear" w:color="auto" w:fill="FDEFEF"/>
            <w:tcMar>
              <w:top w:w="150" w:type="dxa"/>
              <w:left w:w="150" w:type="dxa"/>
              <w:bottom w:w="150" w:type="dxa"/>
              <w:right w:w="150" w:type="dxa"/>
            </w:tcMar>
          </w:tcPr>
          <w:p w14:paraId="1BF5D5AD" w14:textId="77777777" w:rsidR="00FE09D8" w:rsidRDefault="00000000">
            <w:pPr>
              <w:spacing w:after="40" w:line="240" w:lineRule="auto"/>
              <w:rPr>
                <w:lang w:eastAsia="ja-JP"/>
              </w:rPr>
            </w:pPr>
            <w:r>
              <w:rPr>
                <w:b/>
                <w:color w:val="A6362A"/>
                <w:lang w:eastAsia="ja-JP"/>
              </w:rPr>
              <w:t>発送済み注文の取消</w:t>
            </w:r>
          </w:p>
          <w:p w14:paraId="4113200B" w14:textId="77777777" w:rsidR="00FE09D8" w:rsidRDefault="00000000">
            <w:pPr>
              <w:spacing w:after="0"/>
              <w:rPr>
                <w:lang w:eastAsia="ja-JP"/>
              </w:rPr>
            </w:pPr>
            <w:r>
              <w:rPr>
                <w:sz w:val="17"/>
                <w:lang w:eastAsia="ja-JP"/>
              </w:rPr>
              <w:t>発送済みデータは既に請求対象に含まれるため、取消ボタンを無条件に許可しない。返品・値引・請求訂正などの別業務として権限者が処理する。運用ルールは契約・経理方針に合わせて確定する。</w:t>
            </w:r>
          </w:p>
        </w:tc>
      </w:tr>
    </w:tbl>
    <w:p w14:paraId="2E6D7537" w14:textId="77777777" w:rsidR="00FE09D8" w:rsidRDefault="00FE09D8">
      <w:pPr>
        <w:spacing w:after="0"/>
        <w:rPr>
          <w:lang w:eastAsia="ja-JP"/>
        </w:rPr>
      </w:pPr>
    </w:p>
    <w:p w14:paraId="38368D5B" w14:textId="77777777" w:rsidR="00FE09D8" w:rsidRDefault="00000000">
      <w:pPr>
        <w:pStyle w:val="21"/>
        <w:spacing w:before="160" w:after="80" w:line="240" w:lineRule="auto"/>
      </w:pPr>
      <w:r>
        <w:rPr>
          <w:rFonts w:ascii="Noto Sans JP" w:eastAsia="Noto Sans JP" w:hAnsi="Noto Sans JP"/>
        </w:rPr>
        <w:t xml:space="preserve">7.3 </w:t>
      </w:r>
      <w:proofErr w:type="spellStart"/>
      <w:r>
        <w:rPr>
          <w:rFonts w:ascii="Noto Sans JP" w:eastAsia="Noto Sans JP" w:hAnsi="Noto Sans JP"/>
        </w:rPr>
        <w:t>削除整合性</w:t>
      </w:r>
      <w:proofErr w:type="spellEnd"/>
    </w:p>
    <w:tbl>
      <w:tblPr>
        <w:tblStyle w:val="afe"/>
        <w:tblW w:w="0" w:type="auto"/>
        <w:jc w:val="center"/>
        <w:tblLayout w:type="fixed"/>
        <w:tblLook w:val="04A0" w:firstRow="1" w:lastRow="0" w:firstColumn="1" w:lastColumn="0" w:noHBand="0" w:noVBand="1"/>
      </w:tblPr>
      <w:tblGrid>
        <w:gridCol w:w="2592"/>
        <w:gridCol w:w="7272"/>
      </w:tblGrid>
      <w:tr w:rsidR="00FE09D8" w14:paraId="6B1C58AD" w14:textId="77777777">
        <w:trPr>
          <w:tblHeader/>
          <w:jc w:val="center"/>
        </w:trPr>
        <w:tc>
          <w:tcPr>
            <w:tcW w:w="2592" w:type="dxa"/>
            <w:shd w:val="clear" w:color="auto" w:fill="153F5B"/>
            <w:tcMar>
              <w:top w:w="95" w:type="dxa"/>
              <w:left w:w="105" w:type="dxa"/>
              <w:bottom w:w="95" w:type="dxa"/>
              <w:right w:w="105" w:type="dxa"/>
            </w:tcMar>
            <w:vAlign w:val="center"/>
          </w:tcPr>
          <w:p w14:paraId="1FD9B5C0" w14:textId="77777777" w:rsidR="00FE09D8" w:rsidRDefault="00000000">
            <w:pPr>
              <w:spacing w:after="0" w:line="240" w:lineRule="auto"/>
            </w:pPr>
            <w:r>
              <w:rPr>
                <w:b/>
                <w:color w:val="FFFFFF"/>
                <w:sz w:val="17"/>
              </w:rPr>
              <w:t>対象</w:t>
            </w:r>
          </w:p>
        </w:tc>
        <w:tc>
          <w:tcPr>
            <w:tcW w:w="7272" w:type="dxa"/>
            <w:shd w:val="clear" w:color="auto" w:fill="153F5B"/>
            <w:tcMar>
              <w:top w:w="95" w:type="dxa"/>
              <w:left w:w="105" w:type="dxa"/>
              <w:bottom w:w="95" w:type="dxa"/>
              <w:right w:w="105" w:type="dxa"/>
            </w:tcMar>
            <w:vAlign w:val="center"/>
          </w:tcPr>
          <w:p w14:paraId="7E1E4A7B" w14:textId="77777777" w:rsidR="00FE09D8" w:rsidRDefault="00000000">
            <w:pPr>
              <w:spacing w:after="0" w:line="240" w:lineRule="auto"/>
            </w:pPr>
            <w:r>
              <w:rPr>
                <w:b/>
                <w:color w:val="FFFFFF"/>
                <w:sz w:val="17"/>
              </w:rPr>
              <w:t>取消時の処理</w:t>
            </w:r>
          </w:p>
        </w:tc>
      </w:tr>
      <w:tr w:rsidR="00FE09D8" w14:paraId="214F06E3" w14:textId="77777777">
        <w:trPr>
          <w:cantSplit/>
          <w:jc w:val="center"/>
        </w:trPr>
        <w:tc>
          <w:tcPr>
            <w:tcW w:w="2592" w:type="dxa"/>
            <w:shd w:val="clear" w:color="auto" w:fill="FFFFFF"/>
            <w:tcMar>
              <w:top w:w="95" w:type="dxa"/>
              <w:left w:w="105" w:type="dxa"/>
              <w:bottom w:w="95" w:type="dxa"/>
              <w:right w:w="105" w:type="dxa"/>
            </w:tcMar>
            <w:vAlign w:val="center"/>
          </w:tcPr>
          <w:p w14:paraId="3982D8C3" w14:textId="77777777" w:rsidR="00FE09D8" w:rsidRDefault="00000000">
            <w:pPr>
              <w:spacing w:after="0" w:line="283" w:lineRule="auto"/>
            </w:pPr>
            <w:r>
              <w:rPr>
                <w:b/>
                <w:sz w:val="17"/>
              </w:rPr>
              <w:t>注文・注文明細</w:t>
            </w:r>
          </w:p>
        </w:tc>
        <w:tc>
          <w:tcPr>
            <w:tcW w:w="7272" w:type="dxa"/>
            <w:shd w:val="clear" w:color="auto" w:fill="FFFFFF"/>
            <w:tcMar>
              <w:top w:w="95" w:type="dxa"/>
              <w:left w:w="105" w:type="dxa"/>
              <w:bottom w:w="95" w:type="dxa"/>
              <w:right w:w="105" w:type="dxa"/>
            </w:tcMar>
            <w:vAlign w:val="center"/>
          </w:tcPr>
          <w:p w14:paraId="6BC28AAD" w14:textId="77777777" w:rsidR="00FE09D8" w:rsidRDefault="00000000">
            <w:pPr>
              <w:spacing w:after="0" w:line="283" w:lineRule="auto"/>
              <w:rPr>
                <w:lang w:eastAsia="ja-JP"/>
              </w:rPr>
            </w:pPr>
            <w:r>
              <w:rPr>
                <w:sz w:val="17"/>
                <w:lang w:eastAsia="ja-JP"/>
              </w:rPr>
              <w:t>物理削除。部分取消は初期範囲外</w:t>
            </w:r>
          </w:p>
        </w:tc>
      </w:tr>
      <w:tr w:rsidR="00FE09D8" w14:paraId="39405CAF" w14:textId="77777777">
        <w:trPr>
          <w:cantSplit/>
          <w:jc w:val="center"/>
        </w:trPr>
        <w:tc>
          <w:tcPr>
            <w:tcW w:w="2592" w:type="dxa"/>
            <w:shd w:val="clear" w:color="auto" w:fill="F3F5F7"/>
            <w:tcMar>
              <w:top w:w="95" w:type="dxa"/>
              <w:left w:w="105" w:type="dxa"/>
              <w:bottom w:w="95" w:type="dxa"/>
              <w:right w:w="105" w:type="dxa"/>
            </w:tcMar>
            <w:vAlign w:val="center"/>
          </w:tcPr>
          <w:p w14:paraId="6FC7E5A3" w14:textId="77777777" w:rsidR="00FE09D8" w:rsidRDefault="00000000">
            <w:pPr>
              <w:spacing w:after="0" w:line="283" w:lineRule="auto"/>
            </w:pPr>
            <w:proofErr w:type="spellStart"/>
            <w:r>
              <w:rPr>
                <w:b/>
                <w:sz w:val="17"/>
              </w:rPr>
              <w:t>発送一覧</w:t>
            </w:r>
            <w:proofErr w:type="spellEnd"/>
          </w:p>
        </w:tc>
        <w:tc>
          <w:tcPr>
            <w:tcW w:w="7272" w:type="dxa"/>
            <w:shd w:val="clear" w:color="auto" w:fill="F3F5F7"/>
            <w:tcMar>
              <w:top w:w="95" w:type="dxa"/>
              <w:left w:w="105" w:type="dxa"/>
              <w:bottom w:w="95" w:type="dxa"/>
              <w:right w:w="105" w:type="dxa"/>
            </w:tcMar>
            <w:vAlign w:val="center"/>
          </w:tcPr>
          <w:p w14:paraId="62C1A0BD" w14:textId="77777777" w:rsidR="00FE09D8" w:rsidRDefault="00000000">
            <w:pPr>
              <w:spacing w:after="0" w:line="283" w:lineRule="auto"/>
            </w:pPr>
            <w:r>
              <w:rPr>
                <w:sz w:val="17"/>
              </w:rPr>
              <w:t>対象注文を即時除外</w:t>
            </w:r>
          </w:p>
        </w:tc>
      </w:tr>
      <w:tr w:rsidR="00FE09D8" w14:paraId="061665FA" w14:textId="77777777">
        <w:trPr>
          <w:cantSplit/>
          <w:jc w:val="center"/>
        </w:trPr>
        <w:tc>
          <w:tcPr>
            <w:tcW w:w="2592" w:type="dxa"/>
            <w:shd w:val="clear" w:color="auto" w:fill="FFFFFF"/>
            <w:tcMar>
              <w:top w:w="95" w:type="dxa"/>
              <w:left w:w="105" w:type="dxa"/>
              <w:bottom w:w="95" w:type="dxa"/>
              <w:right w:w="105" w:type="dxa"/>
            </w:tcMar>
            <w:vAlign w:val="center"/>
          </w:tcPr>
          <w:p w14:paraId="7530803C" w14:textId="77777777" w:rsidR="00FE09D8" w:rsidRDefault="00000000">
            <w:pPr>
              <w:spacing w:after="0" w:line="283" w:lineRule="auto"/>
            </w:pPr>
            <w:r>
              <w:rPr>
                <w:b/>
                <w:sz w:val="17"/>
              </w:rPr>
              <w:t>請求集計</w:t>
            </w:r>
          </w:p>
        </w:tc>
        <w:tc>
          <w:tcPr>
            <w:tcW w:w="7272" w:type="dxa"/>
            <w:shd w:val="clear" w:color="auto" w:fill="FFFFFF"/>
            <w:tcMar>
              <w:top w:w="95" w:type="dxa"/>
              <w:left w:w="105" w:type="dxa"/>
              <w:bottom w:w="95" w:type="dxa"/>
              <w:right w:w="105" w:type="dxa"/>
            </w:tcMar>
            <w:vAlign w:val="center"/>
          </w:tcPr>
          <w:p w14:paraId="60B475C1" w14:textId="77777777" w:rsidR="00FE09D8" w:rsidRDefault="00000000">
            <w:pPr>
              <w:spacing w:after="0" w:line="283" w:lineRule="auto"/>
              <w:rPr>
                <w:lang w:eastAsia="ja-JP"/>
              </w:rPr>
            </w:pPr>
            <w:r>
              <w:rPr>
                <w:sz w:val="17"/>
                <w:lang w:eastAsia="ja-JP"/>
              </w:rPr>
              <w:t>未確定請求から即時除外。確定済み請求は訂正フロー</w:t>
            </w:r>
          </w:p>
        </w:tc>
      </w:tr>
      <w:tr w:rsidR="00FE09D8" w14:paraId="1C90F250" w14:textId="77777777">
        <w:trPr>
          <w:cantSplit/>
          <w:jc w:val="center"/>
        </w:trPr>
        <w:tc>
          <w:tcPr>
            <w:tcW w:w="2592" w:type="dxa"/>
            <w:shd w:val="clear" w:color="auto" w:fill="F3F5F7"/>
            <w:tcMar>
              <w:top w:w="95" w:type="dxa"/>
              <w:left w:w="105" w:type="dxa"/>
              <w:bottom w:w="95" w:type="dxa"/>
              <w:right w:w="105" w:type="dxa"/>
            </w:tcMar>
            <w:vAlign w:val="center"/>
          </w:tcPr>
          <w:p w14:paraId="2452DAC6" w14:textId="77777777" w:rsidR="00FE09D8" w:rsidRDefault="00000000">
            <w:pPr>
              <w:spacing w:after="0" w:line="283" w:lineRule="auto"/>
            </w:pPr>
            <w:r>
              <w:rPr>
                <w:b/>
                <w:sz w:val="17"/>
              </w:rPr>
              <w:t>Google Sheets</w:t>
            </w:r>
          </w:p>
        </w:tc>
        <w:tc>
          <w:tcPr>
            <w:tcW w:w="7272" w:type="dxa"/>
            <w:shd w:val="clear" w:color="auto" w:fill="F3F5F7"/>
            <w:tcMar>
              <w:top w:w="95" w:type="dxa"/>
              <w:left w:w="105" w:type="dxa"/>
              <w:bottom w:w="95" w:type="dxa"/>
              <w:right w:w="105" w:type="dxa"/>
            </w:tcMar>
            <w:vAlign w:val="center"/>
          </w:tcPr>
          <w:p w14:paraId="199FA530" w14:textId="77777777" w:rsidR="00FE09D8" w:rsidRDefault="00000000">
            <w:pPr>
              <w:spacing w:after="0" w:line="283" w:lineRule="auto"/>
              <w:rPr>
                <w:lang w:eastAsia="ja-JP"/>
              </w:rPr>
            </w:pPr>
            <w:r>
              <w:rPr>
                <w:sz w:val="17"/>
                <w:lang w:eastAsia="ja-JP"/>
              </w:rPr>
              <w:t>行削除または取消同期。再同期で復活しないこと</w:t>
            </w:r>
          </w:p>
        </w:tc>
      </w:tr>
      <w:tr w:rsidR="00FE09D8" w14:paraId="35F8F605" w14:textId="77777777">
        <w:trPr>
          <w:cantSplit/>
          <w:jc w:val="center"/>
        </w:trPr>
        <w:tc>
          <w:tcPr>
            <w:tcW w:w="2592" w:type="dxa"/>
            <w:shd w:val="clear" w:color="auto" w:fill="FFFFFF"/>
            <w:tcMar>
              <w:top w:w="95" w:type="dxa"/>
              <w:left w:w="105" w:type="dxa"/>
              <w:bottom w:w="95" w:type="dxa"/>
              <w:right w:w="105" w:type="dxa"/>
            </w:tcMar>
            <w:vAlign w:val="center"/>
          </w:tcPr>
          <w:p w14:paraId="7FACB2A9" w14:textId="77777777" w:rsidR="00FE09D8" w:rsidRDefault="00000000">
            <w:pPr>
              <w:spacing w:after="0" w:line="283" w:lineRule="auto"/>
            </w:pPr>
            <w:proofErr w:type="spellStart"/>
            <w:r>
              <w:rPr>
                <w:b/>
                <w:sz w:val="17"/>
              </w:rPr>
              <w:lastRenderedPageBreak/>
              <w:t>メール履歴</w:t>
            </w:r>
            <w:proofErr w:type="spellEnd"/>
          </w:p>
        </w:tc>
        <w:tc>
          <w:tcPr>
            <w:tcW w:w="7272" w:type="dxa"/>
            <w:shd w:val="clear" w:color="auto" w:fill="FFFFFF"/>
            <w:tcMar>
              <w:top w:w="95" w:type="dxa"/>
              <w:left w:w="105" w:type="dxa"/>
              <w:bottom w:w="95" w:type="dxa"/>
              <w:right w:w="105" w:type="dxa"/>
            </w:tcMar>
            <w:vAlign w:val="center"/>
          </w:tcPr>
          <w:p w14:paraId="1F4F082A" w14:textId="77777777" w:rsidR="00FE09D8" w:rsidRDefault="00000000">
            <w:pPr>
              <w:spacing w:after="0" w:line="283" w:lineRule="auto"/>
              <w:rPr>
                <w:lang w:eastAsia="ja-JP"/>
              </w:rPr>
            </w:pPr>
            <w:r>
              <w:rPr>
                <w:sz w:val="17"/>
                <w:lang w:eastAsia="ja-JP"/>
              </w:rPr>
              <w:t>対象注文に紐づく配信データを削除</w:t>
            </w:r>
          </w:p>
        </w:tc>
      </w:tr>
      <w:tr w:rsidR="00FE09D8" w14:paraId="761086A2" w14:textId="77777777">
        <w:trPr>
          <w:cantSplit/>
          <w:jc w:val="center"/>
        </w:trPr>
        <w:tc>
          <w:tcPr>
            <w:tcW w:w="2592" w:type="dxa"/>
            <w:shd w:val="clear" w:color="auto" w:fill="F3F5F7"/>
            <w:tcMar>
              <w:top w:w="95" w:type="dxa"/>
              <w:left w:w="105" w:type="dxa"/>
              <w:bottom w:w="95" w:type="dxa"/>
              <w:right w:w="105" w:type="dxa"/>
            </w:tcMar>
            <w:vAlign w:val="center"/>
          </w:tcPr>
          <w:p w14:paraId="2B02F196" w14:textId="77777777" w:rsidR="00FE09D8" w:rsidRDefault="00000000">
            <w:pPr>
              <w:spacing w:after="0" w:line="283" w:lineRule="auto"/>
            </w:pPr>
            <w:proofErr w:type="spellStart"/>
            <w:r>
              <w:rPr>
                <w:b/>
                <w:sz w:val="17"/>
              </w:rPr>
              <w:t>バックアップ</w:t>
            </w:r>
            <w:proofErr w:type="spellEnd"/>
          </w:p>
        </w:tc>
        <w:tc>
          <w:tcPr>
            <w:tcW w:w="7272" w:type="dxa"/>
            <w:shd w:val="clear" w:color="auto" w:fill="F3F5F7"/>
            <w:tcMar>
              <w:top w:w="95" w:type="dxa"/>
              <w:left w:w="105" w:type="dxa"/>
              <w:bottom w:w="95" w:type="dxa"/>
              <w:right w:w="105" w:type="dxa"/>
            </w:tcMar>
            <w:vAlign w:val="center"/>
          </w:tcPr>
          <w:p w14:paraId="2AFAE42E" w14:textId="77777777" w:rsidR="00FE09D8" w:rsidRDefault="00000000">
            <w:pPr>
              <w:spacing w:after="0" w:line="283" w:lineRule="auto"/>
              <w:rPr>
                <w:lang w:eastAsia="ja-JP"/>
              </w:rPr>
            </w:pPr>
            <w:r>
              <w:rPr>
                <w:sz w:val="17"/>
                <w:lang w:eastAsia="ja-JP"/>
              </w:rPr>
              <w:t>所定の世代管理期間を経て失効</w:t>
            </w:r>
          </w:p>
        </w:tc>
      </w:tr>
    </w:tbl>
    <w:p w14:paraId="7309F174" w14:textId="77777777" w:rsidR="00FE09D8" w:rsidRDefault="00FE09D8">
      <w:pPr>
        <w:spacing w:after="0"/>
        <w:rPr>
          <w:lang w:eastAsia="ja-JP"/>
        </w:rPr>
      </w:pPr>
    </w:p>
    <w:p w14:paraId="5F80F20A" w14:textId="77777777" w:rsidR="00FE09D8" w:rsidRDefault="00FE09D8">
      <w:pPr>
        <w:pBdr>
          <w:bottom w:val="single" w:sz="8" w:space="1" w:color="D9E2E8"/>
        </w:pBdr>
        <w:spacing w:before="200" w:after="160"/>
        <w:rPr>
          <w:lang w:eastAsia="ja-JP"/>
        </w:rPr>
      </w:pPr>
    </w:p>
    <w:p w14:paraId="70D2500F" w14:textId="77777777" w:rsidR="00FE09D8" w:rsidRDefault="00000000">
      <w:pPr>
        <w:spacing w:after="40" w:line="240" w:lineRule="auto"/>
        <w:rPr>
          <w:lang w:eastAsia="ja-JP"/>
        </w:rPr>
      </w:pPr>
      <w:r>
        <w:rPr>
          <w:b/>
          <w:color w:val="153F5B"/>
          <w:sz w:val="17"/>
          <w:shd w:val="clear" w:color="auto" w:fill="EAF3F8"/>
          <w:lang w:eastAsia="ja-JP"/>
        </w:rPr>
        <w:t>SECTION 08</w:t>
      </w:r>
    </w:p>
    <w:p w14:paraId="4F5634E7" w14:textId="77777777" w:rsidR="00FE09D8" w:rsidRDefault="00000000">
      <w:pPr>
        <w:pStyle w:val="1"/>
        <w:spacing w:before="60" w:after="80" w:line="240" w:lineRule="auto"/>
        <w:rPr>
          <w:lang w:eastAsia="ja-JP"/>
        </w:rPr>
      </w:pPr>
      <w:r>
        <w:rPr>
          <w:rFonts w:ascii="Noto Sans JP" w:eastAsia="Noto Sans JP" w:hAnsi="Noto Sans JP"/>
          <w:lang w:eastAsia="ja-JP"/>
        </w:rPr>
        <w:t>発送管理</w:t>
      </w:r>
    </w:p>
    <w:p w14:paraId="393859A9" w14:textId="77777777" w:rsidR="00FE09D8" w:rsidRDefault="00000000">
      <w:pPr>
        <w:spacing w:after="200" w:line="317" w:lineRule="auto"/>
        <w:rPr>
          <w:lang w:eastAsia="ja-JP"/>
        </w:rPr>
      </w:pPr>
      <w:r>
        <w:rPr>
          <w:color w:val="526273"/>
          <w:sz w:val="18"/>
          <w:lang w:eastAsia="ja-JP"/>
        </w:rPr>
        <w:t>業務上必要な状態を2つに限定し、請求移行条件を明確にする。</w:t>
      </w:r>
    </w:p>
    <w:tbl>
      <w:tblPr>
        <w:tblStyle w:val="afe"/>
        <w:tblW w:w="0" w:type="auto"/>
        <w:jc w:val="center"/>
        <w:tblLayout w:type="fixed"/>
        <w:tblLook w:val="04A0" w:firstRow="1" w:lastRow="0" w:firstColumn="1" w:lastColumn="0" w:noHBand="0" w:noVBand="1"/>
      </w:tblPr>
      <w:tblGrid>
        <w:gridCol w:w="1944"/>
        <w:gridCol w:w="2880"/>
        <w:gridCol w:w="3888"/>
        <w:gridCol w:w="1152"/>
      </w:tblGrid>
      <w:tr w:rsidR="00FE09D8" w14:paraId="6E980E39" w14:textId="77777777">
        <w:trPr>
          <w:tblHeader/>
          <w:jc w:val="center"/>
        </w:trPr>
        <w:tc>
          <w:tcPr>
            <w:tcW w:w="1944" w:type="dxa"/>
            <w:shd w:val="clear" w:color="auto" w:fill="153F5B"/>
            <w:tcMar>
              <w:top w:w="95" w:type="dxa"/>
              <w:left w:w="105" w:type="dxa"/>
              <w:bottom w:w="95" w:type="dxa"/>
              <w:right w:w="105" w:type="dxa"/>
            </w:tcMar>
            <w:vAlign w:val="center"/>
          </w:tcPr>
          <w:p w14:paraId="41D476C5" w14:textId="77777777" w:rsidR="00FE09D8" w:rsidRDefault="00000000">
            <w:pPr>
              <w:spacing w:after="0" w:line="240" w:lineRule="auto"/>
            </w:pPr>
            <w:proofErr w:type="spellStart"/>
            <w:r>
              <w:rPr>
                <w:b/>
                <w:color w:val="FFFFFF"/>
                <w:sz w:val="17"/>
              </w:rPr>
              <w:t>状態</w:t>
            </w:r>
            <w:proofErr w:type="spellEnd"/>
          </w:p>
        </w:tc>
        <w:tc>
          <w:tcPr>
            <w:tcW w:w="2880" w:type="dxa"/>
            <w:shd w:val="clear" w:color="auto" w:fill="153F5B"/>
            <w:tcMar>
              <w:top w:w="95" w:type="dxa"/>
              <w:left w:w="105" w:type="dxa"/>
              <w:bottom w:w="95" w:type="dxa"/>
              <w:right w:w="105" w:type="dxa"/>
            </w:tcMar>
            <w:vAlign w:val="center"/>
          </w:tcPr>
          <w:p w14:paraId="0EDD3D42" w14:textId="77777777" w:rsidR="00FE09D8" w:rsidRDefault="00000000">
            <w:pPr>
              <w:spacing w:after="0" w:line="240" w:lineRule="auto"/>
            </w:pPr>
            <w:r>
              <w:rPr>
                <w:b/>
                <w:color w:val="FFFFFF"/>
                <w:sz w:val="17"/>
              </w:rPr>
              <w:t>意味</w:t>
            </w:r>
          </w:p>
        </w:tc>
        <w:tc>
          <w:tcPr>
            <w:tcW w:w="3888" w:type="dxa"/>
            <w:shd w:val="clear" w:color="auto" w:fill="153F5B"/>
            <w:tcMar>
              <w:top w:w="95" w:type="dxa"/>
              <w:left w:w="105" w:type="dxa"/>
              <w:bottom w:w="95" w:type="dxa"/>
              <w:right w:w="105" w:type="dxa"/>
            </w:tcMar>
            <w:vAlign w:val="center"/>
          </w:tcPr>
          <w:p w14:paraId="5883D0B6" w14:textId="77777777" w:rsidR="00FE09D8" w:rsidRDefault="00000000">
            <w:pPr>
              <w:spacing w:after="0" w:line="240" w:lineRule="auto"/>
            </w:pPr>
            <w:r>
              <w:rPr>
                <w:b/>
                <w:color w:val="FFFFFF"/>
                <w:sz w:val="17"/>
              </w:rPr>
              <w:t>許可する操作</w:t>
            </w:r>
          </w:p>
        </w:tc>
        <w:tc>
          <w:tcPr>
            <w:tcW w:w="1152" w:type="dxa"/>
            <w:shd w:val="clear" w:color="auto" w:fill="153F5B"/>
            <w:tcMar>
              <w:top w:w="95" w:type="dxa"/>
              <w:left w:w="105" w:type="dxa"/>
              <w:bottom w:w="95" w:type="dxa"/>
              <w:right w:w="105" w:type="dxa"/>
            </w:tcMar>
            <w:vAlign w:val="center"/>
          </w:tcPr>
          <w:p w14:paraId="53EAB7BF" w14:textId="77777777" w:rsidR="00FE09D8" w:rsidRDefault="00000000">
            <w:pPr>
              <w:spacing w:after="0" w:line="240" w:lineRule="auto"/>
            </w:pPr>
            <w:r>
              <w:rPr>
                <w:b/>
                <w:color w:val="FFFFFF"/>
                <w:sz w:val="17"/>
              </w:rPr>
              <w:t>請求</w:t>
            </w:r>
          </w:p>
        </w:tc>
      </w:tr>
      <w:tr w:rsidR="00FE09D8" w14:paraId="36B8A770" w14:textId="77777777">
        <w:trPr>
          <w:cantSplit/>
          <w:jc w:val="center"/>
        </w:trPr>
        <w:tc>
          <w:tcPr>
            <w:tcW w:w="1944" w:type="dxa"/>
            <w:shd w:val="clear" w:color="auto" w:fill="FFFFFF"/>
            <w:tcMar>
              <w:top w:w="95" w:type="dxa"/>
              <w:left w:w="105" w:type="dxa"/>
              <w:bottom w:w="95" w:type="dxa"/>
              <w:right w:w="105" w:type="dxa"/>
            </w:tcMar>
            <w:vAlign w:val="center"/>
          </w:tcPr>
          <w:p w14:paraId="5A6699DD" w14:textId="77777777" w:rsidR="00FE09D8" w:rsidRDefault="00000000">
            <w:pPr>
              <w:spacing w:after="0" w:line="283" w:lineRule="auto"/>
            </w:pPr>
            <w:r>
              <w:rPr>
                <w:b/>
                <w:sz w:val="17"/>
              </w:rPr>
              <w:t>発送準備中</w:t>
            </w:r>
          </w:p>
        </w:tc>
        <w:tc>
          <w:tcPr>
            <w:tcW w:w="2880" w:type="dxa"/>
            <w:shd w:val="clear" w:color="auto" w:fill="FFFFFF"/>
            <w:tcMar>
              <w:top w:w="95" w:type="dxa"/>
              <w:left w:w="105" w:type="dxa"/>
              <w:bottom w:w="95" w:type="dxa"/>
              <w:right w:w="105" w:type="dxa"/>
            </w:tcMar>
            <w:vAlign w:val="center"/>
          </w:tcPr>
          <w:p w14:paraId="2D29A88D" w14:textId="77777777" w:rsidR="00FE09D8" w:rsidRDefault="00000000">
            <w:pPr>
              <w:spacing w:after="0" w:line="283" w:lineRule="auto"/>
            </w:pPr>
            <w:r>
              <w:rPr>
                <w:sz w:val="17"/>
              </w:rPr>
              <w:t>受付済み・未発送</w:t>
            </w:r>
          </w:p>
        </w:tc>
        <w:tc>
          <w:tcPr>
            <w:tcW w:w="3888" w:type="dxa"/>
            <w:shd w:val="clear" w:color="auto" w:fill="FFFFFF"/>
            <w:tcMar>
              <w:top w:w="95" w:type="dxa"/>
              <w:left w:w="105" w:type="dxa"/>
              <w:bottom w:w="95" w:type="dxa"/>
              <w:right w:w="105" w:type="dxa"/>
            </w:tcMar>
            <w:vAlign w:val="center"/>
          </w:tcPr>
          <w:p w14:paraId="3233E6F7" w14:textId="77777777" w:rsidR="00FE09D8" w:rsidRDefault="00000000">
            <w:pPr>
              <w:spacing w:after="0" w:line="283" w:lineRule="auto"/>
              <w:rPr>
                <w:lang w:eastAsia="ja-JP"/>
              </w:rPr>
            </w:pPr>
            <w:r>
              <w:rPr>
                <w:sz w:val="17"/>
                <w:lang w:eastAsia="ja-JP"/>
              </w:rPr>
              <w:t>内容確認、メール再送、期限内取消、発送済みへ更新</w:t>
            </w:r>
          </w:p>
        </w:tc>
        <w:tc>
          <w:tcPr>
            <w:tcW w:w="1152" w:type="dxa"/>
            <w:shd w:val="clear" w:color="auto" w:fill="FFFFFF"/>
            <w:tcMar>
              <w:top w:w="95" w:type="dxa"/>
              <w:left w:w="105" w:type="dxa"/>
              <w:bottom w:w="95" w:type="dxa"/>
              <w:right w:w="105" w:type="dxa"/>
            </w:tcMar>
            <w:vAlign w:val="center"/>
          </w:tcPr>
          <w:p w14:paraId="0C305EFC" w14:textId="77777777" w:rsidR="00FE09D8" w:rsidRDefault="00000000">
            <w:pPr>
              <w:spacing w:after="0" w:line="283" w:lineRule="auto"/>
            </w:pPr>
            <w:proofErr w:type="spellStart"/>
            <w:r>
              <w:rPr>
                <w:sz w:val="17"/>
              </w:rPr>
              <w:t>対象外</w:t>
            </w:r>
            <w:proofErr w:type="spellEnd"/>
          </w:p>
        </w:tc>
      </w:tr>
      <w:tr w:rsidR="00FE09D8" w14:paraId="29300F8E" w14:textId="77777777">
        <w:trPr>
          <w:cantSplit/>
          <w:jc w:val="center"/>
        </w:trPr>
        <w:tc>
          <w:tcPr>
            <w:tcW w:w="1944" w:type="dxa"/>
            <w:shd w:val="clear" w:color="auto" w:fill="F3F5F7"/>
            <w:tcMar>
              <w:top w:w="95" w:type="dxa"/>
              <w:left w:w="105" w:type="dxa"/>
              <w:bottom w:w="95" w:type="dxa"/>
              <w:right w:w="105" w:type="dxa"/>
            </w:tcMar>
            <w:vAlign w:val="center"/>
          </w:tcPr>
          <w:p w14:paraId="64FC4EE0" w14:textId="77777777" w:rsidR="00FE09D8" w:rsidRDefault="00000000">
            <w:pPr>
              <w:spacing w:after="0" w:line="283" w:lineRule="auto"/>
            </w:pPr>
            <w:r>
              <w:rPr>
                <w:b/>
                <w:sz w:val="17"/>
              </w:rPr>
              <w:t>発送済み</w:t>
            </w:r>
          </w:p>
        </w:tc>
        <w:tc>
          <w:tcPr>
            <w:tcW w:w="2880" w:type="dxa"/>
            <w:shd w:val="clear" w:color="auto" w:fill="F3F5F7"/>
            <w:tcMar>
              <w:top w:w="95" w:type="dxa"/>
              <w:left w:w="105" w:type="dxa"/>
              <w:bottom w:w="95" w:type="dxa"/>
              <w:right w:w="105" w:type="dxa"/>
            </w:tcMar>
            <w:vAlign w:val="center"/>
          </w:tcPr>
          <w:p w14:paraId="3E6AC363" w14:textId="77777777" w:rsidR="00FE09D8" w:rsidRDefault="00000000">
            <w:pPr>
              <w:spacing w:after="0" w:line="283" w:lineRule="auto"/>
            </w:pPr>
            <w:r>
              <w:rPr>
                <w:sz w:val="17"/>
              </w:rPr>
              <w:t>商品を発送済み</w:t>
            </w:r>
          </w:p>
        </w:tc>
        <w:tc>
          <w:tcPr>
            <w:tcW w:w="3888" w:type="dxa"/>
            <w:shd w:val="clear" w:color="auto" w:fill="F3F5F7"/>
            <w:tcMar>
              <w:top w:w="95" w:type="dxa"/>
              <w:left w:w="105" w:type="dxa"/>
              <w:bottom w:w="95" w:type="dxa"/>
              <w:right w:w="105" w:type="dxa"/>
            </w:tcMar>
            <w:vAlign w:val="center"/>
          </w:tcPr>
          <w:p w14:paraId="20D688E7" w14:textId="77777777" w:rsidR="00FE09D8" w:rsidRDefault="00000000">
            <w:pPr>
              <w:spacing w:after="0" w:line="283" w:lineRule="auto"/>
              <w:rPr>
                <w:lang w:eastAsia="ja-JP"/>
              </w:rPr>
            </w:pPr>
            <w:r>
              <w:rPr>
                <w:sz w:val="17"/>
                <w:lang w:eastAsia="ja-JP"/>
              </w:rPr>
              <w:t>発送日時確認、必要に応じた訂正申請</w:t>
            </w:r>
          </w:p>
        </w:tc>
        <w:tc>
          <w:tcPr>
            <w:tcW w:w="1152" w:type="dxa"/>
            <w:shd w:val="clear" w:color="auto" w:fill="F3F5F7"/>
            <w:tcMar>
              <w:top w:w="95" w:type="dxa"/>
              <w:left w:w="105" w:type="dxa"/>
              <w:bottom w:w="95" w:type="dxa"/>
              <w:right w:w="105" w:type="dxa"/>
            </w:tcMar>
            <w:vAlign w:val="center"/>
          </w:tcPr>
          <w:p w14:paraId="614EDAE3" w14:textId="77777777" w:rsidR="00FE09D8" w:rsidRDefault="00000000">
            <w:pPr>
              <w:spacing w:after="0" w:line="283" w:lineRule="auto"/>
            </w:pPr>
            <w:proofErr w:type="spellStart"/>
            <w:r>
              <w:rPr>
                <w:sz w:val="17"/>
              </w:rPr>
              <w:t>対象</w:t>
            </w:r>
            <w:proofErr w:type="spellEnd"/>
          </w:p>
        </w:tc>
      </w:tr>
    </w:tbl>
    <w:p w14:paraId="33D1934D" w14:textId="77777777" w:rsidR="00FE09D8" w:rsidRDefault="00FE09D8">
      <w:pPr>
        <w:spacing w:after="0"/>
      </w:pPr>
    </w:p>
    <w:p w14:paraId="0A0CCD37" w14:textId="77777777" w:rsidR="00FE09D8" w:rsidRDefault="00000000">
      <w:pPr>
        <w:pStyle w:val="21"/>
        <w:spacing w:before="160" w:after="80" w:line="240" w:lineRule="auto"/>
      </w:pPr>
      <w:r>
        <w:rPr>
          <w:rFonts w:ascii="Noto Sans JP" w:eastAsia="Noto Sans JP" w:hAnsi="Noto Sans JP"/>
        </w:rPr>
        <w:t>8.1 状態更新</w:t>
      </w:r>
    </w:p>
    <w:p w14:paraId="28295B19" w14:textId="77777777" w:rsidR="00FE09D8" w:rsidRDefault="00000000">
      <w:pPr>
        <w:pStyle w:val="a0"/>
        <w:spacing w:after="60"/>
        <w:rPr>
          <w:lang w:eastAsia="ja-JP"/>
        </w:rPr>
      </w:pPr>
      <w:r>
        <w:rPr>
          <w:lang w:eastAsia="ja-JP"/>
        </w:rPr>
        <w:t>新規注文は「発送準備中」で登録する。</w:t>
      </w:r>
    </w:p>
    <w:p w14:paraId="559896B0" w14:textId="77777777" w:rsidR="00FE09D8" w:rsidRDefault="00000000">
      <w:pPr>
        <w:pStyle w:val="a0"/>
        <w:spacing w:after="60"/>
        <w:rPr>
          <w:lang w:eastAsia="ja-JP"/>
        </w:rPr>
      </w:pPr>
      <w:r>
        <w:rPr>
          <w:lang w:eastAsia="ja-JP"/>
        </w:rPr>
        <w:t>管理者が発送実績を確認後に「発送済み」へ更新し、更新日時と更新者を記録する。</w:t>
      </w:r>
    </w:p>
    <w:p w14:paraId="59D9B826" w14:textId="77777777" w:rsidR="00FE09D8" w:rsidRDefault="00000000">
      <w:pPr>
        <w:pStyle w:val="a0"/>
        <w:spacing w:after="60"/>
        <w:rPr>
          <w:lang w:eastAsia="ja-JP"/>
        </w:rPr>
      </w:pPr>
      <w:r>
        <w:rPr>
          <w:lang w:eastAsia="ja-JP"/>
        </w:rPr>
        <w:t>一括更新を提供する場合、対象件数・発送日・店舗を確認してから確定する。</w:t>
      </w:r>
    </w:p>
    <w:p w14:paraId="107A7E52" w14:textId="77777777" w:rsidR="00FE09D8" w:rsidRDefault="00000000">
      <w:pPr>
        <w:pStyle w:val="a0"/>
        <w:spacing w:after="60"/>
        <w:rPr>
          <w:lang w:eastAsia="ja-JP"/>
        </w:rPr>
      </w:pPr>
      <w:r>
        <w:rPr>
          <w:lang w:eastAsia="ja-JP"/>
        </w:rPr>
        <w:t>ステータスは「未手配」「契約待ち」等を増やさず、業務上の例外は備考・運用連絡で扱う。</w:t>
      </w:r>
    </w:p>
    <w:p w14:paraId="464CD493" w14:textId="77777777" w:rsidR="00FE09D8" w:rsidRDefault="00000000">
      <w:pPr>
        <w:pStyle w:val="21"/>
        <w:spacing w:before="160" w:after="80" w:line="240" w:lineRule="auto"/>
      </w:pPr>
      <w:r>
        <w:rPr>
          <w:rFonts w:ascii="Noto Sans JP" w:eastAsia="Noto Sans JP" w:hAnsi="Noto Sans JP"/>
        </w:rPr>
        <w:t xml:space="preserve">8.2 </w:t>
      </w:r>
      <w:proofErr w:type="spellStart"/>
      <w:r>
        <w:rPr>
          <w:rFonts w:ascii="Noto Sans JP" w:eastAsia="Noto Sans JP" w:hAnsi="Noto Sans JP"/>
        </w:rPr>
        <w:t>発送一覧</w:t>
      </w:r>
      <w:proofErr w:type="spellEnd"/>
    </w:p>
    <w:tbl>
      <w:tblPr>
        <w:tblStyle w:val="afe"/>
        <w:tblW w:w="0" w:type="auto"/>
        <w:jc w:val="center"/>
        <w:tblLayout w:type="fixed"/>
        <w:tblLook w:val="04A0" w:firstRow="1" w:lastRow="0" w:firstColumn="1" w:lastColumn="0" w:noHBand="0" w:noVBand="1"/>
      </w:tblPr>
      <w:tblGrid>
        <w:gridCol w:w="3024"/>
        <w:gridCol w:w="6840"/>
      </w:tblGrid>
      <w:tr w:rsidR="00FE09D8" w14:paraId="49228AC4" w14:textId="77777777">
        <w:trPr>
          <w:tblHeader/>
          <w:jc w:val="center"/>
        </w:trPr>
        <w:tc>
          <w:tcPr>
            <w:tcW w:w="3024" w:type="dxa"/>
            <w:shd w:val="clear" w:color="auto" w:fill="153F5B"/>
            <w:tcMar>
              <w:top w:w="95" w:type="dxa"/>
              <w:left w:w="105" w:type="dxa"/>
              <w:bottom w:w="95" w:type="dxa"/>
              <w:right w:w="105" w:type="dxa"/>
            </w:tcMar>
            <w:vAlign w:val="center"/>
          </w:tcPr>
          <w:p w14:paraId="0C83DB81" w14:textId="77777777" w:rsidR="00FE09D8" w:rsidRDefault="00000000">
            <w:pPr>
              <w:spacing w:after="0" w:line="240" w:lineRule="auto"/>
            </w:pPr>
            <w:r>
              <w:rPr>
                <w:b/>
                <w:color w:val="FFFFFF"/>
                <w:sz w:val="17"/>
              </w:rPr>
              <w:t>表示列</w:t>
            </w:r>
          </w:p>
        </w:tc>
        <w:tc>
          <w:tcPr>
            <w:tcW w:w="6840" w:type="dxa"/>
            <w:shd w:val="clear" w:color="auto" w:fill="153F5B"/>
            <w:tcMar>
              <w:top w:w="95" w:type="dxa"/>
              <w:left w:w="105" w:type="dxa"/>
              <w:bottom w:w="95" w:type="dxa"/>
              <w:right w:w="105" w:type="dxa"/>
            </w:tcMar>
            <w:vAlign w:val="center"/>
          </w:tcPr>
          <w:p w14:paraId="39889E02" w14:textId="77777777" w:rsidR="00FE09D8" w:rsidRDefault="00000000">
            <w:pPr>
              <w:spacing w:after="0" w:line="240" w:lineRule="auto"/>
            </w:pPr>
            <w:r>
              <w:rPr>
                <w:b/>
                <w:color w:val="FFFFFF"/>
                <w:sz w:val="17"/>
              </w:rPr>
              <w:t>説明</w:t>
            </w:r>
          </w:p>
        </w:tc>
      </w:tr>
      <w:tr w:rsidR="00FE09D8" w14:paraId="1A06BD92" w14:textId="77777777">
        <w:trPr>
          <w:cantSplit/>
          <w:jc w:val="center"/>
        </w:trPr>
        <w:tc>
          <w:tcPr>
            <w:tcW w:w="3024" w:type="dxa"/>
            <w:shd w:val="clear" w:color="auto" w:fill="FFFFFF"/>
            <w:tcMar>
              <w:top w:w="95" w:type="dxa"/>
              <w:left w:w="105" w:type="dxa"/>
              <w:bottom w:w="95" w:type="dxa"/>
              <w:right w:w="105" w:type="dxa"/>
            </w:tcMar>
            <w:vAlign w:val="center"/>
          </w:tcPr>
          <w:p w14:paraId="4D326B73" w14:textId="77777777" w:rsidR="00FE09D8" w:rsidRDefault="00000000">
            <w:pPr>
              <w:spacing w:after="0" w:line="283" w:lineRule="auto"/>
              <w:rPr>
                <w:lang w:eastAsia="ja-JP"/>
              </w:rPr>
            </w:pPr>
            <w:r>
              <w:rPr>
                <w:b/>
                <w:sz w:val="17"/>
                <w:lang w:eastAsia="ja-JP"/>
              </w:rPr>
              <w:t>発注書番号・受付日時</w:t>
            </w:r>
          </w:p>
        </w:tc>
        <w:tc>
          <w:tcPr>
            <w:tcW w:w="6840" w:type="dxa"/>
            <w:shd w:val="clear" w:color="auto" w:fill="FFFFFF"/>
            <w:tcMar>
              <w:top w:w="95" w:type="dxa"/>
              <w:left w:w="105" w:type="dxa"/>
              <w:bottom w:w="95" w:type="dxa"/>
              <w:right w:w="105" w:type="dxa"/>
            </w:tcMar>
            <w:vAlign w:val="center"/>
          </w:tcPr>
          <w:p w14:paraId="22510A59" w14:textId="77777777" w:rsidR="00FE09D8" w:rsidRDefault="00000000">
            <w:pPr>
              <w:spacing w:after="0" w:line="283" w:lineRule="auto"/>
            </w:pPr>
            <w:proofErr w:type="spellStart"/>
            <w:r>
              <w:rPr>
                <w:sz w:val="17"/>
              </w:rPr>
              <w:t>注文を一意に識別</w:t>
            </w:r>
            <w:proofErr w:type="spellEnd"/>
          </w:p>
        </w:tc>
      </w:tr>
      <w:tr w:rsidR="00FE09D8" w14:paraId="6BCB8EB2" w14:textId="77777777">
        <w:trPr>
          <w:cantSplit/>
          <w:jc w:val="center"/>
        </w:trPr>
        <w:tc>
          <w:tcPr>
            <w:tcW w:w="3024" w:type="dxa"/>
            <w:shd w:val="clear" w:color="auto" w:fill="F3F5F7"/>
            <w:tcMar>
              <w:top w:w="95" w:type="dxa"/>
              <w:left w:w="105" w:type="dxa"/>
              <w:bottom w:w="95" w:type="dxa"/>
              <w:right w:w="105" w:type="dxa"/>
            </w:tcMar>
            <w:vAlign w:val="center"/>
          </w:tcPr>
          <w:p w14:paraId="0FA33739" w14:textId="77777777" w:rsidR="00FE09D8" w:rsidRDefault="00000000">
            <w:pPr>
              <w:spacing w:after="0" w:line="283" w:lineRule="auto"/>
            </w:pPr>
            <w:r>
              <w:rPr>
                <w:b/>
                <w:sz w:val="17"/>
              </w:rPr>
              <w:t>店舗・発送先</w:t>
            </w:r>
          </w:p>
        </w:tc>
        <w:tc>
          <w:tcPr>
            <w:tcW w:w="6840" w:type="dxa"/>
            <w:shd w:val="clear" w:color="auto" w:fill="F3F5F7"/>
            <w:tcMar>
              <w:top w:w="95" w:type="dxa"/>
              <w:left w:w="105" w:type="dxa"/>
              <w:bottom w:w="95" w:type="dxa"/>
              <w:right w:w="105" w:type="dxa"/>
            </w:tcMar>
            <w:vAlign w:val="center"/>
          </w:tcPr>
          <w:p w14:paraId="038A4D7E" w14:textId="77777777" w:rsidR="00FE09D8" w:rsidRDefault="00000000">
            <w:pPr>
              <w:spacing w:after="0" w:line="283" w:lineRule="auto"/>
              <w:rPr>
                <w:lang w:eastAsia="ja-JP"/>
              </w:rPr>
            </w:pPr>
            <w:r>
              <w:rPr>
                <w:sz w:val="17"/>
                <w:lang w:eastAsia="ja-JP"/>
              </w:rPr>
              <w:t>専用リンクで確定した発送先スナップショット</w:t>
            </w:r>
          </w:p>
        </w:tc>
      </w:tr>
      <w:tr w:rsidR="00FE09D8" w14:paraId="4AD2E424" w14:textId="77777777">
        <w:trPr>
          <w:cantSplit/>
          <w:jc w:val="center"/>
        </w:trPr>
        <w:tc>
          <w:tcPr>
            <w:tcW w:w="3024" w:type="dxa"/>
            <w:shd w:val="clear" w:color="auto" w:fill="FFFFFF"/>
            <w:tcMar>
              <w:top w:w="95" w:type="dxa"/>
              <w:left w:w="105" w:type="dxa"/>
              <w:bottom w:w="95" w:type="dxa"/>
              <w:right w:w="105" w:type="dxa"/>
            </w:tcMar>
            <w:vAlign w:val="center"/>
          </w:tcPr>
          <w:p w14:paraId="7B2E3E25" w14:textId="77777777" w:rsidR="00FE09D8" w:rsidRDefault="00000000">
            <w:pPr>
              <w:spacing w:after="0" w:line="283" w:lineRule="auto"/>
            </w:pPr>
            <w:proofErr w:type="spellStart"/>
            <w:r>
              <w:rPr>
                <w:b/>
                <w:sz w:val="17"/>
              </w:rPr>
              <w:t>商品・箱数・重量</w:t>
            </w:r>
            <w:proofErr w:type="spellEnd"/>
          </w:p>
        </w:tc>
        <w:tc>
          <w:tcPr>
            <w:tcW w:w="6840" w:type="dxa"/>
            <w:shd w:val="clear" w:color="auto" w:fill="FFFFFF"/>
            <w:tcMar>
              <w:top w:w="95" w:type="dxa"/>
              <w:left w:w="105" w:type="dxa"/>
              <w:bottom w:w="95" w:type="dxa"/>
              <w:right w:w="105" w:type="dxa"/>
            </w:tcMar>
            <w:vAlign w:val="center"/>
          </w:tcPr>
          <w:p w14:paraId="3812F878" w14:textId="77777777" w:rsidR="00FE09D8" w:rsidRDefault="00000000">
            <w:pPr>
              <w:spacing w:after="0" w:line="283" w:lineRule="auto"/>
            </w:pPr>
            <w:r>
              <w:rPr>
                <w:sz w:val="17"/>
              </w:rPr>
              <w:t>商品明細と換算結果</w:t>
            </w:r>
          </w:p>
        </w:tc>
      </w:tr>
      <w:tr w:rsidR="00FE09D8" w14:paraId="6350BDA0" w14:textId="77777777">
        <w:trPr>
          <w:cantSplit/>
          <w:jc w:val="center"/>
        </w:trPr>
        <w:tc>
          <w:tcPr>
            <w:tcW w:w="3024" w:type="dxa"/>
            <w:shd w:val="clear" w:color="auto" w:fill="F3F5F7"/>
            <w:tcMar>
              <w:top w:w="95" w:type="dxa"/>
              <w:left w:w="105" w:type="dxa"/>
              <w:bottom w:w="95" w:type="dxa"/>
              <w:right w:w="105" w:type="dxa"/>
            </w:tcMar>
            <w:vAlign w:val="center"/>
          </w:tcPr>
          <w:p w14:paraId="17871D09" w14:textId="77777777" w:rsidR="00FE09D8" w:rsidRDefault="00000000">
            <w:pPr>
              <w:spacing w:after="0" w:line="283" w:lineRule="auto"/>
            </w:pPr>
            <w:r>
              <w:rPr>
                <w:b/>
                <w:sz w:val="17"/>
              </w:rPr>
              <w:t>発送希望日</w:t>
            </w:r>
          </w:p>
        </w:tc>
        <w:tc>
          <w:tcPr>
            <w:tcW w:w="6840" w:type="dxa"/>
            <w:shd w:val="clear" w:color="auto" w:fill="F3F5F7"/>
            <w:tcMar>
              <w:top w:w="95" w:type="dxa"/>
              <w:left w:w="105" w:type="dxa"/>
              <w:bottom w:w="95" w:type="dxa"/>
              <w:right w:w="105" w:type="dxa"/>
            </w:tcMar>
            <w:vAlign w:val="center"/>
          </w:tcPr>
          <w:p w14:paraId="3571A196" w14:textId="77777777" w:rsidR="00FE09D8" w:rsidRDefault="00000000">
            <w:pPr>
              <w:spacing w:after="0" w:line="283" w:lineRule="auto"/>
              <w:rPr>
                <w:lang w:eastAsia="ja-JP"/>
              </w:rPr>
            </w:pPr>
            <w:r>
              <w:rPr>
                <w:sz w:val="17"/>
                <w:lang w:eastAsia="ja-JP"/>
              </w:rPr>
              <w:t>管理者設定から注文者が選択した日</w:t>
            </w:r>
          </w:p>
        </w:tc>
      </w:tr>
      <w:tr w:rsidR="00FE09D8" w14:paraId="0BF454F0" w14:textId="77777777">
        <w:trPr>
          <w:cantSplit/>
          <w:jc w:val="center"/>
        </w:trPr>
        <w:tc>
          <w:tcPr>
            <w:tcW w:w="3024" w:type="dxa"/>
            <w:shd w:val="clear" w:color="auto" w:fill="FFFFFF"/>
            <w:tcMar>
              <w:top w:w="95" w:type="dxa"/>
              <w:left w:w="105" w:type="dxa"/>
              <w:bottom w:w="95" w:type="dxa"/>
              <w:right w:w="105" w:type="dxa"/>
            </w:tcMar>
            <w:vAlign w:val="center"/>
          </w:tcPr>
          <w:p w14:paraId="2B877D91" w14:textId="77777777" w:rsidR="00FE09D8" w:rsidRDefault="00000000">
            <w:pPr>
              <w:spacing w:after="0" w:line="283" w:lineRule="auto"/>
            </w:pPr>
            <w:proofErr w:type="spellStart"/>
            <w:r>
              <w:rPr>
                <w:b/>
                <w:sz w:val="17"/>
              </w:rPr>
              <w:lastRenderedPageBreak/>
              <w:t>変更・取消期限</w:t>
            </w:r>
            <w:proofErr w:type="spellEnd"/>
          </w:p>
        </w:tc>
        <w:tc>
          <w:tcPr>
            <w:tcW w:w="6840" w:type="dxa"/>
            <w:shd w:val="clear" w:color="auto" w:fill="FFFFFF"/>
            <w:tcMar>
              <w:top w:w="95" w:type="dxa"/>
              <w:left w:w="105" w:type="dxa"/>
              <w:bottom w:w="95" w:type="dxa"/>
              <w:right w:w="105" w:type="dxa"/>
            </w:tcMar>
            <w:vAlign w:val="center"/>
          </w:tcPr>
          <w:p w14:paraId="07E8E05F" w14:textId="77777777" w:rsidR="00FE09D8" w:rsidRDefault="00000000">
            <w:pPr>
              <w:spacing w:after="0" w:line="283" w:lineRule="auto"/>
              <w:rPr>
                <w:lang w:eastAsia="ja-JP"/>
              </w:rPr>
            </w:pPr>
            <w:r>
              <w:rPr>
                <w:sz w:val="17"/>
                <w:lang w:eastAsia="ja-JP"/>
              </w:rPr>
              <w:t>契約設定に基づく具体日付・時刻</w:t>
            </w:r>
          </w:p>
        </w:tc>
      </w:tr>
      <w:tr w:rsidR="00FE09D8" w14:paraId="13A420ED" w14:textId="77777777">
        <w:trPr>
          <w:cantSplit/>
          <w:jc w:val="center"/>
        </w:trPr>
        <w:tc>
          <w:tcPr>
            <w:tcW w:w="3024" w:type="dxa"/>
            <w:shd w:val="clear" w:color="auto" w:fill="F3F5F7"/>
            <w:tcMar>
              <w:top w:w="95" w:type="dxa"/>
              <w:left w:w="105" w:type="dxa"/>
              <w:bottom w:w="95" w:type="dxa"/>
              <w:right w:w="105" w:type="dxa"/>
            </w:tcMar>
            <w:vAlign w:val="center"/>
          </w:tcPr>
          <w:p w14:paraId="376B260C" w14:textId="77777777" w:rsidR="00FE09D8" w:rsidRDefault="00000000">
            <w:pPr>
              <w:spacing w:after="0" w:line="283" w:lineRule="auto"/>
            </w:pPr>
            <w:proofErr w:type="spellStart"/>
            <w:r>
              <w:rPr>
                <w:b/>
                <w:sz w:val="17"/>
              </w:rPr>
              <w:t>メール到達状況</w:t>
            </w:r>
            <w:proofErr w:type="spellEnd"/>
          </w:p>
        </w:tc>
        <w:tc>
          <w:tcPr>
            <w:tcW w:w="6840" w:type="dxa"/>
            <w:shd w:val="clear" w:color="auto" w:fill="F3F5F7"/>
            <w:tcMar>
              <w:top w:w="95" w:type="dxa"/>
              <w:left w:w="105" w:type="dxa"/>
              <w:bottom w:w="95" w:type="dxa"/>
              <w:right w:w="105" w:type="dxa"/>
            </w:tcMar>
            <w:vAlign w:val="center"/>
          </w:tcPr>
          <w:p w14:paraId="249F704E" w14:textId="77777777" w:rsidR="00FE09D8" w:rsidRDefault="00000000">
            <w:pPr>
              <w:spacing w:after="0" w:line="283" w:lineRule="auto"/>
              <w:rPr>
                <w:lang w:eastAsia="ja-JP"/>
              </w:rPr>
            </w:pPr>
            <w:r>
              <w:rPr>
                <w:sz w:val="17"/>
                <w:lang w:eastAsia="ja-JP"/>
              </w:rPr>
              <w:t>到達済み／一部未達／確認中</w:t>
            </w:r>
          </w:p>
        </w:tc>
      </w:tr>
      <w:tr w:rsidR="00FE09D8" w14:paraId="3D76F226" w14:textId="77777777">
        <w:trPr>
          <w:cantSplit/>
          <w:jc w:val="center"/>
        </w:trPr>
        <w:tc>
          <w:tcPr>
            <w:tcW w:w="3024" w:type="dxa"/>
            <w:shd w:val="clear" w:color="auto" w:fill="FFFFFF"/>
            <w:tcMar>
              <w:top w:w="95" w:type="dxa"/>
              <w:left w:w="105" w:type="dxa"/>
              <w:bottom w:w="95" w:type="dxa"/>
              <w:right w:w="105" w:type="dxa"/>
            </w:tcMar>
            <w:vAlign w:val="center"/>
          </w:tcPr>
          <w:p w14:paraId="1A8FED9B" w14:textId="77777777" w:rsidR="00FE09D8" w:rsidRDefault="00000000">
            <w:pPr>
              <w:spacing w:after="0" w:line="283" w:lineRule="auto"/>
            </w:pPr>
            <w:proofErr w:type="spellStart"/>
            <w:r>
              <w:rPr>
                <w:b/>
                <w:sz w:val="17"/>
              </w:rPr>
              <w:t>発送状態</w:t>
            </w:r>
            <w:proofErr w:type="spellEnd"/>
          </w:p>
        </w:tc>
        <w:tc>
          <w:tcPr>
            <w:tcW w:w="6840" w:type="dxa"/>
            <w:shd w:val="clear" w:color="auto" w:fill="FFFFFF"/>
            <w:tcMar>
              <w:top w:w="95" w:type="dxa"/>
              <w:left w:w="105" w:type="dxa"/>
              <w:bottom w:w="95" w:type="dxa"/>
              <w:right w:w="105" w:type="dxa"/>
            </w:tcMar>
            <w:vAlign w:val="center"/>
          </w:tcPr>
          <w:p w14:paraId="1E9B0E0E" w14:textId="77777777" w:rsidR="00FE09D8" w:rsidRDefault="00000000">
            <w:pPr>
              <w:spacing w:after="0" w:line="283" w:lineRule="auto"/>
              <w:rPr>
                <w:lang w:eastAsia="ja-JP"/>
              </w:rPr>
            </w:pPr>
            <w:r>
              <w:rPr>
                <w:sz w:val="17"/>
                <w:lang w:eastAsia="ja-JP"/>
              </w:rPr>
              <w:t>発送準備中／発送済み</w:t>
            </w:r>
          </w:p>
        </w:tc>
      </w:tr>
    </w:tbl>
    <w:p w14:paraId="17346516" w14:textId="77777777" w:rsidR="00FE09D8" w:rsidRDefault="00FE09D8">
      <w:pPr>
        <w:spacing w:after="0"/>
        <w:rPr>
          <w:lang w:eastAsia="ja-JP"/>
        </w:rPr>
      </w:pPr>
    </w:p>
    <w:p w14:paraId="5016C932" w14:textId="77777777" w:rsidR="00FE09D8" w:rsidRDefault="00FE09D8">
      <w:pPr>
        <w:pBdr>
          <w:bottom w:val="single" w:sz="8" w:space="1" w:color="D9E2E8"/>
        </w:pBdr>
        <w:spacing w:before="200" w:after="160"/>
        <w:rPr>
          <w:lang w:eastAsia="ja-JP"/>
        </w:rPr>
      </w:pPr>
    </w:p>
    <w:p w14:paraId="15315297" w14:textId="77777777" w:rsidR="00FE09D8" w:rsidRDefault="00000000">
      <w:pPr>
        <w:spacing w:after="40" w:line="240" w:lineRule="auto"/>
        <w:rPr>
          <w:lang w:eastAsia="ja-JP"/>
        </w:rPr>
      </w:pPr>
      <w:r>
        <w:rPr>
          <w:b/>
          <w:color w:val="153F5B"/>
          <w:sz w:val="17"/>
          <w:shd w:val="clear" w:color="auto" w:fill="EAF3F8"/>
          <w:lang w:eastAsia="ja-JP"/>
        </w:rPr>
        <w:t>SECTION 09</w:t>
      </w:r>
    </w:p>
    <w:p w14:paraId="203A3304" w14:textId="77777777" w:rsidR="00FE09D8" w:rsidRDefault="00000000">
      <w:pPr>
        <w:pStyle w:val="1"/>
        <w:spacing w:before="60" w:after="80" w:line="240" w:lineRule="auto"/>
        <w:rPr>
          <w:lang w:eastAsia="ja-JP"/>
        </w:rPr>
      </w:pPr>
      <w:r>
        <w:rPr>
          <w:rFonts w:ascii="Noto Sans JP" w:eastAsia="Noto Sans JP" w:hAnsi="Noto Sans JP"/>
          <w:lang w:eastAsia="ja-JP"/>
        </w:rPr>
        <w:t>月次請求・領収証</w:t>
      </w:r>
    </w:p>
    <w:p w14:paraId="73C3D0DB" w14:textId="77777777" w:rsidR="00FE09D8" w:rsidRDefault="00000000">
      <w:pPr>
        <w:spacing w:after="200" w:line="317" w:lineRule="auto"/>
        <w:rPr>
          <w:lang w:eastAsia="ja-JP"/>
        </w:rPr>
      </w:pPr>
      <w:r>
        <w:rPr>
          <w:color w:val="526273"/>
          <w:sz w:val="18"/>
          <w:lang w:eastAsia="ja-JP"/>
        </w:rPr>
        <w:t>発送済みの全店舗注文を当月末で締め、本部1か所へ請求する。</w:t>
      </w:r>
    </w:p>
    <w:tbl>
      <w:tblPr>
        <w:tblStyle w:val="afe"/>
        <w:tblW w:w="0" w:type="auto"/>
        <w:jc w:val="center"/>
        <w:tblLayout w:type="fixed"/>
        <w:tblLook w:val="04A0" w:firstRow="1" w:lastRow="0" w:firstColumn="1" w:lastColumn="0" w:noHBand="0" w:noVBand="1"/>
      </w:tblPr>
      <w:tblGrid>
        <w:gridCol w:w="1800"/>
        <w:gridCol w:w="3528"/>
        <w:gridCol w:w="4536"/>
      </w:tblGrid>
      <w:tr w:rsidR="00FE09D8" w14:paraId="10BD01C4" w14:textId="77777777">
        <w:trPr>
          <w:tblHeader/>
          <w:jc w:val="center"/>
        </w:trPr>
        <w:tc>
          <w:tcPr>
            <w:tcW w:w="1800" w:type="dxa"/>
            <w:shd w:val="clear" w:color="auto" w:fill="153F5B"/>
            <w:tcMar>
              <w:top w:w="95" w:type="dxa"/>
              <w:left w:w="105" w:type="dxa"/>
              <w:bottom w:w="95" w:type="dxa"/>
              <w:right w:w="105" w:type="dxa"/>
            </w:tcMar>
            <w:vAlign w:val="center"/>
          </w:tcPr>
          <w:p w14:paraId="3A304870" w14:textId="77777777" w:rsidR="00FE09D8" w:rsidRDefault="00000000">
            <w:pPr>
              <w:spacing w:after="0" w:line="240" w:lineRule="auto"/>
            </w:pPr>
            <w:proofErr w:type="spellStart"/>
            <w:r>
              <w:rPr>
                <w:b/>
                <w:color w:val="FFFFFF"/>
                <w:sz w:val="16"/>
              </w:rPr>
              <w:t>項目</w:t>
            </w:r>
            <w:proofErr w:type="spellEnd"/>
          </w:p>
        </w:tc>
        <w:tc>
          <w:tcPr>
            <w:tcW w:w="3528" w:type="dxa"/>
            <w:shd w:val="clear" w:color="auto" w:fill="153F5B"/>
            <w:tcMar>
              <w:top w:w="95" w:type="dxa"/>
              <w:left w:w="105" w:type="dxa"/>
              <w:bottom w:w="95" w:type="dxa"/>
              <w:right w:w="105" w:type="dxa"/>
            </w:tcMar>
            <w:vAlign w:val="center"/>
          </w:tcPr>
          <w:p w14:paraId="6957B34C" w14:textId="77777777" w:rsidR="00FE09D8" w:rsidRDefault="00000000">
            <w:pPr>
              <w:spacing w:after="0" w:line="240" w:lineRule="auto"/>
            </w:pPr>
            <w:r>
              <w:rPr>
                <w:b/>
                <w:color w:val="FFFFFF"/>
                <w:sz w:val="16"/>
              </w:rPr>
              <w:t>契約・運用条件</w:t>
            </w:r>
          </w:p>
        </w:tc>
        <w:tc>
          <w:tcPr>
            <w:tcW w:w="4536" w:type="dxa"/>
            <w:shd w:val="clear" w:color="auto" w:fill="153F5B"/>
            <w:tcMar>
              <w:top w:w="95" w:type="dxa"/>
              <w:left w:w="105" w:type="dxa"/>
              <w:bottom w:w="95" w:type="dxa"/>
              <w:right w:w="105" w:type="dxa"/>
            </w:tcMar>
            <w:vAlign w:val="center"/>
          </w:tcPr>
          <w:p w14:paraId="648656CE" w14:textId="77777777" w:rsidR="00FE09D8" w:rsidRDefault="00000000">
            <w:pPr>
              <w:spacing w:after="0" w:line="240" w:lineRule="auto"/>
            </w:pPr>
            <w:r>
              <w:rPr>
                <w:b/>
                <w:color w:val="FFFFFF"/>
                <w:sz w:val="16"/>
              </w:rPr>
              <w:t>システム処理</w:t>
            </w:r>
          </w:p>
        </w:tc>
      </w:tr>
      <w:tr w:rsidR="00FE09D8" w14:paraId="0AF5CF8D" w14:textId="77777777">
        <w:trPr>
          <w:cantSplit/>
          <w:jc w:val="center"/>
        </w:trPr>
        <w:tc>
          <w:tcPr>
            <w:tcW w:w="1800" w:type="dxa"/>
            <w:shd w:val="clear" w:color="auto" w:fill="FFFFFF"/>
            <w:tcMar>
              <w:top w:w="95" w:type="dxa"/>
              <w:left w:w="105" w:type="dxa"/>
              <w:bottom w:w="95" w:type="dxa"/>
              <w:right w:w="105" w:type="dxa"/>
            </w:tcMar>
            <w:vAlign w:val="center"/>
          </w:tcPr>
          <w:p w14:paraId="3DF98961" w14:textId="77777777" w:rsidR="00FE09D8" w:rsidRDefault="00000000">
            <w:pPr>
              <w:spacing w:after="0" w:line="283" w:lineRule="auto"/>
            </w:pPr>
            <w:r>
              <w:rPr>
                <w:b/>
                <w:sz w:val="16"/>
              </w:rPr>
              <w:t>締め日</w:t>
            </w:r>
          </w:p>
        </w:tc>
        <w:tc>
          <w:tcPr>
            <w:tcW w:w="3528" w:type="dxa"/>
            <w:shd w:val="clear" w:color="auto" w:fill="FFFFFF"/>
            <w:tcMar>
              <w:top w:w="95" w:type="dxa"/>
              <w:left w:w="105" w:type="dxa"/>
              <w:bottom w:w="95" w:type="dxa"/>
              <w:right w:w="105" w:type="dxa"/>
            </w:tcMar>
            <w:vAlign w:val="center"/>
          </w:tcPr>
          <w:p w14:paraId="29182B87" w14:textId="77777777" w:rsidR="00FE09D8" w:rsidRDefault="00000000">
            <w:pPr>
              <w:spacing w:after="0" w:line="283" w:lineRule="auto"/>
            </w:pPr>
            <w:r>
              <w:rPr>
                <w:sz w:val="16"/>
              </w:rPr>
              <w:t>当月末日締め</w:t>
            </w:r>
          </w:p>
        </w:tc>
        <w:tc>
          <w:tcPr>
            <w:tcW w:w="4536" w:type="dxa"/>
            <w:shd w:val="clear" w:color="auto" w:fill="FFFFFF"/>
            <w:tcMar>
              <w:top w:w="95" w:type="dxa"/>
              <w:left w:w="105" w:type="dxa"/>
              <w:bottom w:w="95" w:type="dxa"/>
              <w:right w:w="105" w:type="dxa"/>
            </w:tcMar>
            <w:vAlign w:val="center"/>
          </w:tcPr>
          <w:p w14:paraId="1F4A92FE" w14:textId="77777777" w:rsidR="00FE09D8" w:rsidRDefault="00000000">
            <w:pPr>
              <w:spacing w:after="0" w:line="283" w:lineRule="auto"/>
              <w:rPr>
                <w:lang w:eastAsia="ja-JP"/>
              </w:rPr>
            </w:pPr>
            <w:r>
              <w:rPr>
                <w:sz w:val="16"/>
                <w:lang w:eastAsia="ja-JP"/>
              </w:rPr>
              <w:t>発送済み日時が当月内の注文を集計</w:t>
            </w:r>
          </w:p>
        </w:tc>
      </w:tr>
      <w:tr w:rsidR="00FE09D8" w14:paraId="2FDDB94F" w14:textId="77777777">
        <w:trPr>
          <w:cantSplit/>
          <w:jc w:val="center"/>
        </w:trPr>
        <w:tc>
          <w:tcPr>
            <w:tcW w:w="1800" w:type="dxa"/>
            <w:shd w:val="clear" w:color="auto" w:fill="F3F5F7"/>
            <w:tcMar>
              <w:top w:w="95" w:type="dxa"/>
              <w:left w:w="105" w:type="dxa"/>
              <w:bottom w:w="95" w:type="dxa"/>
              <w:right w:w="105" w:type="dxa"/>
            </w:tcMar>
            <w:vAlign w:val="center"/>
          </w:tcPr>
          <w:p w14:paraId="13280D52" w14:textId="77777777" w:rsidR="00FE09D8" w:rsidRDefault="00000000">
            <w:pPr>
              <w:spacing w:after="0" w:line="283" w:lineRule="auto"/>
            </w:pPr>
            <w:proofErr w:type="spellStart"/>
            <w:r>
              <w:rPr>
                <w:b/>
                <w:sz w:val="16"/>
              </w:rPr>
              <w:t>請求対象</w:t>
            </w:r>
            <w:proofErr w:type="spellEnd"/>
          </w:p>
        </w:tc>
        <w:tc>
          <w:tcPr>
            <w:tcW w:w="3528" w:type="dxa"/>
            <w:shd w:val="clear" w:color="auto" w:fill="F3F5F7"/>
            <w:tcMar>
              <w:top w:w="95" w:type="dxa"/>
              <w:left w:w="105" w:type="dxa"/>
              <w:bottom w:w="95" w:type="dxa"/>
              <w:right w:w="105" w:type="dxa"/>
            </w:tcMar>
            <w:vAlign w:val="center"/>
          </w:tcPr>
          <w:p w14:paraId="0293C601" w14:textId="77777777" w:rsidR="00FE09D8" w:rsidRDefault="00000000">
            <w:pPr>
              <w:spacing w:after="0" w:line="283" w:lineRule="auto"/>
            </w:pPr>
            <w:r>
              <w:rPr>
                <w:sz w:val="16"/>
              </w:rPr>
              <w:t>実際に発送したもの</w:t>
            </w:r>
          </w:p>
        </w:tc>
        <w:tc>
          <w:tcPr>
            <w:tcW w:w="4536" w:type="dxa"/>
            <w:shd w:val="clear" w:color="auto" w:fill="F3F5F7"/>
            <w:tcMar>
              <w:top w:w="95" w:type="dxa"/>
              <w:left w:w="105" w:type="dxa"/>
              <w:bottom w:w="95" w:type="dxa"/>
              <w:right w:w="105" w:type="dxa"/>
            </w:tcMar>
            <w:vAlign w:val="center"/>
          </w:tcPr>
          <w:p w14:paraId="7A1FC537" w14:textId="77777777" w:rsidR="00FE09D8" w:rsidRDefault="00000000">
            <w:pPr>
              <w:spacing w:after="0" w:line="283" w:lineRule="auto"/>
              <w:rPr>
                <w:lang w:eastAsia="ja-JP"/>
              </w:rPr>
            </w:pPr>
            <w:r>
              <w:rPr>
                <w:sz w:val="16"/>
                <w:lang w:eastAsia="ja-JP"/>
              </w:rPr>
              <w:t>発送済みのみ。取消・発送準備中は除外</w:t>
            </w:r>
          </w:p>
        </w:tc>
      </w:tr>
      <w:tr w:rsidR="00FE09D8" w14:paraId="3D34E392" w14:textId="77777777">
        <w:trPr>
          <w:cantSplit/>
          <w:jc w:val="center"/>
        </w:trPr>
        <w:tc>
          <w:tcPr>
            <w:tcW w:w="1800" w:type="dxa"/>
            <w:shd w:val="clear" w:color="auto" w:fill="FFFFFF"/>
            <w:tcMar>
              <w:top w:w="95" w:type="dxa"/>
              <w:left w:w="105" w:type="dxa"/>
              <w:bottom w:w="95" w:type="dxa"/>
              <w:right w:w="105" w:type="dxa"/>
            </w:tcMar>
            <w:vAlign w:val="center"/>
          </w:tcPr>
          <w:p w14:paraId="681ACC83" w14:textId="77777777" w:rsidR="00FE09D8" w:rsidRDefault="00000000">
            <w:pPr>
              <w:spacing w:after="0" w:line="283" w:lineRule="auto"/>
            </w:pPr>
            <w:proofErr w:type="spellStart"/>
            <w:r>
              <w:rPr>
                <w:b/>
                <w:sz w:val="16"/>
              </w:rPr>
              <w:t>請求先</w:t>
            </w:r>
            <w:proofErr w:type="spellEnd"/>
          </w:p>
        </w:tc>
        <w:tc>
          <w:tcPr>
            <w:tcW w:w="3528" w:type="dxa"/>
            <w:shd w:val="clear" w:color="auto" w:fill="FFFFFF"/>
            <w:tcMar>
              <w:top w:w="95" w:type="dxa"/>
              <w:left w:w="105" w:type="dxa"/>
              <w:bottom w:w="95" w:type="dxa"/>
              <w:right w:w="105" w:type="dxa"/>
            </w:tcMar>
            <w:vAlign w:val="center"/>
          </w:tcPr>
          <w:p w14:paraId="67249BFF" w14:textId="77777777" w:rsidR="00FE09D8" w:rsidRDefault="00000000">
            <w:pPr>
              <w:spacing w:after="0" w:line="283" w:lineRule="auto"/>
            </w:pPr>
            <w:r>
              <w:rPr>
                <w:sz w:val="16"/>
              </w:rPr>
              <w:t>チェーン本部1か所</w:t>
            </w:r>
          </w:p>
        </w:tc>
        <w:tc>
          <w:tcPr>
            <w:tcW w:w="4536" w:type="dxa"/>
            <w:shd w:val="clear" w:color="auto" w:fill="FFFFFF"/>
            <w:tcMar>
              <w:top w:w="95" w:type="dxa"/>
              <w:left w:w="105" w:type="dxa"/>
              <w:bottom w:w="95" w:type="dxa"/>
              <w:right w:w="105" w:type="dxa"/>
            </w:tcMar>
            <w:vAlign w:val="center"/>
          </w:tcPr>
          <w:p w14:paraId="028180BF" w14:textId="77777777" w:rsidR="00FE09D8" w:rsidRDefault="00000000">
            <w:pPr>
              <w:spacing w:after="0" w:line="283" w:lineRule="auto"/>
              <w:rPr>
                <w:lang w:eastAsia="ja-JP"/>
              </w:rPr>
            </w:pPr>
            <w:r>
              <w:rPr>
                <w:sz w:val="16"/>
                <w:lang w:eastAsia="ja-JP"/>
              </w:rPr>
              <w:t>30店舗分を一括請求、店舗別・商品別明細を添付</w:t>
            </w:r>
          </w:p>
        </w:tc>
      </w:tr>
      <w:tr w:rsidR="00FE09D8" w14:paraId="5FF7F7D7" w14:textId="77777777">
        <w:trPr>
          <w:cantSplit/>
          <w:jc w:val="center"/>
        </w:trPr>
        <w:tc>
          <w:tcPr>
            <w:tcW w:w="1800" w:type="dxa"/>
            <w:shd w:val="clear" w:color="auto" w:fill="F3F5F7"/>
            <w:tcMar>
              <w:top w:w="95" w:type="dxa"/>
              <w:left w:w="105" w:type="dxa"/>
              <w:bottom w:w="95" w:type="dxa"/>
              <w:right w:w="105" w:type="dxa"/>
            </w:tcMar>
            <w:vAlign w:val="center"/>
          </w:tcPr>
          <w:p w14:paraId="310B3D1F" w14:textId="77777777" w:rsidR="00FE09D8" w:rsidRDefault="00000000">
            <w:pPr>
              <w:spacing w:after="0" w:line="283" w:lineRule="auto"/>
            </w:pPr>
            <w:proofErr w:type="spellStart"/>
            <w:r>
              <w:rPr>
                <w:b/>
                <w:sz w:val="16"/>
              </w:rPr>
              <w:t>請求書必着</w:t>
            </w:r>
            <w:proofErr w:type="spellEnd"/>
          </w:p>
        </w:tc>
        <w:tc>
          <w:tcPr>
            <w:tcW w:w="3528" w:type="dxa"/>
            <w:shd w:val="clear" w:color="auto" w:fill="F3F5F7"/>
            <w:tcMar>
              <w:top w:w="95" w:type="dxa"/>
              <w:left w:w="105" w:type="dxa"/>
              <w:bottom w:w="95" w:type="dxa"/>
              <w:right w:w="105" w:type="dxa"/>
            </w:tcMar>
            <w:vAlign w:val="center"/>
          </w:tcPr>
          <w:p w14:paraId="17349A04" w14:textId="77777777" w:rsidR="00FE09D8" w:rsidRDefault="00000000">
            <w:pPr>
              <w:spacing w:after="0" w:line="283" w:lineRule="auto"/>
            </w:pPr>
            <w:r>
              <w:rPr>
                <w:sz w:val="16"/>
              </w:rPr>
              <w:t>翌月4営業日内</w:t>
            </w:r>
          </w:p>
        </w:tc>
        <w:tc>
          <w:tcPr>
            <w:tcW w:w="4536" w:type="dxa"/>
            <w:shd w:val="clear" w:color="auto" w:fill="F3F5F7"/>
            <w:tcMar>
              <w:top w:w="95" w:type="dxa"/>
              <w:left w:w="105" w:type="dxa"/>
              <w:bottom w:w="95" w:type="dxa"/>
              <w:right w:w="105" w:type="dxa"/>
            </w:tcMar>
            <w:vAlign w:val="center"/>
          </w:tcPr>
          <w:p w14:paraId="5805576E" w14:textId="77777777" w:rsidR="00FE09D8" w:rsidRDefault="00000000">
            <w:pPr>
              <w:spacing w:after="0" w:line="283" w:lineRule="auto"/>
              <w:rPr>
                <w:lang w:eastAsia="ja-JP"/>
              </w:rPr>
            </w:pPr>
            <w:r>
              <w:rPr>
                <w:sz w:val="16"/>
                <w:lang w:eastAsia="ja-JP"/>
              </w:rPr>
              <w:t>必着期限を表示し、発行・送付状況を管理</w:t>
            </w:r>
          </w:p>
        </w:tc>
      </w:tr>
      <w:tr w:rsidR="00FE09D8" w14:paraId="62D175BF" w14:textId="77777777">
        <w:trPr>
          <w:cantSplit/>
          <w:jc w:val="center"/>
        </w:trPr>
        <w:tc>
          <w:tcPr>
            <w:tcW w:w="1800" w:type="dxa"/>
            <w:shd w:val="clear" w:color="auto" w:fill="FFFFFF"/>
            <w:tcMar>
              <w:top w:w="95" w:type="dxa"/>
              <w:left w:w="105" w:type="dxa"/>
              <w:bottom w:w="95" w:type="dxa"/>
              <w:right w:w="105" w:type="dxa"/>
            </w:tcMar>
            <w:vAlign w:val="center"/>
          </w:tcPr>
          <w:p w14:paraId="46EBEDFD" w14:textId="77777777" w:rsidR="00FE09D8" w:rsidRDefault="00000000">
            <w:pPr>
              <w:spacing w:after="0" w:line="283" w:lineRule="auto"/>
            </w:pPr>
            <w:proofErr w:type="spellStart"/>
            <w:r>
              <w:rPr>
                <w:b/>
                <w:sz w:val="16"/>
              </w:rPr>
              <w:t>支払期限</w:t>
            </w:r>
            <w:proofErr w:type="spellEnd"/>
          </w:p>
        </w:tc>
        <w:tc>
          <w:tcPr>
            <w:tcW w:w="3528" w:type="dxa"/>
            <w:shd w:val="clear" w:color="auto" w:fill="FFFFFF"/>
            <w:tcMar>
              <w:top w:w="95" w:type="dxa"/>
              <w:left w:w="105" w:type="dxa"/>
              <w:bottom w:w="95" w:type="dxa"/>
              <w:right w:w="105" w:type="dxa"/>
            </w:tcMar>
            <w:vAlign w:val="center"/>
          </w:tcPr>
          <w:p w14:paraId="6415D88D" w14:textId="77777777" w:rsidR="00FE09D8" w:rsidRDefault="00000000">
            <w:pPr>
              <w:spacing w:after="0" w:line="283" w:lineRule="auto"/>
            </w:pPr>
            <w:r>
              <w:rPr>
                <w:sz w:val="16"/>
              </w:rPr>
              <w:t>請求書到着月の末日</w:t>
            </w:r>
          </w:p>
        </w:tc>
        <w:tc>
          <w:tcPr>
            <w:tcW w:w="4536" w:type="dxa"/>
            <w:shd w:val="clear" w:color="auto" w:fill="FFFFFF"/>
            <w:tcMar>
              <w:top w:w="95" w:type="dxa"/>
              <w:left w:w="105" w:type="dxa"/>
              <w:bottom w:w="95" w:type="dxa"/>
              <w:right w:w="105" w:type="dxa"/>
            </w:tcMar>
            <w:vAlign w:val="center"/>
          </w:tcPr>
          <w:p w14:paraId="35218AAA" w14:textId="77777777" w:rsidR="00FE09D8" w:rsidRDefault="00000000">
            <w:pPr>
              <w:spacing w:after="0" w:line="283" w:lineRule="auto"/>
              <w:rPr>
                <w:lang w:eastAsia="ja-JP"/>
              </w:rPr>
            </w:pPr>
            <w:r>
              <w:rPr>
                <w:sz w:val="16"/>
                <w:lang w:eastAsia="ja-JP"/>
              </w:rPr>
              <w:t>到着確認日から当月末日を表示</w:t>
            </w:r>
          </w:p>
        </w:tc>
      </w:tr>
      <w:tr w:rsidR="00FE09D8" w14:paraId="78878E58" w14:textId="77777777">
        <w:trPr>
          <w:cantSplit/>
          <w:jc w:val="center"/>
        </w:trPr>
        <w:tc>
          <w:tcPr>
            <w:tcW w:w="1800" w:type="dxa"/>
            <w:shd w:val="clear" w:color="auto" w:fill="F3F5F7"/>
            <w:tcMar>
              <w:top w:w="95" w:type="dxa"/>
              <w:left w:w="105" w:type="dxa"/>
              <w:bottom w:w="95" w:type="dxa"/>
              <w:right w:w="105" w:type="dxa"/>
            </w:tcMar>
            <w:vAlign w:val="center"/>
          </w:tcPr>
          <w:p w14:paraId="189EFFFF" w14:textId="77777777" w:rsidR="00FE09D8" w:rsidRDefault="00000000">
            <w:pPr>
              <w:spacing w:after="0" w:line="283" w:lineRule="auto"/>
            </w:pPr>
            <w:proofErr w:type="spellStart"/>
            <w:r>
              <w:rPr>
                <w:b/>
                <w:sz w:val="16"/>
              </w:rPr>
              <w:t>支払方法</w:t>
            </w:r>
            <w:proofErr w:type="spellEnd"/>
          </w:p>
        </w:tc>
        <w:tc>
          <w:tcPr>
            <w:tcW w:w="3528" w:type="dxa"/>
            <w:shd w:val="clear" w:color="auto" w:fill="F3F5F7"/>
            <w:tcMar>
              <w:top w:w="95" w:type="dxa"/>
              <w:left w:w="105" w:type="dxa"/>
              <w:bottom w:w="95" w:type="dxa"/>
              <w:right w:w="105" w:type="dxa"/>
            </w:tcMar>
            <w:vAlign w:val="center"/>
          </w:tcPr>
          <w:p w14:paraId="26CFAAC9" w14:textId="77777777" w:rsidR="00FE09D8" w:rsidRDefault="00000000">
            <w:pPr>
              <w:spacing w:after="0" w:line="283" w:lineRule="auto"/>
              <w:rPr>
                <w:lang w:eastAsia="ja-JP"/>
              </w:rPr>
            </w:pPr>
            <w:r>
              <w:rPr>
                <w:sz w:val="16"/>
                <w:lang w:eastAsia="ja-JP"/>
              </w:rPr>
              <w:t>指定金融機関口座への振込</w:t>
            </w:r>
          </w:p>
        </w:tc>
        <w:tc>
          <w:tcPr>
            <w:tcW w:w="4536" w:type="dxa"/>
            <w:shd w:val="clear" w:color="auto" w:fill="F3F5F7"/>
            <w:tcMar>
              <w:top w:w="95" w:type="dxa"/>
              <w:left w:w="105" w:type="dxa"/>
              <w:bottom w:w="95" w:type="dxa"/>
              <w:right w:w="105" w:type="dxa"/>
            </w:tcMar>
            <w:vAlign w:val="center"/>
          </w:tcPr>
          <w:p w14:paraId="07D7AFFF" w14:textId="77777777" w:rsidR="00FE09D8" w:rsidRDefault="00000000">
            <w:pPr>
              <w:spacing w:after="0" w:line="283" w:lineRule="auto"/>
              <w:rPr>
                <w:lang w:eastAsia="ja-JP"/>
              </w:rPr>
            </w:pPr>
            <w:r>
              <w:rPr>
                <w:sz w:val="16"/>
                <w:lang w:eastAsia="ja-JP"/>
              </w:rPr>
              <w:t>請求書へ登録口座を出力</w:t>
            </w:r>
          </w:p>
        </w:tc>
      </w:tr>
      <w:tr w:rsidR="00FE09D8" w14:paraId="68E99D64" w14:textId="77777777">
        <w:trPr>
          <w:cantSplit/>
          <w:jc w:val="center"/>
        </w:trPr>
        <w:tc>
          <w:tcPr>
            <w:tcW w:w="1800" w:type="dxa"/>
            <w:shd w:val="clear" w:color="auto" w:fill="FFFFFF"/>
            <w:tcMar>
              <w:top w:w="95" w:type="dxa"/>
              <w:left w:w="105" w:type="dxa"/>
              <w:bottom w:w="95" w:type="dxa"/>
              <w:right w:w="105" w:type="dxa"/>
            </w:tcMar>
            <w:vAlign w:val="center"/>
          </w:tcPr>
          <w:p w14:paraId="036CB577" w14:textId="77777777" w:rsidR="00FE09D8" w:rsidRDefault="00000000">
            <w:pPr>
              <w:spacing w:after="0" w:line="283" w:lineRule="auto"/>
            </w:pPr>
            <w:proofErr w:type="spellStart"/>
            <w:r>
              <w:rPr>
                <w:b/>
                <w:sz w:val="16"/>
              </w:rPr>
              <w:t>領収証</w:t>
            </w:r>
            <w:proofErr w:type="spellEnd"/>
          </w:p>
        </w:tc>
        <w:tc>
          <w:tcPr>
            <w:tcW w:w="3528" w:type="dxa"/>
            <w:shd w:val="clear" w:color="auto" w:fill="FFFFFF"/>
            <w:tcMar>
              <w:top w:w="95" w:type="dxa"/>
              <w:left w:w="105" w:type="dxa"/>
              <w:bottom w:w="95" w:type="dxa"/>
              <w:right w:w="105" w:type="dxa"/>
            </w:tcMar>
            <w:vAlign w:val="center"/>
          </w:tcPr>
          <w:p w14:paraId="7C7A547E" w14:textId="77777777" w:rsidR="00FE09D8" w:rsidRDefault="00000000">
            <w:pPr>
              <w:spacing w:after="0" w:line="283" w:lineRule="auto"/>
            </w:pPr>
            <w:r>
              <w:rPr>
                <w:sz w:val="16"/>
              </w:rPr>
              <w:t>入金後に発行</w:t>
            </w:r>
          </w:p>
        </w:tc>
        <w:tc>
          <w:tcPr>
            <w:tcW w:w="4536" w:type="dxa"/>
            <w:shd w:val="clear" w:color="auto" w:fill="FFFFFF"/>
            <w:tcMar>
              <w:top w:w="95" w:type="dxa"/>
              <w:left w:w="105" w:type="dxa"/>
              <w:bottom w:w="95" w:type="dxa"/>
              <w:right w:w="105" w:type="dxa"/>
            </w:tcMar>
            <w:vAlign w:val="center"/>
          </w:tcPr>
          <w:p w14:paraId="7C0863CD" w14:textId="77777777" w:rsidR="00FE09D8" w:rsidRDefault="00000000">
            <w:pPr>
              <w:spacing w:after="0" w:line="283" w:lineRule="auto"/>
              <w:rPr>
                <w:lang w:eastAsia="ja-JP"/>
              </w:rPr>
            </w:pPr>
            <w:r>
              <w:rPr>
                <w:sz w:val="16"/>
                <w:lang w:eastAsia="ja-JP"/>
              </w:rPr>
              <w:t>入金登録後に月次一括領収証を生成</w:t>
            </w:r>
          </w:p>
        </w:tc>
      </w:tr>
    </w:tbl>
    <w:p w14:paraId="6547F126" w14:textId="77777777" w:rsidR="00FE09D8" w:rsidRDefault="00FE09D8">
      <w:pPr>
        <w:spacing w:after="0"/>
        <w:rPr>
          <w:lang w:eastAsia="ja-JP"/>
        </w:rPr>
      </w:pPr>
    </w:p>
    <w:p w14:paraId="13FB2742" w14:textId="77777777" w:rsidR="00FE09D8" w:rsidRDefault="00000000">
      <w:pPr>
        <w:pStyle w:val="21"/>
        <w:spacing w:before="160" w:after="80" w:line="240" w:lineRule="auto"/>
      </w:pPr>
      <w:r>
        <w:rPr>
          <w:rFonts w:ascii="Noto Sans JP" w:eastAsia="Noto Sans JP" w:hAnsi="Noto Sans JP"/>
        </w:rPr>
        <w:t xml:space="preserve">9.1 </w:t>
      </w:r>
      <w:proofErr w:type="spellStart"/>
      <w:r>
        <w:rPr>
          <w:rFonts w:ascii="Noto Sans JP" w:eastAsia="Noto Sans JP" w:hAnsi="Noto Sans JP"/>
        </w:rPr>
        <w:t>請求確定の検証</w:t>
      </w:r>
      <w:proofErr w:type="spellEnd"/>
    </w:p>
    <w:p w14:paraId="251DCA66" w14:textId="77777777" w:rsidR="00FE09D8" w:rsidRDefault="00000000">
      <w:pPr>
        <w:pStyle w:val="a0"/>
        <w:spacing w:after="60"/>
        <w:rPr>
          <w:lang w:eastAsia="ja-JP"/>
        </w:rPr>
      </w:pPr>
      <w:r>
        <w:rPr>
          <w:lang w:eastAsia="ja-JP"/>
        </w:rPr>
        <w:t>請求集計時に発送準備中または取消済みの注文が0件であることを機械的に検証する。</w:t>
      </w:r>
    </w:p>
    <w:p w14:paraId="02EA601C" w14:textId="77777777" w:rsidR="00FE09D8" w:rsidRDefault="00000000">
      <w:pPr>
        <w:pStyle w:val="a0"/>
        <w:spacing w:after="60"/>
        <w:rPr>
          <w:lang w:eastAsia="ja-JP"/>
        </w:rPr>
      </w:pPr>
      <w:r>
        <w:rPr>
          <w:lang w:eastAsia="ja-JP"/>
        </w:rPr>
        <w:t>商品名、単価、税率は注文時点のスナップショットを使用し、後日の商品マスター変更に影響されない。</w:t>
      </w:r>
    </w:p>
    <w:p w14:paraId="7475B65C" w14:textId="77777777" w:rsidR="00FE09D8" w:rsidRDefault="00000000">
      <w:pPr>
        <w:pStyle w:val="a0"/>
        <w:spacing w:after="60"/>
        <w:rPr>
          <w:lang w:eastAsia="ja-JP"/>
        </w:rPr>
      </w:pPr>
      <w:r>
        <w:rPr>
          <w:lang w:eastAsia="ja-JP"/>
        </w:rPr>
        <w:t>確定前に店舗別・商品別・箱数・重量・金額をプレビューし、請求担当者が確認する。</w:t>
      </w:r>
    </w:p>
    <w:p w14:paraId="62E1DD5C" w14:textId="77777777" w:rsidR="00FE09D8" w:rsidRDefault="00000000">
      <w:pPr>
        <w:pStyle w:val="a0"/>
        <w:spacing w:after="60"/>
        <w:rPr>
          <w:lang w:eastAsia="ja-JP"/>
        </w:rPr>
      </w:pPr>
      <w:r>
        <w:rPr>
          <w:lang w:eastAsia="ja-JP"/>
        </w:rPr>
        <w:t>確定済み請求の変更は再発行・訂正履歴を残し、同じ請求番号を上書きしない。</w:t>
      </w:r>
    </w:p>
    <w:p w14:paraId="0DF5FF99" w14:textId="77777777" w:rsidR="00FE09D8" w:rsidRDefault="00000000">
      <w:pPr>
        <w:pStyle w:val="21"/>
        <w:spacing w:before="160" w:after="80" w:line="240" w:lineRule="auto"/>
      </w:pPr>
      <w:r>
        <w:rPr>
          <w:rFonts w:ascii="Noto Sans JP" w:eastAsia="Noto Sans JP" w:hAnsi="Noto Sans JP"/>
        </w:rPr>
        <w:lastRenderedPageBreak/>
        <w:t xml:space="preserve">9.2 </w:t>
      </w:r>
      <w:proofErr w:type="spellStart"/>
      <w:r>
        <w:rPr>
          <w:rFonts w:ascii="Noto Sans JP" w:eastAsia="Noto Sans JP" w:hAnsi="Noto Sans JP"/>
        </w:rPr>
        <w:t>帳票</w:t>
      </w:r>
      <w:proofErr w:type="spellEnd"/>
    </w:p>
    <w:tbl>
      <w:tblPr>
        <w:tblStyle w:val="afe"/>
        <w:tblW w:w="0" w:type="auto"/>
        <w:jc w:val="center"/>
        <w:tblLayout w:type="fixed"/>
        <w:tblLook w:val="04A0" w:firstRow="1" w:lastRow="0" w:firstColumn="1" w:lastColumn="0" w:noHBand="0" w:noVBand="1"/>
      </w:tblPr>
      <w:tblGrid>
        <w:gridCol w:w="2016"/>
        <w:gridCol w:w="6048"/>
        <w:gridCol w:w="1800"/>
      </w:tblGrid>
      <w:tr w:rsidR="00FE09D8" w14:paraId="1822339A" w14:textId="77777777">
        <w:trPr>
          <w:tblHeader/>
          <w:jc w:val="center"/>
        </w:trPr>
        <w:tc>
          <w:tcPr>
            <w:tcW w:w="2016" w:type="dxa"/>
            <w:shd w:val="clear" w:color="auto" w:fill="153F5B"/>
            <w:tcMar>
              <w:top w:w="95" w:type="dxa"/>
              <w:left w:w="105" w:type="dxa"/>
              <w:bottom w:w="95" w:type="dxa"/>
              <w:right w:w="105" w:type="dxa"/>
            </w:tcMar>
            <w:vAlign w:val="center"/>
          </w:tcPr>
          <w:p w14:paraId="315B36A6" w14:textId="77777777" w:rsidR="00FE09D8" w:rsidRDefault="00000000">
            <w:pPr>
              <w:spacing w:after="0" w:line="240" w:lineRule="auto"/>
            </w:pPr>
            <w:r>
              <w:rPr>
                <w:b/>
                <w:color w:val="FFFFFF"/>
                <w:sz w:val="17"/>
              </w:rPr>
              <w:t>帳票</w:t>
            </w:r>
          </w:p>
        </w:tc>
        <w:tc>
          <w:tcPr>
            <w:tcW w:w="6048" w:type="dxa"/>
            <w:shd w:val="clear" w:color="auto" w:fill="153F5B"/>
            <w:tcMar>
              <w:top w:w="95" w:type="dxa"/>
              <w:left w:w="105" w:type="dxa"/>
              <w:bottom w:w="95" w:type="dxa"/>
              <w:right w:w="105" w:type="dxa"/>
            </w:tcMar>
            <w:vAlign w:val="center"/>
          </w:tcPr>
          <w:p w14:paraId="134C3C46" w14:textId="77777777" w:rsidR="00FE09D8" w:rsidRDefault="00000000">
            <w:pPr>
              <w:spacing w:after="0" w:line="240" w:lineRule="auto"/>
            </w:pPr>
            <w:r>
              <w:rPr>
                <w:b/>
                <w:color w:val="FFFFFF"/>
                <w:sz w:val="17"/>
              </w:rPr>
              <w:t>主な内容</w:t>
            </w:r>
          </w:p>
        </w:tc>
        <w:tc>
          <w:tcPr>
            <w:tcW w:w="1800" w:type="dxa"/>
            <w:shd w:val="clear" w:color="auto" w:fill="153F5B"/>
            <w:tcMar>
              <w:top w:w="95" w:type="dxa"/>
              <w:left w:w="105" w:type="dxa"/>
              <w:bottom w:w="95" w:type="dxa"/>
              <w:right w:w="105" w:type="dxa"/>
            </w:tcMar>
            <w:vAlign w:val="center"/>
          </w:tcPr>
          <w:p w14:paraId="6EB10538" w14:textId="77777777" w:rsidR="00FE09D8" w:rsidRDefault="00000000">
            <w:pPr>
              <w:spacing w:after="0" w:line="240" w:lineRule="auto"/>
            </w:pPr>
            <w:r>
              <w:rPr>
                <w:b/>
                <w:color w:val="FFFFFF"/>
                <w:sz w:val="17"/>
              </w:rPr>
              <w:t>形式</w:t>
            </w:r>
          </w:p>
        </w:tc>
      </w:tr>
      <w:tr w:rsidR="00FE09D8" w14:paraId="0643CA9B" w14:textId="77777777">
        <w:trPr>
          <w:cantSplit/>
          <w:jc w:val="center"/>
        </w:trPr>
        <w:tc>
          <w:tcPr>
            <w:tcW w:w="2016" w:type="dxa"/>
            <w:shd w:val="clear" w:color="auto" w:fill="FFFFFF"/>
            <w:tcMar>
              <w:top w:w="95" w:type="dxa"/>
              <w:left w:w="105" w:type="dxa"/>
              <w:bottom w:w="95" w:type="dxa"/>
              <w:right w:w="105" w:type="dxa"/>
            </w:tcMar>
            <w:vAlign w:val="center"/>
          </w:tcPr>
          <w:p w14:paraId="732250F7" w14:textId="77777777" w:rsidR="00FE09D8" w:rsidRDefault="00000000">
            <w:pPr>
              <w:spacing w:after="0" w:line="283" w:lineRule="auto"/>
            </w:pPr>
            <w:r>
              <w:rPr>
                <w:b/>
                <w:sz w:val="17"/>
              </w:rPr>
              <w:t>請求書</w:t>
            </w:r>
          </w:p>
        </w:tc>
        <w:tc>
          <w:tcPr>
            <w:tcW w:w="6048" w:type="dxa"/>
            <w:shd w:val="clear" w:color="auto" w:fill="FFFFFF"/>
            <w:tcMar>
              <w:top w:w="95" w:type="dxa"/>
              <w:left w:w="105" w:type="dxa"/>
              <w:bottom w:w="95" w:type="dxa"/>
              <w:right w:w="105" w:type="dxa"/>
            </w:tcMar>
            <w:vAlign w:val="center"/>
          </w:tcPr>
          <w:p w14:paraId="06891283" w14:textId="77777777" w:rsidR="00FE09D8" w:rsidRDefault="00000000">
            <w:pPr>
              <w:spacing w:after="0" w:line="283" w:lineRule="auto"/>
              <w:rPr>
                <w:lang w:eastAsia="ja-JP"/>
              </w:rPr>
            </w:pPr>
            <w:r>
              <w:rPr>
                <w:sz w:val="17"/>
                <w:lang w:eastAsia="ja-JP"/>
              </w:rPr>
              <w:t>請求先、請求番号、締め日、金額、税、支払期限、振込先</w:t>
            </w:r>
          </w:p>
        </w:tc>
        <w:tc>
          <w:tcPr>
            <w:tcW w:w="1800" w:type="dxa"/>
            <w:shd w:val="clear" w:color="auto" w:fill="FFFFFF"/>
            <w:tcMar>
              <w:top w:w="95" w:type="dxa"/>
              <w:left w:w="105" w:type="dxa"/>
              <w:bottom w:w="95" w:type="dxa"/>
              <w:right w:w="105" w:type="dxa"/>
            </w:tcMar>
            <w:vAlign w:val="center"/>
          </w:tcPr>
          <w:p w14:paraId="5397EBF4" w14:textId="77777777" w:rsidR="00FE09D8" w:rsidRDefault="00000000">
            <w:pPr>
              <w:spacing w:after="0" w:line="283" w:lineRule="auto"/>
            </w:pPr>
            <w:r>
              <w:rPr>
                <w:sz w:val="17"/>
              </w:rPr>
              <w:t>PDF</w:t>
            </w:r>
          </w:p>
        </w:tc>
      </w:tr>
      <w:tr w:rsidR="00FE09D8" w14:paraId="5C08E7B9" w14:textId="77777777">
        <w:trPr>
          <w:cantSplit/>
          <w:jc w:val="center"/>
        </w:trPr>
        <w:tc>
          <w:tcPr>
            <w:tcW w:w="2016" w:type="dxa"/>
            <w:shd w:val="clear" w:color="auto" w:fill="F3F5F7"/>
            <w:tcMar>
              <w:top w:w="95" w:type="dxa"/>
              <w:left w:w="105" w:type="dxa"/>
              <w:bottom w:w="95" w:type="dxa"/>
              <w:right w:w="105" w:type="dxa"/>
            </w:tcMar>
            <w:vAlign w:val="center"/>
          </w:tcPr>
          <w:p w14:paraId="71C0636A" w14:textId="77777777" w:rsidR="00FE09D8" w:rsidRDefault="00000000">
            <w:pPr>
              <w:spacing w:after="0" w:line="283" w:lineRule="auto"/>
            </w:pPr>
            <w:r>
              <w:rPr>
                <w:b/>
                <w:sz w:val="17"/>
              </w:rPr>
              <w:t>請求明細</w:t>
            </w:r>
          </w:p>
        </w:tc>
        <w:tc>
          <w:tcPr>
            <w:tcW w:w="6048" w:type="dxa"/>
            <w:shd w:val="clear" w:color="auto" w:fill="F3F5F7"/>
            <w:tcMar>
              <w:top w:w="95" w:type="dxa"/>
              <w:left w:w="105" w:type="dxa"/>
              <w:bottom w:w="95" w:type="dxa"/>
              <w:right w:w="105" w:type="dxa"/>
            </w:tcMar>
            <w:vAlign w:val="center"/>
          </w:tcPr>
          <w:p w14:paraId="7CB2C1CE" w14:textId="77777777" w:rsidR="00FE09D8" w:rsidRDefault="00000000">
            <w:pPr>
              <w:spacing w:after="0" w:line="283" w:lineRule="auto"/>
              <w:rPr>
                <w:lang w:eastAsia="ja-JP"/>
              </w:rPr>
            </w:pPr>
            <w:r>
              <w:rPr>
                <w:sz w:val="17"/>
                <w:lang w:eastAsia="ja-JP"/>
              </w:rPr>
              <w:t>店舗別・商品別・発送日別の箱数、重量、金額</w:t>
            </w:r>
          </w:p>
        </w:tc>
        <w:tc>
          <w:tcPr>
            <w:tcW w:w="1800" w:type="dxa"/>
            <w:shd w:val="clear" w:color="auto" w:fill="F3F5F7"/>
            <w:tcMar>
              <w:top w:w="95" w:type="dxa"/>
              <w:left w:w="105" w:type="dxa"/>
              <w:bottom w:w="95" w:type="dxa"/>
              <w:right w:w="105" w:type="dxa"/>
            </w:tcMar>
            <w:vAlign w:val="center"/>
          </w:tcPr>
          <w:p w14:paraId="70C1F60B" w14:textId="77777777" w:rsidR="00FE09D8" w:rsidRDefault="00000000">
            <w:pPr>
              <w:spacing w:after="0" w:line="283" w:lineRule="auto"/>
            </w:pPr>
            <w:proofErr w:type="spellStart"/>
            <w:r>
              <w:rPr>
                <w:sz w:val="17"/>
              </w:rPr>
              <w:t>PDF／Excel</w:t>
            </w:r>
            <w:proofErr w:type="spellEnd"/>
          </w:p>
        </w:tc>
      </w:tr>
      <w:tr w:rsidR="00FE09D8" w14:paraId="78CDE151" w14:textId="77777777">
        <w:trPr>
          <w:cantSplit/>
          <w:jc w:val="center"/>
        </w:trPr>
        <w:tc>
          <w:tcPr>
            <w:tcW w:w="2016" w:type="dxa"/>
            <w:shd w:val="clear" w:color="auto" w:fill="FFFFFF"/>
            <w:tcMar>
              <w:top w:w="95" w:type="dxa"/>
              <w:left w:w="105" w:type="dxa"/>
              <w:bottom w:w="95" w:type="dxa"/>
              <w:right w:w="105" w:type="dxa"/>
            </w:tcMar>
            <w:vAlign w:val="center"/>
          </w:tcPr>
          <w:p w14:paraId="5CAE9B6B" w14:textId="77777777" w:rsidR="00FE09D8" w:rsidRDefault="00000000">
            <w:pPr>
              <w:spacing w:after="0" w:line="283" w:lineRule="auto"/>
            </w:pPr>
            <w:r>
              <w:rPr>
                <w:b/>
                <w:sz w:val="17"/>
              </w:rPr>
              <w:t>領収証</w:t>
            </w:r>
          </w:p>
        </w:tc>
        <w:tc>
          <w:tcPr>
            <w:tcW w:w="6048" w:type="dxa"/>
            <w:shd w:val="clear" w:color="auto" w:fill="FFFFFF"/>
            <w:tcMar>
              <w:top w:w="95" w:type="dxa"/>
              <w:left w:w="105" w:type="dxa"/>
              <w:bottom w:w="95" w:type="dxa"/>
              <w:right w:w="105" w:type="dxa"/>
            </w:tcMar>
            <w:vAlign w:val="center"/>
          </w:tcPr>
          <w:p w14:paraId="318D3156" w14:textId="77777777" w:rsidR="00FE09D8" w:rsidRDefault="00000000">
            <w:pPr>
              <w:spacing w:after="0" w:line="283" w:lineRule="auto"/>
              <w:rPr>
                <w:lang w:eastAsia="ja-JP"/>
              </w:rPr>
            </w:pPr>
            <w:r>
              <w:rPr>
                <w:sz w:val="17"/>
                <w:lang w:eastAsia="ja-JP"/>
              </w:rPr>
              <w:t>入金日、金額、但し書き、発行番号</w:t>
            </w:r>
          </w:p>
        </w:tc>
        <w:tc>
          <w:tcPr>
            <w:tcW w:w="1800" w:type="dxa"/>
            <w:shd w:val="clear" w:color="auto" w:fill="FFFFFF"/>
            <w:tcMar>
              <w:top w:w="95" w:type="dxa"/>
              <w:left w:w="105" w:type="dxa"/>
              <w:bottom w:w="95" w:type="dxa"/>
              <w:right w:w="105" w:type="dxa"/>
            </w:tcMar>
            <w:vAlign w:val="center"/>
          </w:tcPr>
          <w:p w14:paraId="10AA8570" w14:textId="77777777" w:rsidR="00FE09D8" w:rsidRDefault="00000000">
            <w:pPr>
              <w:spacing w:after="0" w:line="283" w:lineRule="auto"/>
            </w:pPr>
            <w:r>
              <w:rPr>
                <w:sz w:val="17"/>
              </w:rPr>
              <w:t>PDF</w:t>
            </w:r>
          </w:p>
        </w:tc>
      </w:tr>
    </w:tbl>
    <w:p w14:paraId="0D49D325" w14:textId="77777777" w:rsidR="00FE09D8" w:rsidRDefault="00FE09D8">
      <w:pPr>
        <w:spacing w:after="0"/>
      </w:pPr>
    </w:p>
    <w:p w14:paraId="6435E983" w14:textId="77777777" w:rsidR="00FE09D8" w:rsidRDefault="00FE09D8">
      <w:pPr>
        <w:pBdr>
          <w:bottom w:val="single" w:sz="8" w:space="1" w:color="D9E2E8"/>
        </w:pBdr>
        <w:spacing w:before="200" w:after="160"/>
      </w:pPr>
    </w:p>
    <w:p w14:paraId="034C33D7" w14:textId="77777777" w:rsidR="00FE09D8" w:rsidRDefault="00000000">
      <w:pPr>
        <w:spacing w:after="40" w:line="240" w:lineRule="auto"/>
      </w:pPr>
      <w:r>
        <w:rPr>
          <w:b/>
          <w:color w:val="153F5B"/>
          <w:sz w:val="17"/>
          <w:shd w:val="clear" w:color="auto" w:fill="EAF3F8"/>
        </w:rPr>
        <w:t>SECTION 10</w:t>
      </w:r>
    </w:p>
    <w:p w14:paraId="1D6D6C24" w14:textId="77777777" w:rsidR="00FE09D8" w:rsidRDefault="00000000">
      <w:pPr>
        <w:pStyle w:val="1"/>
        <w:spacing w:before="60" w:after="80" w:line="240" w:lineRule="auto"/>
      </w:pPr>
      <w:r>
        <w:rPr>
          <w:rFonts w:ascii="Noto Sans JP" w:eastAsia="Noto Sans JP" w:hAnsi="Noto Sans JP"/>
        </w:rPr>
        <w:t>データモデル</w:t>
      </w:r>
    </w:p>
    <w:p w14:paraId="09DA5AEE" w14:textId="77777777" w:rsidR="00FE09D8" w:rsidRDefault="00000000">
      <w:pPr>
        <w:spacing w:after="200" w:line="317" w:lineRule="auto"/>
        <w:rPr>
          <w:lang w:eastAsia="ja-JP"/>
        </w:rPr>
      </w:pPr>
      <w:r>
        <w:rPr>
          <w:color w:val="526273"/>
          <w:sz w:val="18"/>
          <w:lang w:eastAsia="ja-JP"/>
        </w:rPr>
        <w:t>複数商品、店舗別宛先、宛先別到達状況、発送済み請求を無理なく扱う。</w:t>
      </w:r>
    </w:p>
    <w:tbl>
      <w:tblPr>
        <w:tblStyle w:val="afe"/>
        <w:tblW w:w="0" w:type="auto"/>
        <w:jc w:val="center"/>
        <w:tblLayout w:type="fixed"/>
        <w:tblLook w:val="04A0" w:firstRow="1" w:lastRow="0" w:firstColumn="1" w:lastColumn="0" w:noHBand="0" w:noVBand="1"/>
      </w:tblPr>
      <w:tblGrid>
        <w:gridCol w:w="2376"/>
        <w:gridCol w:w="5040"/>
        <w:gridCol w:w="2448"/>
      </w:tblGrid>
      <w:tr w:rsidR="00FE09D8" w14:paraId="5444293E" w14:textId="77777777">
        <w:trPr>
          <w:tblHeader/>
          <w:jc w:val="center"/>
        </w:trPr>
        <w:tc>
          <w:tcPr>
            <w:tcW w:w="2376" w:type="dxa"/>
            <w:shd w:val="clear" w:color="auto" w:fill="153F5B"/>
            <w:tcMar>
              <w:top w:w="95" w:type="dxa"/>
              <w:left w:w="105" w:type="dxa"/>
              <w:bottom w:w="95" w:type="dxa"/>
              <w:right w:w="105" w:type="dxa"/>
            </w:tcMar>
            <w:vAlign w:val="center"/>
          </w:tcPr>
          <w:p w14:paraId="18DF0945" w14:textId="77777777" w:rsidR="00FE09D8" w:rsidRDefault="00000000">
            <w:pPr>
              <w:spacing w:after="0" w:line="240" w:lineRule="auto"/>
            </w:pPr>
            <w:proofErr w:type="spellStart"/>
            <w:r>
              <w:rPr>
                <w:b/>
                <w:color w:val="FFFFFF"/>
                <w:sz w:val="15"/>
              </w:rPr>
              <w:t>テーブル</w:t>
            </w:r>
            <w:proofErr w:type="spellEnd"/>
          </w:p>
        </w:tc>
        <w:tc>
          <w:tcPr>
            <w:tcW w:w="5040" w:type="dxa"/>
            <w:shd w:val="clear" w:color="auto" w:fill="153F5B"/>
            <w:tcMar>
              <w:top w:w="95" w:type="dxa"/>
              <w:left w:w="105" w:type="dxa"/>
              <w:bottom w:w="95" w:type="dxa"/>
              <w:right w:w="105" w:type="dxa"/>
            </w:tcMar>
            <w:vAlign w:val="center"/>
          </w:tcPr>
          <w:p w14:paraId="3F73675F" w14:textId="77777777" w:rsidR="00FE09D8" w:rsidRDefault="00000000">
            <w:pPr>
              <w:spacing w:after="0" w:line="240" w:lineRule="auto"/>
            </w:pPr>
            <w:r>
              <w:rPr>
                <w:b/>
                <w:color w:val="FFFFFF"/>
                <w:sz w:val="15"/>
              </w:rPr>
              <w:t>主な項目</w:t>
            </w:r>
          </w:p>
        </w:tc>
        <w:tc>
          <w:tcPr>
            <w:tcW w:w="2448" w:type="dxa"/>
            <w:shd w:val="clear" w:color="auto" w:fill="153F5B"/>
            <w:tcMar>
              <w:top w:w="95" w:type="dxa"/>
              <w:left w:w="105" w:type="dxa"/>
              <w:bottom w:w="95" w:type="dxa"/>
              <w:right w:w="105" w:type="dxa"/>
            </w:tcMar>
            <w:vAlign w:val="center"/>
          </w:tcPr>
          <w:p w14:paraId="4951700B" w14:textId="77777777" w:rsidR="00FE09D8" w:rsidRDefault="00000000">
            <w:pPr>
              <w:spacing w:after="0" w:line="240" w:lineRule="auto"/>
            </w:pPr>
            <w:r>
              <w:rPr>
                <w:b/>
                <w:color w:val="FFFFFF"/>
                <w:sz w:val="15"/>
              </w:rPr>
              <w:t>備考</w:t>
            </w:r>
          </w:p>
        </w:tc>
      </w:tr>
      <w:tr w:rsidR="00FE09D8" w14:paraId="09B46DF1" w14:textId="77777777">
        <w:trPr>
          <w:cantSplit/>
          <w:jc w:val="center"/>
        </w:trPr>
        <w:tc>
          <w:tcPr>
            <w:tcW w:w="2376" w:type="dxa"/>
            <w:shd w:val="clear" w:color="auto" w:fill="FFFFFF"/>
            <w:tcMar>
              <w:top w:w="95" w:type="dxa"/>
              <w:left w:w="105" w:type="dxa"/>
              <w:bottom w:w="95" w:type="dxa"/>
              <w:right w:w="105" w:type="dxa"/>
            </w:tcMar>
            <w:vAlign w:val="center"/>
          </w:tcPr>
          <w:p w14:paraId="55EF01CB" w14:textId="77777777" w:rsidR="00FE09D8" w:rsidRDefault="00000000">
            <w:pPr>
              <w:spacing w:after="0" w:line="283" w:lineRule="auto"/>
            </w:pPr>
            <w:r>
              <w:rPr>
                <w:b/>
                <w:sz w:val="15"/>
              </w:rPr>
              <w:t>stores</w:t>
            </w:r>
          </w:p>
        </w:tc>
        <w:tc>
          <w:tcPr>
            <w:tcW w:w="5040" w:type="dxa"/>
            <w:shd w:val="clear" w:color="auto" w:fill="FFFFFF"/>
            <w:tcMar>
              <w:top w:w="95" w:type="dxa"/>
              <w:left w:w="105" w:type="dxa"/>
              <w:bottom w:w="95" w:type="dxa"/>
              <w:right w:w="105" w:type="dxa"/>
            </w:tcMar>
            <w:vAlign w:val="center"/>
          </w:tcPr>
          <w:p w14:paraId="4D24B385" w14:textId="77777777" w:rsidR="00FE09D8" w:rsidRDefault="00000000">
            <w:pPr>
              <w:spacing w:after="0" w:line="283" w:lineRule="auto"/>
            </w:pPr>
            <w:r>
              <w:rPr>
                <w:sz w:val="15"/>
              </w:rPr>
              <w:t>id, code, name, status</w:t>
            </w:r>
          </w:p>
        </w:tc>
        <w:tc>
          <w:tcPr>
            <w:tcW w:w="2448" w:type="dxa"/>
            <w:shd w:val="clear" w:color="auto" w:fill="FFFFFF"/>
            <w:tcMar>
              <w:top w:w="95" w:type="dxa"/>
              <w:left w:w="105" w:type="dxa"/>
              <w:bottom w:w="95" w:type="dxa"/>
              <w:right w:w="105" w:type="dxa"/>
            </w:tcMar>
            <w:vAlign w:val="center"/>
          </w:tcPr>
          <w:p w14:paraId="1407C8F0" w14:textId="77777777" w:rsidR="00FE09D8" w:rsidRDefault="00000000">
            <w:pPr>
              <w:spacing w:after="0" w:line="283" w:lineRule="auto"/>
            </w:pPr>
            <w:r>
              <w:rPr>
                <w:sz w:val="15"/>
              </w:rPr>
              <w:t>30店舗の基本情報</w:t>
            </w:r>
          </w:p>
        </w:tc>
      </w:tr>
      <w:tr w:rsidR="00FE09D8" w14:paraId="20C06BCE" w14:textId="77777777">
        <w:trPr>
          <w:cantSplit/>
          <w:jc w:val="center"/>
        </w:trPr>
        <w:tc>
          <w:tcPr>
            <w:tcW w:w="2376" w:type="dxa"/>
            <w:shd w:val="clear" w:color="auto" w:fill="F3F5F7"/>
            <w:tcMar>
              <w:top w:w="95" w:type="dxa"/>
              <w:left w:w="105" w:type="dxa"/>
              <w:bottom w:w="95" w:type="dxa"/>
              <w:right w:w="105" w:type="dxa"/>
            </w:tcMar>
            <w:vAlign w:val="center"/>
          </w:tcPr>
          <w:p w14:paraId="69EA665A" w14:textId="77777777" w:rsidR="00FE09D8" w:rsidRDefault="00000000">
            <w:pPr>
              <w:spacing w:after="0" w:line="283" w:lineRule="auto"/>
            </w:pPr>
            <w:r>
              <w:rPr>
                <w:b/>
                <w:sz w:val="15"/>
              </w:rPr>
              <w:t>store_destinations</w:t>
            </w:r>
          </w:p>
        </w:tc>
        <w:tc>
          <w:tcPr>
            <w:tcW w:w="5040" w:type="dxa"/>
            <w:shd w:val="clear" w:color="auto" w:fill="F3F5F7"/>
            <w:tcMar>
              <w:top w:w="95" w:type="dxa"/>
              <w:left w:w="105" w:type="dxa"/>
              <w:bottom w:w="95" w:type="dxa"/>
              <w:right w:w="105" w:type="dxa"/>
            </w:tcMar>
            <w:vAlign w:val="center"/>
          </w:tcPr>
          <w:p w14:paraId="6065868D" w14:textId="77777777" w:rsidR="00FE09D8" w:rsidRDefault="00000000">
            <w:pPr>
              <w:spacing w:after="0" w:line="283" w:lineRule="auto"/>
            </w:pPr>
            <w:r>
              <w:rPr>
                <w:sz w:val="15"/>
              </w:rPr>
              <w:t>store_id, postal_code, address, contact</w:t>
            </w:r>
          </w:p>
        </w:tc>
        <w:tc>
          <w:tcPr>
            <w:tcW w:w="2448" w:type="dxa"/>
            <w:shd w:val="clear" w:color="auto" w:fill="F3F5F7"/>
            <w:tcMar>
              <w:top w:w="95" w:type="dxa"/>
              <w:left w:w="105" w:type="dxa"/>
              <w:bottom w:w="95" w:type="dxa"/>
              <w:right w:w="105" w:type="dxa"/>
            </w:tcMar>
            <w:vAlign w:val="center"/>
          </w:tcPr>
          <w:p w14:paraId="31E7B2BB" w14:textId="77777777" w:rsidR="00FE09D8" w:rsidRDefault="00000000">
            <w:pPr>
              <w:spacing w:after="0" w:line="283" w:lineRule="auto"/>
              <w:rPr>
                <w:lang w:eastAsia="ja-JP"/>
              </w:rPr>
            </w:pPr>
            <w:r>
              <w:rPr>
                <w:sz w:val="15"/>
                <w:lang w:eastAsia="ja-JP"/>
              </w:rPr>
              <w:t>店舗発送先。初期は各店舗1件</w:t>
            </w:r>
          </w:p>
        </w:tc>
      </w:tr>
      <w:tr w:rsidR="00FE09D8" w14:paraId="2562EFC0" w14:textId="77777777">
        <w:trPr>
          <w:cantSplit/>
          <w:jc w:val="center"/>
        </w:trPr>
        <w:tc>
          <w:tcPr>
            <w:tcW w:w="2376" w:type="dxa"/>
            <w:shd w:val="clear" w:color="auto" w:fill="FFFFFF"/>
            <w:tcMar>
              <w:top w:w="95" w:type="dxa"/>
              <w:left w:w="105" w:type="dxa"/>
              <w:bottom w:w="95" w:type="dxa"/>
              <w:right w:w="105" w:type="dxa"/>
            </w:tcMar>
            <w:vAlign w:val="center"/>
          </w:tcPr>
          <w:p w14:paraId="10F47656" w14:textId="77777777" w:rsidR="00FE09D8" w:rsidRDefault="00000000">
            <w:pPr>
              <w:spacing w:after="0" w:line="283" w:lineRule="auto"/>
            </w:pPr>
            <w:proofErr w:type="spellStart"/>
            <w:r>
              <w:rPr>
                <w:b/>
                <w:sz w:val="15"/>
              </w:rPr>
              <w:t>destination_emails</w:t>
            </w:r>
            <w:proofErr w:type="spellEnd"/>
          </w:p>
        </w:tc>
        <w:tc>
          <w:tcPr>
            <w:tcW w:w="5040" w:type="dxa"/>
            <w:shd w:val="clear" w:color="auto" w:fill="FFFFFF"/>
            <w:tcMar>
              <w:top w:w="95" w:type="dxa"/>
              <w:left w:w="105" w:type="dxa"/>
              <w:bottom w:w="95" w:type="dxa"/>
              <w:right w:w="105" w:type="dxa"/>
            </w:tcMar>
            <w:vAlign w:val="center"/>
          </w:tcPr>
          <w:p w14:paraId="0D6C7313" w14:textId="77777777" w:rsidR="00FE09D8" w:rsidRDefault="00000000">
            <w:pPr>
              <w:spacing w:after="0" w:line="283" w:lineRule="auto"/>
            </w:pPr>
            <w:r>
              <w:rPr>
                <w:sz w:val="15"/>
              </w:rPr>
              <w:t>destination_id, email, active</w:t>
            </w:r>
          </w:p>
        </w:tc>
        <w:tc>
          <w:tcPr>
            <w:tcW w:w="2448" w:type="dxa"/>
            <w:shd w:val="clear" w:color="auto" w:fill="FFFFFF"/>
            <w:tcMar>
              <w:top w:w="95" w:type="dxa"/>
              <w:left w:w="105" w:type="dxa"/>
              <w:bottom w:w="95" w:type="dxa"/>
              <w:right w:w="105" w:type="dxa"/>
            </w:tcMar>
            <w:vAlign w:val="center"/>
          </w:tcPr>
          <w:p w14:paraId="14874B5D" w14:textId="77777777" w:rsidR="00FE09D8" w:rsidRDefault="00000000">
            <w:pPr>
              <w:spacing w:after="0" w:line="283" w:lineRule="auto"/>
              <w:rPr>
                <w:lang w:eastAsia="ja-JP"/>
              </w:rPr>
            </w:pPr>
            <w:r>
              <w:rPr>
                <w:sz w:val="15"/>
                <w:lang w:eastAsia="ja-JP"/>
              </w:rPr>
              <w:t>発送先に紐づく複数宛先</w:t>
            </w:r>
          </w:p>
        </w:tc>
      </w:tr>
      <w:tr w:rsidR="00FE09D8" w14:paraId="4A0F6AD1" w14:textId="77777777">
        <w:trPr>
          <w:cantSplit/>
          <w:jc w:val="center"/>
        </w:trPr>
        <w:tc>
          <w:tcPr>
            <w:tcW w:w="2376" w:type="dxa"/>
            <w:shd w:val="clear" w:color="auto" w:fill="F3F5F7"/>
            <w:tcMar>
              <w:top w:w="95" w:type="dxa"/>
              <w:left w:w="105" w:type="dxa"/>
              <w:bottom w:w="95" w:type="dxa"/>
              <w:right w:w="105" w:type="dxa"/>
            </w:tcMar>
            <w:vAlign w:val="center"/>
          </w:tcPr>
          <w:p w14:paraId="5F945EBB" w14:textId="77777777" w:rsidR="00FE09D8" w:rsidRDefault="00000000">
            <w:pPr>
              <w:spacing w:after="0" w:line="283" w:lineRule="auto"/>
            </w:pPr>
            <w:proofErr w:type="spellStart"/>
            <w:r>
              <w:rPr>
                <w:b/>
                <w:sz w:val="15"/>
              </w:rPr>
              <w:t>store_tokens</w:t>
            </w:r>
            <w:proofErr w:type="spellEnd"/>
          </w:p>
        </w:tc>
        <w:tc>
          <w:tcPr>
            <w:tcW w:w="5040" w:type="dxa"/>
            <w:shd w:val="clear" w:color="auto" w:fill="F3F5F7"/>
            <w:tcMar>
              <w:top w:w="95" w:type="dxa"/>
              <w:left w:w="105" w:type="dxa"/>
              <w:bottom w:w="95" w:type="dxa"/>
              <w:right w:w="105" w:type="dxa"/>
            </w:tcMar>
            <w:vAlign w:val="center"/>
          </w:tcPr>
          <w:p w14:paraId="5A031ECC" w14:textId="77777777" w:rsidR="00FE09D8" w:rsidRDefault="00000000">
            <w:pPr>
              <w:spacing w:after="0" w:line="283" w:lineRule="auto"/>
            </w:pPr>
            <w:r>
              <w:rPr>
                <w:sz w:val="15"/>
              </w:rPr>
              <w:t>store_id, token_hash, status, rotated_at</w:t>
            </w:r>
          </w:p>
        </w:tc>
        <w:tc>
          <w:tcPr>
            <w:tcW w:w="2448" w:type="dxa"/>
            <w:shd w:val="clear" w:color="auto" w:fill="F3F5F7"/>
            <w:tcMar>
              <w:top w:w="95" w:type="dxa"/>
              <w:left w:w="105" w:type="dxa"/>
              <w:bottom w:w="95" w:type="dxa"/>
              <w:right w:w="105" w:type="dxa"/>
            </w:tcMar>
            <w:vAlign w:val="center"/>
          </w:tcPr>
          <w:p w14:paraId="44C16368" w14:textId="77777777" w:rsidR="00FE09D8" w:rsidRDefault="00000000">
            <w:pPr>
              <w:spacing w:after="0" w:line="283" w:lineRule="auto"/>
              <w:rPr>
                <w:lang w:eastAsia="ja-JP"/>
              </w:rPr>
            </w:pPr>
            <w:r>
              <w:rPr>
                <w:sz w:val="15"/>
                <w:lang w:eastAsia="ja-JP"/>
              </w:rPr>
              <w:t>店舗専用リンク。平文トークンをDB表示しない</w:t>
            </w:r>
          </w:p>
        </w:tc>
      </w:tr>
      <w:tr w:rsidR="00FE09D8" w14:paraId="47C02C2C" w14:textId="77777777">
        <w:trPr>
          <w:cantSplit/>
          <w:jc w:val="center"/>
        </w:trPr>
        <w:tc>
          <w:tcPr>
            <w:tcW w:w="2376" w:type="dxa"/>
            <w:shd w:val="clear" w:color="auto" w:fill="FFFFFF"/>
            <w:tcMar>
              <w:top w:w="95" w:type="dxa"/>
              <w:left w:w="105" w:type="dxa"/>
              <w:bottom w:w="95" w:type="dxa"/>
              <w:right w:w="105" w:type="dxa"/>
            </w:tcMar>
            <w:vAlign w:val="center"/>
          </w:tcPr>
          <w:p w14:paraId="4C81AC31" w14:textId="77777777" w:rsidR="00FE09D8" w:rsidRDefault="00000000">
            <w:pPr>
              <w:spacing w:after="0" w:line="283" w:lineRule="auto"/>
            </w:pPr>
            <w:r>
              <w:rPr>
                <w:b/>
                <w:sz w:val="15"/>
              </w:rPr>
              <w:t>products</w:t>
            </w:r>
          </w:p>
        </w:tc>
        <w:tc>
          <w:tcPr>
            <w:tcW w:w="5040" w:type="dxa"/>
            <w:shd w:val="clear" w:color="auto" w:fill="FFFFFF"/>
            <w:tcMar>
              <w:top w:w="95" w:type="dxa"/>
              <w:left w:w="105" w:type="dxa"/>
              <w:bottom w:w="95" w:type="dxa"/>
              <w:right w:w="105" w:type="dxa"/>
            </w:tcMar>
            <w:vAlign w:val="center"/>
          </w:tcPr>
          <w:p w14:paraId="25B7AC98" w14:textId="77777777" w:rsidR="00FE09D8" w:rsidRDefault="00000000">
            <w:pPr>
              <w:spacing w:after="0" w:line="283" w:lineRule="auto"/>
            </w:pPr>
            <w:r>
              <w:rPr>
                <w:sz w:val="15"/>
              </w:rPr>
              <w:t>code, name, image_id, unit, weight, pack, active</w:t>
            </w:r>
          </w:p>
        </w:tc>
        <w:tc>
          <w:tcPr>
            <w:tcW w:w="2448" w:type="dxa"/>
            <w:shd w:val="clear" w:color="auto" w:fill="FFFFFF"/>
            <w:tcMar>
              <w:top w:w="95" w:type="dxa"/>
              <w:left w:w="105" w:type="dxa"/>
              <w:bottom w:w="95" w:type="dxa"/>
              <w:right w:w="105" w:type="dxa"/>
            </w:tcMar>
            <w:vAlign w:val="center"/>
          </w:tcPr>
          <w:p w14:paraId="12650010" w14:textId="77777777" w:rsidR="00FE09D8" w:rsidRDefault="00000000">
            <w:pPr>
              <w:spacing w:after="0" w:line="283" w:lineRule="auto"/>
            </w:pPr>
            <w:r>
              <w:rPr>
                <w:sz w:val="15"/>
              </w:rPr>
              <w:t>複数商品対応</w:t>
            </w:r>
          </w:p>
        </w:tc>
      </w:tr>
      <w:tr w:rsidR="00FE09D8" w14:paraId="42E9BB19" w14:textId="77777777">
        <w:trPr>
          <w:cantSplit/>
          <w:jc w:val="center"/>
        </w:trPr>
        <w:tc>
          <w:tcPr>
            <w:tcW w:w="2376" w:type="dxa"/>
            <w:shd w:val="clear" w:color="auto" w:fill="F3F5F7"/>
            <w:tcMar>
              <w:top w:w="95" w:type="dxa"/>
              <w:left w:w="105" w:type="dxa"/>
              <w:bottom w:w="95" w:type="dxa"/>
              <w:right w:w="105" w:type="dxa"/>
            </w:tcMar>
            <w:vAlign w:val="center"/>
          </w:tcPr>
          <w:p w14:paraId="326B5CF7" w14:textId="77777777" w:rsidR="00FE09D8" w:rsidRDefault="00000000">
            <w:pPr>
              <w:spacing w:after="0" w:line="283" w:lineRule="auto"/>
            </w:pPr>
            <w:r>
              <w:rPr>
                <w:b/>
                <w:sz w:val="15"/>
              </w:rPr>
              <w:t>shipping_dates</w:t>
            </w:r>
          </w:p>
        </w:tc>
        <w:tc>
          <w:tcPr>
            <w:tcW w:w="5040" w:type="dxa"/>
            <w:shd w:val="clear" w:color="auto" w:fill="F3F5F7"/>
            <w:tcMar>
              <w:top w:w="95" w:type="dxa"/>
              <w:left w:w="105" w:type="dxa"/>
              <w:bottom w:w="95" w:type="dxa"/>
              <w:right w:w="105" w:type="dxa"/>
            </w:tcMar>
            <w:vAlign w:val="center"/>
          </w:tcPr>
          <w:p w14:paraId="5BDA466C" w14:textId="77777777" w:rsidR="00FE09D8" w:rsidRDefault="00000000">
            <w:pPr>
              <w:spacing w:after="0" w:line="283" w:lineRule="auto"/>
            </w:pPr>
            <w:r>
              <w:rPr>
                <w:sz w:val="15"/>
              </w:rPr>
              <w:t>date, kind, published, capacity, deadline_rule</w:t>
            </w:r>
          </w:p>
        </w:tc>
        <w:tc>
          <w:tcPr>
            <w:tcW w:w="2448" w:type="dxa"/>
            <w:shd w:val="clear" w:color="auto" w:fill="F3F5F7"/>
            <w:tcMar>
              <w:top w:w="95" w:type="dxa"/>
              <w:left w:w="105" w:type="dxa"/>
              <w:bottom w:w="95" w:type="dxa"/>
              <w:right w:w="105" w:type="dxa"/>
            </w:tcMar>
            <w:vAlign w:val="center"/>
          </w:tcPr>
          <w:p w14:paraId="5FCC7D24" w14:textId="77777777" w:rsidR="00FE09D8" w:rsidRDefault="00000000">
            <w:pPr>
              <w:spacing w:after="0" w:line="283" w:lineRule="auto"/>
            </w:pPr>
            <w:r>
              <w:rPr>
                <w:sz w:val="15"/>
              </w:rPr>
              <w:t>発送日／休業日、公開状態</w:t>
            </w:r>
          </w:p>
        </w:tc>
      </w:tr>
      <w:tr w:rsidR="00FE09D8" w14:paraId="5F5D5104" w14:textId="77777777">
        <w:trPr>
          <w:cantSplit/>
          <w:jc w:val="center"/>
        </w:trPr>
        <w:tc>
          <w:tcPr>
            <w:tcW w:w="2376" w:type="dxa"/>
            <w:shd w:val="clear" w:color="auto" w:fill="FFFFFF"/>
            <w:tcMar>
              <w:top w:w="95" w:type="dxa"/>
              <w:left w:w="105" w:type="dxa"/>
              <w:bottom w:w="95" w:type="dxa"/>
              <w:right w:w="105" w:type="dxa"/>
            </w:tcMar>
            <w:vAlign w:val="center"/>
          </w:tcPr>
          <w:p w14:paraId="1BBB92F0" w14:textId="77777777" w:rsidR="00FE09D8" w:rsidRDefault="00000000">
            <w:pPr>
              <w:spacing w:after="0" w:line="283" w:lineRule="auto"/>
            </w:pPr>
            <w:r>
              <w:rPr>
                <w:b/>
                <w:sz w:val="15"/>
              </w:rPr>
              <w:t>orders</w:t>
            </w:r>
          </w:p>
        </w:tc>
        <w:tc>
          <w:tcPr>
            <w:tcW w:w="5040" w:type="dxa"/>
            <w:shd w:val="clear" w:color="auto" w:fill="FFFFFF"/>
            <w:tcMar>
              <w:top w:w="95" w:type="dxa"/>
              <w:left w:w="105" w:type="dxa"/>
              <w:bottom w:w="95" w:type="dxa"/>
              <w:right w:w="105" w:type="dxa"/>
            </w:tcMar>
            <w:vAlign w:val="center"/>
          </w:tcPr>
          <w:p w14:paraId="0600C766" w14:textId="77777777" w:rsidR="00FE09D8" w:rsidRDefault="00000000">
            <w:pPr>
              <w:spacing w:after="0" w:line="283" w:lineRule="auto"/>
            </w:pPr>
            <w:r>
              <w:rPr>
                <w:sz w:val="15"/>
              </w:rPr>
              <w:t>order_no, store_id, destination_snapshot, ship_date, shipping_status</w:t>
            </w:r>
          </w:p>
        </w:tc>
        <w:tc>
          <w:tcPr>
            <w:tcW w:w="2448" w:type="dxa"/>
            <w:shd w:val="clear" w:color="auto" w:fill="FFFFFF"/>
            <w:tcMar>
              <w:top w:w="95" w:type="dxa"/>
              <w:left w:w="105" w:type="dxa"/>
              <w:bottom w:w="95" w:type="dxa"/>
              <w:right w:w="105" w:type="dxa"/>
            </w:tcMar>
            <w:vAlign w:val="center"/>
          </w:tcPr>
          <w:p w14:paraId="66EE4F19" w14:textId="77777777" w:rsidR="00FE09D8" w:rsidRDefault="00000000">
            <w:pPr>
              <w:spacing w:after="0" w:line="283" w:lineRule="auto"/>
              <w:rPr>
                <w:lang w:eastAsia="ja-JP"/>
              </w:rPr>
            </w:pPr>
            <w:r>
              <w:rPr>
                <w:sz w:val="15"/>
                <w:lang w:eastAsia="ja-JP"/>
              </w:rPr>
              <w:t>店舗・住所・期限を注文時点で保存</w:t>
            </w:r>
          </w:p>
        </w:tc>
      </w:tr>
      <w:tr w:rsidR="00FE09D8" w14:paraId="5B447376" w14:textId="77777777">
        <w:trPr>
          <w:cantSplit/>
          <w:jc w:val="center"/>
        </w:trPr>
        <w:tc>
          <w:tcPr>
            <w:tcW w:w="2376" w:type="dxa"/>
            <w:shd w:val="clear" w:color="auto" w:fill="F3F5F7"/>
            <w:tcMar>
              <w:top w:w="95" w:type="dxa"/>
              <w:left w:w="105" w:type="dxa"/>
              <w:bottom w:w="95" w:type="dxa"/>
              <w:right w:w="105" w:type="dxa"/>
            </w:tcMar>
            <w:vAlign w:val="center"/>
          </w:tcPr>
          <w:p w14:paraId="19F9E59D" w14:textId="77777777" w:rsidR="00FE09D8" w:rsidRDefault="00000000">
            <w:pPr>
              <w:spacing w:after="0" w:line="283" w:lineRule="auto"/>
            </w:pPr>
            <w:proofErr w:type="spellStart"/>
            <w:r>
              <w:rPr>
                <w:b/>
                <w:sz w:val="15"/>
              </w:rPr>
              <w:t>order_items</w:t>
            </w:r>
            <w:proofErr w:type="spellEnd"/>
          </w:p>
        </w:tc>
        <w:tc>
          <w:tcPr>
            <w:tcW w:w="5040" w:type="dxa"/>
            <w:shd w:val="clear" w:color="auto" w:fill="F3F5F7"/>
            <w:tcMar>
              <w:top w:w="95" w:type="dxa"/>
              <w:left w:w="105" w:type="dxa"/>
              <w:bottom w:w="95" w:type="dxa"/>
              <w:right w:w="105" w:type="dxa"/>
            </w:tcMar>
            <w:vAlign w:val="center"/>
          </w:tcPr>
          <w:p w14:paraId="22EA85BD" w14:textId="77777777" w:rsidR="00FE09D8" w:rsidRDefault="00000000">
            <w:pPr>
              <w:spacing w:after="0" w:line="283" w:lineRule="auto"/>
            </w:pPr>
            <w:r>
              <w:rPr>
                <w:sz w:val="15"/>
              </w:rPr>
              <w:t>order_id, product_id, product_snapshot, boxes, unit_price, tax</w:t>
            </w:r>
          </w:p>
        </w:tc>
        <w:tc>
          <w:tcPr>
            <w:tcW w:w="2448" w:type="dxa"/>
            <w:shd w:val="clear" w:color="auto" w:fill="F3F5F7"/>
            <w:tcMar>
              <w:top w:w="95" w:type="dxa"/>
              <w:left w:w="105" w:type="dxa"/>
              <w:bottom w:w="95" w:type="dxa"/>
              <w:right w:w="105" w:type="dxa"/>
            </w:tcMar>
            <w:vAlign w:val="center"/>
          </w:tcPr>
          <w:p w14:paraId="1A196500" w14:textId="77777777" w:rsidR="00FE09D8" w:rsidRDefault="00000000">
            <w:pPr>
              <w:spacing w:after="0" w:line="283" w:lineRule="auto"/>
              <w:rPr>
                <w:lang w:eastAsia="ja-JP"/>
              </w:rPr>
            </w:pPr>
            <w:r>
              <w:rPr>
                <w:sz w:val="15"/>
                <w:lang w:eastAsia="ja-JP"/>
              </w:rPr>
              <w:t>将来の複数商品に対応</w:t>
            </w:r>
          </w:p>
        </w:tc>
      </w:tr>
      <w:tr w:rsidR="00FE09D8" w14:paraId="11828E0C" w14:textId="77777777">
        <w:trPr>
          <w:cantSplit/>
          <w:jc w:val="center"/>
        </w:trPr>
        <w:tc>
          <w:tcPr>
            <w:tcW w:w="2376" w:type="dxa"/>
            <w:shd w:val="clear" w:color="auto" w:fill="FFFFFF"/>
            <w:tcMar>
              <w:top w:w="95" w:type="dxa"/>
              <w:left w:w="105" w:type="dxa"/>
              <w:bottom w:w="95" w:type="dxa"/>
              <w:right w:w="105" w:type="dxa"/>
            </w:tcMar>
            <w:vAlign w:val="center"/>
          </w:tcPr>
          <w:p w14:paraId="6C0E5420" w14:textId="77777777" w:rsidR="00FE09D8" w:rsidRDefault="00000000">
            <w:pPr>
              <w:spacing w:after="0" w:line="283" w:lineRule="auto"/>
            </w:pPr>
            <w:proofErr w:type="spellStart"/>
            <w:r>
              <w:rPr>
                <w:b/>
                <w:sz w:val="15"/>
              </w:rPr>
              <w:t>email_deliveries</w:t>
            </w:r>
            <w:proofErr w:type="spellEnd"/>
          </w:p>
        </w:tc>
        <w:tc>
          <w:tcPr>
            <w:tcW w:w="5040" w:type="dxa"/>
            <w:shd w:val="clear" w:color="auto" w:fill="FFFFFF"/>
            <w:tcMar>
              <w:top w:w="95" w:type="dxa"/>
              <w:left w:w="105" w:type="dxa"/>
              <w:bottom w:w="95" w:type="dxa"/>
              <w:right w:w="105" w:type="dxa"/>
            </w:tcMar>
            <w:vAlign w:val="center"/>
          </w:tcPr>
          <w:p w14:paraId="7CBE3CCB" w14:textId="77777777" w:rsidR="00FE09D8" w:rsidRDefault="00000000">
            <w:pPr>
              <w:spacing w:after="0" w:line="283" w:lineRule="auto"/>
            </w:pPr>
            <w:r>
              <w:rPr>
                <w:sz w:val="15"/>
              </w:rPr>
              <w:t>order_id, recipient, message_id, status, event_at</w:t>
            </w:r>
          </w:p>
        </w:tc>
        <w:tc>
          <w:tcPr>
            <w:tcW w:w="2448" w:type="dxa"/>
            <w:shd w:val="clear" w:color="auto" w:fill="FFFFFF"/>
            <w:tcMar>
              <w:top w:w="95" w:type="dxa"/>
              <w:left w:w="105" w:type="dxa"/>
              <w:bottom w:w="95" w:type="dxa"/>
              <w:right w:w="105" w:type="dxa"/>
            </w:tcMar>
            <w:vAlign w:val="center"/>
          </w:tcPr>
          <w:p w14:paraId="292F2A9D" w14:textId="77777777" w:rsidR="00FE09D8" w:rsidRDefault="00000000">
            <w:pPr>
              <w:spacing w:after="0" w:line="283" w:lineRule="auto"/>
            </w:pPr>
            <w:r>
              <w:rPr>
                <w:sz w:val="15"/>
              </w:rPr>
              <w:t>宛先別の到達状況</w:t>
            </w:r>
          </w:p>
        </w:tc>
      </w:tr>
      <w:tr w:rsidR="00FE09D8" w14:paraId="14D986FF" w14:textId="77777777">
        <w:trPr>
          <w:cantSplit/>
          <w:jc w:val="center"/>
        </w:trPr>
        <w:tc>
          <w:tcPr>
            <w:tcW w:w="2376" w:type="dxa"/>
            <w:shd w:val="clear" w:color="auto" w:fill="F3F5F7"/>
            <w:tcMar>
              <w:top w:w="95" w:type="dxa"/>
              <w:left w:w="105" w:type="dxa"/>
              <w:bottom w:w="95" w:type="dxa"/>
              <w:right w:w="105" w:type="dxa"/>
            </w:tcMar>
            <w:vAlign w:val="center"/>
          </w:tcPr>
          <w:p w14:paraId="58902100" w14:textId="77777777" w:rsidR="00FE09D8" w:rsidRDefault="00000000">
            <w:pPr>
              <w:spacing w:after="0" w:line="283" w:lineRule="auto"/>
            </w:pPr>
            <w:r>
              <w:rPr>
                <w:b/>
                <w:sz w:val="15"/>
              </w:rPr>
              <w:t>invoices</w:t>
            </w:r>
          </w:p>
        </w:tc>
        <w:tc>
          <w:tcPr>
            <w:tcW w:w="5040" w:type="dxa"/>
            <w:shd w:val="clear" w:color="auto" w:fill="F3F5F7"/>
            <w:tcMar>
              <w:top w:w="95" w:type="dxa"/>
              <w:left w:w="105" w:type="dxa"/>
              <w:bottom w:w="95" w:type="dxa"/>
              <w:right w:w="105" w:type="dxa"/>
            </w:tcMar>
            <w:vAlign w:val="center"/>
          </w:tcPr>
          <w:p w14:paraId="2C4ED125" w14:textId="77777777" w:rsidR="00FE09D8" w:rsidRDefault="00000000">
            <w:pPr>
              <w:spacing w:after="0" w:line="283" w:lineRule="auto"/>
            </w:pPr>
            <w:r>
              <w:rPr>
                <w:sz w:val="15"/>
              </w:rPr>
              <w:t>invoice_no, period, billing_account_id, total, status</w:t>
            </w:r>
          </w:p>
        </w:tc>
        <w:tc>
          <w:tcPr>
            <w:tcW w:w="2448" w:type="dxa"/>
            <w:shd w:val="clear" w:color="auto" w:fill="F3F5F7"/>
            <w:tcMar>
              <w:top w:w="95" w:type="dxa"/>
              <w:left w:w="105" w:type="dxa"/>
              <w:bottom w:w="95" w:type="dxa"/>
              <w:right w:w="105" w:type="dxa"/>
            </w:tcMar>
            <w:vAlign w:val="center"/>
          </w:tcPr>
          <w:p w14:paraId="66BA519B" w14:textId="77777777" w:rsidR="00FE09D8" w:rsidRDefault="00000000">
            <w:pPr>
              <w:spacing w:after="0" w:line="283" w:lineRule="auto"/>
              <w:rPr>
                <w:lang w:eastAsia="ja-JP"/>
              </w:rPr>
            </w:pPr>
            <w:r>
              <w:rPr>
                <w:sz w:val="15"/>
                <w:lang w:eastAsia="ja-JP"/>
              </w:rPr>
              <w:t>本部1か所への月次請求</w:t>
            </w:r>
          </w:p>
        </w:tc>
      </w:tr>
      <w:tr w:rsidR="00FE09D8" w14:paraId="75A18772" w14:textId="77777777">
        <w:trPr>
          <w:cantSplit/>
          <w:jc w:val="center"/>
        </w:trPr>
        <w:tc>
          <w:tcPr>
            <w:tcW w:w="2376" w:type="dxa"/>
            <w:shd w:val="clear" w:color="auto" w:fill="FFFFFF"/>
            <w:tcMar>
              <w:top w:w="95" w:type="dxa"/>
              <w:left w:w="105" w:type="dxa"/>
              <w:bottom w:w="95" w:type="dxa"/>
              <w:right w:w="105" w:type="dxa"/>
            </w:tcMar>
            <w:vAlign w:val="center"/>
          </w:tcPr>
          <w:p w14:paraId="781C9663" w14:textId="77777777" w:rsidR="00FE09D8" w:rsidRDefault="00000000">
            <w:pPr>
              <w:spacing w:after="0" w:line="283" w:lineRule="auto"/>
            </w:pPr>
            <w:proofErr w:type="spellStart"/>
            <w:r>
              <w:rPr>
                <w:b/>
                <w:sz w:val="15"/>
              </w:rPr>
              <w:t>invoice_lines</w:t>
            </w:r>
            <w:proofErr w:type="spellEnd"/>
          </w:p>
        </w:tc>
        <w:tc>
          <w:tcPr>
            <w:tcW w:w="5040" w:type="dxa"/>
            <w:shd w:val="clear" w:color="auto" w:fill="FFFFFF"/>
            <w:tcMar>
              <w:top w:w="95" w:type="dxa"/>
              <w:left w:w="105" w:type="dxa"/>
              <w:bottom w:w="95" w:type="dxa"/>
              <w:right w:w="105" w:type="dxa"/>
            </w:tcMar>
            <w:vAlign w:val="center"/>
          </w:tcPr>
          <w:p w14:paraId="7BC2452E" w14:textId="77777777" w:rsidR="00FE09D8" w:rsidRDefault="00000000">
            <w:pPr>
              <w:spacing w:after="0" w:line="283" w:lineRule="auto"/>
            </w:pPr>
            <w:r>
              <w:rPr>
                <w:sz w:val="15"/>
              </w:rPr>
              <w:t>invoice_id, order_id, store_id, product_id, qty, amount</w:t>
            </w:r>
          </w:p>
        </w:tc>
        <w:tc>
          <w:tcPr>
            <w:tcW w:w="2448" w:type="dxa"/>
            <w:shd w:val="clear" w:color="auto" w:fill="FFFFFF"/>
            <w:tcMar>
              <w:top w:w="95" w:type="dxa"/>
              <w:left w:w="105" w:type="dxa"/>
              <w:bottom w:w="95" w:type="dxa"/>
              <w:right w:w="105" w:type="dxa"/>
            </w:tcMar>
            <w:vAlign w:val="center"/>
          </w:tcPr>
          <w:p w14:paraId="66E4E13B" w14:textId="77777777" w:rsidR="00FE09D8" w:rsidRDefault="00000000">
            <w:pPr>
              <w:spacing w:after="0" w:line="283" w:lineRule="auto"/>
            </w:pPr>
            <w:r>
              <w:rPr>
                <w:sz w:val="15"/>
              </w:rPr>
              <w:t>発送済み注文のみ</w:t>
            </w:r>
          </w:p>
        </w:tc>
      </w:tr>
      <w:tr w:rsidR="00FE09D8" w14:paraId="27E4FF9D" w14:textId="77777777">
        <w:trPr>
          <w:cantSplit/>
          <w:jc w:val="center"/>
        </w:trPr>
        <w:tc>
          <w:tcPr>
            <w:tcW w:w="2376" w:type="dxa"/>
            <w:shd w:val="clear" w:color="auto" w:fill="F3F5F7"/>
            <w:tcMar>
              <w:top w:w="95" w:type="dxa"/>
              <w:left w:w="105" w:type="dxa"/>
              <w:bottom w:w="95" w:type="dxa"/>
              <w:right w:w="105" w:type="dxa"/>
            </w:tcMar>
            <w:vAlign w:val="center"/>
          </w:tcPr>
          <w:p w14:paraId="50D619A6" w14:textId="77777777" w:rsidR="00FE09D8" w:rsidRDefault="00000000">
            <w:pPr>
              <w:spacing w:after="0" w:line="283" w:lineRule="auto"/>
            </w:pPr>
            <w:r>
              <w:rPr>
                <w:b/>
                <w:sz w:val="15"/>
              </w:rPr>
              <w:t>receipts</w:t>
            </w:r>
          </w:p>
        </w:tc>
        <w:tc>
          <w:tcPr>
            <w:tcW w:w="5040" w:type="dxa"/>
            <w:shd w:val="clear" w:color="auto" w:fill="F3F5F7"/>
            <w:tcMar>
              <w:top w:w="95" w:type="dxa"/>
              <w:left w:w="105" w:type="dxa"/>
              <w:bottom w:w="95" w:type="dxa"/>
              <w:right w:w="105" w:type="dxa"/>
            </w:tcMar>
            <w:vAlign w:val="center"/>
          </w:tcPr>
          <w:p w14:paraId="40A2CB3F" w14:textId="77777777" w:rsidR="00FE09D8" w:rsidRDefault="00000000">
            <w:pPr>
              <w:spacing w:after="0" w:line="283" w:lineRule="auto"/>
            </w:pPr>
            <w:r>
              <w:rPr>
                <w:sz w:val="15"/>
              </w:rPr>
              <w:t>receipt_no, invoice_id, paid_at, amount</w:t>
            </w:r>
          </w:p>
        </w:tc>
        <w:tc>
          <w:tcPr>
            <w:tcW w:w="2448" w:type="dxa"/>
            <w:shd w:val="clear" w:color="auto" w:fill="F3F5F7"/>
            <w:tcMar>
              <w:top w:w="95" w:type="dxa"/>
              <w:left w:w="105" w:type="dxa"/>
              <w:bottom w:w="95" w:type="dxa"/>
              <w:right w:w="105" w:type="dxa"/>
            </w:tcMar>
            <w:vAlign w:val="center"/>
          </w:tcPr>
          <w:p w14:paraId="405C16D7" w14:textId="77777777" w:rsidR="00FE09D8" w:rsidRDefault="00000000">
            <w:pPr>
              <w:spacing w:after="0" w:line="283" w:lineRule="auto"/>
            </w:pPr>
            <w:r>
              <w:rPr>
                <w:sz w:val="15"/>
              </w:rPr>
              <w:t>入金後発行</w:t>
            </w:r>
          </w:p>
        </w:tc>
      </w:tr>
    </w:tbl>
    <w:p w14:paraId="172EE4C8" w14:textId="77777777" w:rsidR="00FE09D8" w:rsidRDefault="00FE09D8">
      <w:pPr>
        <w:spacing w:after="0"/>
      </w:pPr>
    </w:p>
    <w:tbl>
      <w:tblPr>
        <w:tblW w:w="0" w:type="auto"/>
        <w:jc w:val="center"/>
        <w:tblLayout w:type="fixed"/>
        <w:tblLook w:val="04A0" w:firstRow="1" w:lastRow="0" w:firstColumn="1" w:lastColumn="0" w:noHBand="0" w:noVBand="1"/>
      </w:tblPr>
      <w:tblGrid>
        <w:gridCol w:w="4997"/>
        <w:gridCol w:w="4997"/>
      </w:tblGrid>
      <w:tr w:rsidR="00FE09D8" w14:paraId="258E362F" w14:textId="77777777">
        <w:trPr>
          <w:jc w:val="center"/>
        </w:trPr>
        <w:tc>
          <w:tcPr>
            <w:tcW w:w="4997" w:type="dxa"/>
            <w:tcBorders>
              <w:top w:val="single" w:sz="10" w:space="0" w:color="153F5B"/>
              <w:left w:val="single" w:sz="10" w:space="0" w:color="153F5B"/>
              <w:bottom w:val="single" w:sz="10" w:space="0" w:color="153F5B"/>
              <w:right w:val="single" w:sz="10" w:space="0" w:color="153F5B"/>
            </w:tcBorders>
            <w:shd w:val="clear" w:color="auto" w:fill="F3F8FB"/>
            <w:tcMar>
              <w:top w:w="150" w:type="dxa"/>
              <w:left w:w="150" w:type="dxa"/>
              <w:bottom w:w="150" w:type="dxa"/>
              <w:right w:w="150" w:type="dxa"/>
            </w:tcMar>
            <w:vAlign w:val="center"/>
          </w:tcPr>
          <w:p w14:paraId="7D0B8FB7" w14:textId="77777777" w:rsidR="00FE09D8" w:rsidRDefault="00000000">
            <w:pPr>
              <w:spacing w:after="0" w:line="240" w:lineRule="auto"/>
              <w:jc w:val="center"/>
            </w:pPr>
            <w:r>
              <w:rPr>
                <w:b/>
                <w:color w:val="153F5B"/>
                <w:sz w:val="16"/>
              </w:rPr>
              <w:t>DATA</w:t>
            </w:r>
          </w:p>
        </w:tc>
        <w:tc>
          <w:tcPr>
            <w:tcW w:w="4997" w:type="dxa"/>
            <w:tcBorders>
              <w:top w:val="single" w:sz="10" w:space="0" w:color="153F5B"/>
              <w:left w:val="single" w:sz="10" w:space="0" w:color="153F5B"/>
              <w:bottom w:val="single" w:sz="10" w:space="0" w:color="153F5B"/>
              <w:right w:val="single" w:sz="10" w:space="0" w:color="153F5B"/>
            </w:tcBorders>
            <w:shd w:val="clear" w:color="auto" w:fill="F3F8FB"/>
            <w:tcMar>
              <w:top w:w="150" w:type="dxa"/>
              <w:left w:w="150" w:type="dxa"/>
              <w:bottom w:w="150" w:type="dxa"/>
              <w:right w:w="150" w:type="dxa"/>
            </w:tcMar>
          </w:tcPr>
          <w:p w14:paraId="3F954F20" w14:textId="77777777" w:rsidR="00FE09D8" w:rsidRDefault="00000000">
            <w:pPr>
              <w:spacing w:after="40" w:line="240" w:lineRule="auto"/>
              <w:rPr>
                <w:lang w:eastAsia="ja-JP"/>
              </w:rPr>
            </w:pPr>
            <w:r>
              <w:rPr>
                <w:b/>
                <w:color w:val="153F5B"/>
                <w:lang w:eastAsia="ja-JP"/>
              </w:rPr>
              <w:t>注文時スナップショット</w:t>
            </w:r>
          </w:p>
          <w:p w14:paraId="5E094AFA" w14:textId="77777777" w:rsidR="00FE09D8" w:rsidRDefault="00000000">
            <w:pPr>
              <w:spacing w:after="0"/>
              <w:rPr>
                <w:lang w:eastAsia="ja-JP"/>
              </w:rPr>
            </w:pPr>
            <w:r>
              <w:rPr>
                <w:sz w:val="17"/>
                <w:lang w:eastAsia="ja-JP"/>
              </w:rPr>
              <w:t>店舗住所、商品名・荷姿・単価・税率、メール宛先、期限表示は注文時点の値を保存する。マスターを後から変更しても既存の発注書・請求明細が変わらないようにする。</w:t>
            </w:r>
          </w:p>
        </w:tc>
      </w:tr>
    </w:tbl>
    <w:p w14:paraId="5BC168FD" w14:textId="77777777" w:rsidR="00FE09D8" w:rsidRDefault="00FE09D8">
      <w:pPr>
        <w:spacing w:after="0"/>
        <w:rPr>
          <w:lang w:eastAsia="ja-JP"/>
        </w:rPr>
      </w:pPr>
    </w:p>
    <w:p w14:paraId="25E5896E" w14:textId="77777777" w:rsidR="00FE09D8" w:rsidRDefault="00000000">
      <w:pPr>
        <w:pStyle w:val="21"/>
        <w:spacing w:before="160" w:after="80" w:line="240" w:lineRule="auto"/>
      </w:pPr>
      <w:r>
        <w:rPr>
          <w:rFonts w:ascii="Noto Sans JP" w:eastAsia="Noto Sans JP" w:hAnsi="Noto Sans JP"/>
        </w:rPr>
        <w:t xml:space="preserve">10.1 </w:t>
      </w:r>
      <w:proofErr w:type="spellStart"/>
      <w:r>
        <w:rPr>
          <w:rFonts w:ascii="Noto Sans JP" w:eastAsia="Noto Sans JP" w:hAnsi="Noto Sans JP"/>
        </w:rPr>
        <w:t>主な制約</w:t>
      </w:r>
      <w:proofErr w:type="spellEnd"/>
    </w:p>
    <w:p w14:paraId="71D5FA6E" w14:textId="77777777" w:rsidR="00FE09D8" w:rsidRDefault="00000000">
      <w:pPr>
        <w:pStyle w:val="a0"/>
        <w:spacing w:after="60"/>
      </w:pPr>
      <w:r>
        <w:t>order_no、store.code、products.code は一意。</w:t>
      </w:r>
    </w:p>
    <w:p w14:paraId="38F53404" w14:textId="77777777" w:rsidR="00FE09D8" w:rsidRDefault="00000000">
      <w:pPr>
        <w:pStyle w:val="a0"/>
        <w:spacing w:after="60"/>
      </w:pPr>
      <w:r>
        <w:t>orders.shipping_status は preparing / shipped の2値。</w:t>
      </w:r>
    </w:p>
    <w:p w14:paraId="31D94037" w14:textId="77777777" w:rsidR="00FE09D8" w:rsidRDefault="00000000">
      <w:pPr>
        <w:pStyle w:val="a0"/>
        <w:spacing w:after="60"/>
      </w:pPr>
      <w:r>
        <w:t>shipping_dates.kind は shipping / closed の2値。</w:t>
      </w:r>
    </w:p>
    <w:p w14:paraId="768151BF" w14:textId="77777777" w:rsidR="00FE09D8" w:rsidRDefault="00000000">
      <w:pPr>
        <w:pStyle w:val="a0"/>
        <w:spacing w:after="60"/>
      </w:pPr>
      <w:r>
        <w:t>invoice_lines.order_id は発送済み注文だけを参照できる。</w:t>
      </w:r>
    </w:p>
    <w:p w14:paraId="5A2A0F6F" w14:textId="77777777" w:rsidR="00FE09D8" w:rsidRDefault="00000000">
      <w:pPr>
        <w:pStyle w:val="a0"/>
        <w:spacing w:after="60"/>
        <w:rPr>
          <w:lang w:eastAsia="ja-JP"/>
        </w:rPr>
      </w:pPr>
      <w:r>
        <w:rPr>
          <w:lang w:eastAsia="ja-JP"/>
        </w:rPr>
        <w:t>取消処理は関連表を同一トランザクションで削除し、途中状態を残さない。</w:t>
      </w:r>
    </w:p>
    <w:p w14:paraId="1A9F09B1" w14:textId="77777777" w:rsidR="00FE09D8" w:rsidRDefault="00FE09D8">
      <w:pPr>
        <w:pBdr>
          <w:bottom w:val="single" w:sz="8" w:space="1" w:color="D9E2E8"/>
        </w:pBdr>
        <w:spacing w:before="200" w:after="160"/>
        <w:rPr>
          <w:lang w:eastAsia="ja-JP"/>
        </w:rPr>
      </w:pPr>
    </w:p>
    <w:p w14:paraId="62438226" w14:textId="77777777" w:rsidR="00FE09D8" w:rsidRDefault="00000000">
      <w:pPr>
        <w:spacing w:after="40" w:line="240" w:lineRule="auto"/>
        <w:rPr>
          <w:lang w:eastAsia="ja-JP"/>
        </w:rPr>
      </w:pPr>
      <w:r>
        <w:rPr>
          <w:b/>
          <w:color w:val="153F5B"/>
          <w:sz w:val="17"/>
          <w:shd w:val="clear" w:color="auto" w:fill="EAF3F8"/>
          <w:lang w:eastAsia="ja-JP"/>
        </w:rPr>
        <w:t>SECTION 11</w:t>
      </w:r>
    </w:p>
    <w:p w14:paraId="52E4C425" w14:textId="77777777" w:rsidR="00FE09D8" w:rsidRDefault="00000000">
      <w:pPr>
        <w:pStyle w:val="1"/>
        <w:spacing w:before="60" w:after="80" w:line="240" w:lineRule="auto"/>
        <w:rPr>
          <w:lang w:eastAsia="ja-JP"/>
        </w:rPr>
      </w:pPr>
      <w:r>
        <w:rPr>
          <w:rFonts w:ascii="Noto Sans JP" w:eastAsia="Noto Sans JP" w:hAnsi="Noto Sans JP"/>
          <w:lang w:eastAsia="ja-JP"/>
        </w:rPr>
        <w:t>外部連携・エラー処理</w:t>
      </w:r>
    </w:p>
    <w:p w14:paraId="2D459F34" w14:textId="77777777" w:rsidR="00FE09D8" w:rsidRDefault="00000000">
      <w:pPr>
        <w:spacing w:after="200" w:line="317" w:lineRule="auto"/>
        <w:rPr>
          <w:lang w:eastAsia="ja-JP"/>
        </w:rPr>
      </w:pPr>
      <w:r>
        <w:rPr>
          <w:color w:val="526273"/>
          <w:sz w:val="18"/>
          <w:lang w:eastAsia="ja-JP"/>
        </w:rPr>
        <w:t>外部サービスの一時停止や仕様変更が注文受付を止めない構造にする。</w:t>
      </w:r>
    </w:p>
    <w:p w14:paraId="62F9469C" w14:textId="77777777" w:rsidR="00FE09D8" w:rsidRDefault="00000000">
      <w:pPr>
        <w:pStyle w:val="21"/>
        <w:spacing w:before="160" w:after="80" w:line="240" w:lineRule="auto"/>
        <w:rPr>
          <w:lang w:eastAsia="ja-JP"/>
        </w:rPr>
      </w:pPr>
      <w:r>
        <w:rPr>
          <w:rFonts w:ascii="Noto Sans JP" w:eastAsia="Noto Sans JP" w:hAnsi="Noto Sans JP"/>
          <w:lang w:eastAsia="ja-JP"/>
        </w:rPr>
        <w:t>11.1 Googleスプレッドシート</w:t>
      </w:r>
    </w:p>
    <w:p w14:paraId="1016BBC5" w14:textId="77777777" w:rsidR="00FE09D8" w:rsidRDefault="00000000">
      <w:pPr>
        <w:pStyle w:val="a0"/>
        <w:spacing w:after="60"/>
        <w:rPr>
          <w:lang w:eastAsia="ja-JP"/>
        </w:rPr>
      </w:pPr>
      <w:r>
        <w:rPr>
          <w:lang w:eastAsia="ja-JP"/>
        </w:rPr>
        <w:t>WordPress DBを正本とし、Googleスプレッドシートは閲覧・集計用の一方向コピーとする。</w:t>
      </w:r>
    </w:p>
    <w:p w14:paraId="532E3A06" w14:textId="77777777" w:rsidR="00FE09D8" w:rsidRDefault="00000000">
      <w:pPr>
        <w:pStyle w:val="a0"/>
        <w:spacing w:after="60"/>
        <w:rPr>
          <w:lang w:eastAsia="ja-JP"/>
        </w:rPr>
      </w:pPr>
      <w:r>
        <w:rPr>
          <w:lang w:eastAsia="ja-JP"/>
        </w:rPr>
        <w:t>注文番号を一意キーに</w:t>
      </w:r>
      <w:proofErr w:type="spellStart"/>
      <w:r>
        <w:rPr>
          <w:lang w:eastAsia="ja-JP"/>
        </w:rPr>
        <w:t>upsert</w:t>
      </w:r>
      <w:proofErr w:type="spellEnd"/>
      <w:r>
        <w:rPr>
          <w:lang w:eastAsia="ja-JP"/>
        </w:rPr>
        <w:t>し、再送でも重複行を作らない。</w:t>
      </w:r>
    </w:p>
    <w:p w14:paraId="2F74E0A2" w14:textId="77777777" w:rsidR="00FE09D8" w:rsidRDefault="00000000">
      <w:pPr>
        <w:pStyle w:val="a0"/>
        <w:spacing w:after="60"/>
        <w:rPr>
          <w:lang w:eastAsia="ja-JP"/>
        </w:rPr>
      </w:pPr>
      <w:r>
        <w:rPr>
          <w:lang w:eastAsia="ja-JP"/>
        </w:rPr>
        <w:t>取消時は対象行を削除または「無効」同期し、請求用抽出から確実に除外する。</w:t>
      </w:r>
    </w:p>
    <w:p w14:paraId="31DA6245" w14:textId="77777777" w:rsidR="00FE09D8" w:rsidRDefault="00000000">
      <w:pPr>
        <w:pStyle w:val="a0"/>
        <w:spacing w:after="60"/>
        <w:rPr>
          <w:lang w:eastAsia="ja-JP"/>
        </w:rPr>
      </w:pPr>
      <w:r>
        <w:rPr>
          <w:lang w:eastAsia="ja-JP"/>
        </w:rPr>
        <w:t>API認証情報は環境変数または安全な秘密管理に置き、テーマ・公開ファイルへ含めない。</w:t>
      </w:r>
    </w:p>
    <w:p w14:paraId="21F8CC7B" w14:textId="77777777" w:rsidR="00FE09D8" w:rsidRDefault="00000000">
      <w:pPr>
        <w:pStyle w:val="21"/>
        <w:spacing w:before="160" w:after="80" w:line="240" w:lineRule="auto"/>
      </w:pPr>
      <w:r>
        <w:rPr>
          <w:rFonts w:ascii="Noto Sans JP" w:eastAsia="Noto Sans JP" w:hAnsi="Noto Sans JP"/>
        </w:rPr>
        <w:t xml:space="preserve">11.2 </w:t>
      </w:r>
      <w:proofErr w:type="spellStart"/>
      <w:r>
        <w:rPr>
          <w:rFonts w:ascii="Noto Sans JP" w:eastAsia="Noto Sans JP" w:hAnsi="Noto Sans JP"/>
        </w:rPr>
        <w:t>Excel／CSV</w:t>
      </w:r>
      <w:proofErr w:type="spellEnd"/>
    </w:p>
    <w:tbl>
      <w:tblPr>
        <w:tblStyle w:val="afe"/>
        <w:tblW w:w="0" w:type="auto"/>
        <w:jc w:val="center"/>
        <w:tblLayout w:type="fixed"/>
        <w:tblLook w:val="04A0" w:firstRow="1" w:lastRow="0" w:firstColumn="1" w:lastColumn="0" w:noHBand="0" w:noVBand="1"/>
      </w:tblPr>
      <w:tblGrid>
        <w:gridCol w:w="1944"/>
        <w:gridCol w:w="5904"/>
        <w:gridCol w:w="2016"/>
      </w:tblGrid>
      <w:tr w:rsidR="00FE09D8" w14:paraId="1246F8DB" w14:textId="77777777">
        <w:trPr>
          <w:tblHeader/>
          <w:jc w:val="center"/>
        </w:trPr>
        <w:tc>
          <w:tcPr>
            <w:tcW w:w="1944" w:type="dxa"/>
            <w:shd w:val="clear" w:color="auto" w:fill="153F5B"/>
            <w:tcMar>
              <w:top w:w="95" w:type="dxa"/>
              <w:left w:w="105" w:type="dxa"/>
              <w:bottom w:w="95" w:type="dxa"/>
              <w:right w:w="105" w:type="dxa"/>
            </w:tcMar>
            <w:vAlign w:val="center"/>
          </w:tcPr>
          <w:p w14:paraId="60C9553C" w14:textId="77777777" w:rsidR="00FE09D8" w:rsidRDefault="00000000">
            <w:pPr>
              <w:spacing w:after="0" w:line="240" w:lineRule="auto"/>
            </w:pPr>
            <w:r>
              <w:rPr>
                <w:b/>
                <w:color w:val="FFFFFF"/>
                <w:sz w:val="16"/>
              </w:rPr>
              <w:t>出力</w:t>
            </w:r>
          </w:p>
        </w:tc>
        <w:tc>
          <w:tcPr>
            <w:tcW w:w="5904" w:type="dxa"/>
            <w:shd w:val="clear" w:color="auto" w:fill="153F5B"/>
            <w:tcMar>
              <w:top w:w="95" w:type="dxa"/>
              <w:left w:w="105" w:type="dxa"/>
              <w:bottom w:w="95" w:type="dxa"/>
              <w:right w:w="105" w:type="dxa"/>
            </w:tcMar>
            <w:vAlign w:val="center"/>
          </w:tcPr>
          <w:p w14:paraId="26D7D4BC" w14:textId="77777777" w:rsidR="00FE09D8" w:rsidRDefault="00000000">
            <w:pPr>
              <w:spacing w:after="0" w:line="240" w:lineRule="auto"/>
            </w:pPr>
            <w:r>
              <w:rPr>
                <w:b/>
                <w:color w:val="FFFFFF"/>
                <w:sz w:val="16"/>
              </w:rPr>
              <w:t>列の例</w:t>
            </w:r>
          </w:p>
        </w:tc>
        <w:tc>
          <w:tcPr>
            <w:tcW w:w="2016" w:type="dxa"/>
            <w:shd w:val="clear" w:color="auto" w:fill="153F5B"/>
            <w:tcMar>
              <w:top w:w="95" w:type="dxa"/>
              <w:left w:w="105" w:type="dxa"/>
              <w:bottom w:w="95" w:type="dxa"/>
              <w:right w:w="105" w:type="dxa"/>
            </w:tcMar>
            <w:vAlign w:val="center"/>
          </w:tcPr>
          <w:p w14:paraId="41090664" w14:textId="77777777" w:rsidR="00FE09D8" w:rsidRDefault="00000000">
            <w:pPr>
              <w:spacing w:after="0" w:line="240" w:lineRule="auto"/>
            </w:pPr>
            <w:r>
              <w:rPr>
                <w:b/>
                <w:color w:val="FFFFFF"/>
                <w:sz w:val="16"/>
              </w:rPr>
              <w:t>用途</w:t>
            </w:r>
          </w:p>
        </w:tc>
      </w:tr>
      <w:tr w:rsidR="00FE09D8" w14:paraId="58FCFA15" w14:textId="77777777">
        <w:trPr>
          <w:cantSplit/>
          <w:jc w:val="center"/>
        </w:trPr>
        <w:tc>
          <w:tcPr>
            <w:tcW w:w="1944" w:type="dxa"/>
            <w:shd w:val="clear" w:color="auto" w:fill="FFFFFF"/>
            <w:tcMar>
              <w:top w:w="95" w:type="dxa"/>
              <w:left w:w="105" w:type="dxa"/>
              <w:bottom w:w="95" w:type="dxa"/>
              <w:right w:w="105" w:type="dxa"/>
            </w:tcMar>
            <w:vAlign w:val="center"/>
          </w:tcPr>
          <w:p w14:paraId="47C5AAD2" w14:textId="77777777" w:rsidR="00FE09D8" w:rsidRDefault="00000000">
            <w:pPr>
              <w:spacing w:after="0" w:line="283" w:lineRule="auto"/>
            </w:pPr>
            <w:r>
              <w:rPr>
                <w:b/>
                <w:sz w:val="16"/>
              </w:rPr>
              <w:t>注文一覧</w:t>
            </w:r>
          </w:p>
        </w:tc>
        <w:tc>
          <w:tcPr>
            <w:tcW w:w="5904" w:type="dxa"/>
            <w:shd w:val="clear" w:color="auto" w:fill="FFFFFF"/>
            <w:tcMar>
              <w:top w:w="95" w:type="dxa"/>
              <w:left w:w="105" w:type="dxa"/>
              <w:bottom w:w="95" w:type="dxa"/>
              <w:right w:w="105" w:type="dxa"/>
            </w:tcMar>
            <w:vAlign w:val="center"/>
          </w:tcPr>
          <w:p w14:paraId="05371C26" w14:textId="77777777" w:rsidR="00FE09D8" w:rsidRDefault="00000000">
            <w:pPr>
              <w:spacing w:after="0" w:line="283" w:lineRule="auto"/>
            </w:pPr>
            <w:r>
              <w:rPr>
                <w:sz w:val="16"/>
              </w:rPr>
              <w:t>注文番号、店舗、発送先、商品、箱数、発送日、発送状態</w:t>
            </w:r>
          </w:p>
        </w:tc>
        <w:tc>
          <w:tcPr>
            <w:tcW w:w="2016" w:type="dxa"/>
            <w:shd w:val="clear" w:color="auto" w:fill="FFFFFF"/>
            <w:tcMar>
              <w:top w:w="95" w:type="dxa"/>
              <w:left w:w="105" w:type="dxa"/>
              <w:bottom w:w="95" w:type="dxa"/>
              <w:right w:w="105" w:type="dxa"/>
            </w:tcMar>
            <w:vAlign w:val="center"/>
          </w:tcPr>
          <w:p w14:paraId="2E3F99D3" w14:textId="77777777" w:rsidR="00FE09D8" w:rsidRDefault="00000000">
            <w:pPr>
              <w:spacing w:after="0" w:line="283" w:lineRule="auto"/>
            </w:pPr>
            <w:r>
              <w:rPr>
                <w:sz w:val="16"/>
              </w:rPr>
              <w:t>日次運用</w:t>
            </w:r>
          </w:p>
        </w:tc>
      </w:tr>
      <w:tr w:rsidR="00FE09D8" w14:paraId="2165DFD0" w14:textId="77777777">
        <w:trPr>
          <w:cantSplit/>
          <w:jc w:val="center"/>
        </w:trPr>
        <w:tc>
          <w:tcPr>
            <w:tcW w:w="1944" w:type="dxa"/>
            <w:shd w:val="clear" w:color="auto" w:fill="F3F5F7"/>
            <w:tcMar>
              <w:top w:w="95" w:type="dxa"/>
              <w:left w:w="105" w:type="dxa"/>
              <w:bottom w:w="95" w:type="dxa"/>
              <w:right w:w="105" w:type="dxa"/>
            </w:tcMar>
            <w:vAlign w:val="center"/>
          </w:tcPr>
          <w:p w14:paraId="7C12EDF0" w14:textId="77777777" w:rsidR="00FE09D8" w:rsidRDefault="00000000">
            <w:pPr>
              <w:spacing w:after="0" w:line="283" w:lineRule="auto"/>
            </w:pPr>
            <w:r>
              <w:rPr>
                <w:b/>
                <w:sz w:val="16"/>
              </w:rPr>
              <w:t>発送一覧</w:t>
            </w:r>
          </w:p>
        </w:tc>
        <w:tc>
          <w:tcPr>
            <w:tcW w:w="5904" w:type="dxa"/>
            <w:shd w:val="clear" w:color="auto" w:fill="F3F5F7"/>
            <w:tcMar>
              <w:top w:w="95" w:type="dxa"/>
              <w:left w:w="105" w:type="dxa"/>
              <w:bottom w:w="95" w:type="dxa"/>
              <w:right w:w="105" w:type="dxa"/>
            </w:tcMar>
            <w:vAlign w:val="center"/>
          </w:tcPr>
          <w:p w14:paraId="7D3F091E" w14:textId="77777777" w:rsidR="00FE09D8" w:rsidRDefault="00000000">
            <w:pPr>
              <w:spacing w:after="0" w:line="283" w:lineRule="auto"/>
            </w:pPr>
            <w:r>
              <w:rPr>
                <w:sz w:val="16"/>
              </w:rPr>
              <w:t>発送日、店舗、住所、商品、箱数、重量</w:t>
            </w:r>
          </w:p>
        </w:tc>
        <w:tc>
          <w:tcPr>
            <w:tcW w:w="2016" w:type="dxa"/>
            <w:shd w:val="clear" w:color="auto" w:fill="F3F5F7"/>
            <w:tcMar>
              <w:top w:w="95" w:type="dxa"/>
              <w:left w:w="105" w:type="dxa"/>
              <w:bottom w:w="95" w:type="dxa"/>
              <w:right w:w="105" w:type="dxa"/>
            </w:tcMar>
            <w:vAlign w:val="center"/>
          </w:tcPr>
          <w:p w14:paraId="764DCAB1" w14:textId="77777777" w:rsidR="00FE09D8" w:rsidRDefault="00000000">
            <w:pPr>
              <w:spacing w:after="0" w:line="283" w:lineRule="auto"/>
            </w:pPr>
            <w:r>
              <w:rPr>
                <w:sz w:val="16"/>
              </w:rPr>
              <w:t>発送準備</w:t>
            </w:r>
          </w:p>
        </w:tc>
      </w:tr>
      <w:tr w:rsidR="00FE09D8" w14:paraId="501DC06A" w14:textId="77777777">
        <w:trPr>
          <w:cantSplit/>
          <w:jc w:val="center"/>
        </w:trPr>
        <w:tc>
          <w:tcPr>
            <w:tcW w:w="1944" w:type="dxa"/>
            <w:shd w:val="clear" w:color="auto" w:fill="FFFFFF"/>
            <w:tcMar>
              <w:top w:w="95" w:type="dxa"/>
              <w:left w:w="105" w:type="dxa"/>
              <w:bottom w:w="95" w:type="dxa"/>
              <w:right w:w="105" w:type="dxa"/>
            </w:tcMar>
            <w:vAlign w:val="center"/>
          </w:tcPr>
          <w:p w14:paraId="5C47FD9C" w14:textId="77777777" w:rsidR="00FE09D8" w:rsidRDefault="00000000">
            <w:pPr>
              <w:spacing w:after="0" w:line="283" w:lineRule="auto"/>
            </w:pPr>
            <w:r>
              <w:rPr>
                <w:b/>
                <w:sz w:val="16"/>
              </w:rPr>
              <w:t>請求明細</w:t>
            </w:r>
          </w:p>
        </w:tc>
        <w:tc>
          <w:tcPr>
            <w:tcW w:w="5904" w:type="dxa"/>
            <w:shd w:val="clear" w:color="auto" w:fill="FFFFFF"/>
            <w:tcMar>
              <w:top w:w="95" w:type="dxa"/>
              <w:left w:w="105" w:type="dxa"/>
              <w:bottom w:w="95" w:type="dxa"/>
              <w:right w:w="105" w:type="dxa"/>
            </w:tcMar>
            <w:vAlign w:val="center"/>
          </w:tcPr>
          <w:p w14:paraId="50D93BB6" w14:textId="77777777" w:rsidR="00FE09D8" w:rsidRDefault="00000000">
            <w:pPr>
              <w:spacing w:after="0" w:line="283" w:lineRule="auto"/>
            </w:pPr>
            <w:r>
              <w:rPr>
                <w:sz w:val="16"/>
              </w:rPr>
              <w:t>請求月、店舗、商品、箱数、単価、税、金額</w:t>
            </w:r>
          </w:p>
        </w:tc>
        <w:tc>
          <w:tcPr>
            <w:tcW w:w="2016" w:type="dxa"/>
            <w:shd w:val="clear" w:color="auto" w:fill="FFFFFF"/>
            <w:tcMar>
              <w:top w:w="95" w:type="dxa"/>
              <w:left w:w="105" w:type="dxa"/>
              <w:bottom w:w="95" w:type="dxa"/>
              <w:right w:w="105" w:type="dxa"/>
            </w:tcMar>
            <w:vAlign w:val="center"/>
          </w:tcPr>
          <w:p w14:paraId="38D4A07D" w14:textId="77777777" w:rsidR="00FE09D8" w:rsidRDefault="00000000">
            <w:pPr>
              <w:spacing w:after="0" w:line="283" w:lineRule="auto"/>
            </w:pPr>
            <w:r>
              <w:rPr>
                <w:sz w:val="16"/>
              </w:rPr>
              <w:t>請求照合</w:t>
            </w:r>
          </w:p>
        </w:tc>
      </w:tr>
      <w:tr w:rsidR="00FE09D8" w14:paraId="201F61EE" w14:textId="77777777">
        <w:trPr>
          <w:cantSplit/>
          <w:jc w:val="center"/>
        </w:trPr>
        <w:tc>
          <w:tcPr>
            <w:tcW w:w="1944" w:type="dxa"/>
            <w:shd w:val="clear" w:color="auto" w:fill="F3F5F7"/>
            <w:tcMar>
              <w:top w:w="95" w:type="dxa"/>
              <w:left w:w="105" w:type="dxa"/>
              <w:bottom w:w="95" w:type="dxa"/>
              <w:right w:w="105" w:type="dxa"/>
            </w:tcMar>
            <w:vAlign w:val="center"/>
          </w:tcPr>
          <w:p w14:paraId="206B76A8" w14:textId="77777777" w:rsidR="00FE09D8" w:rsidRDefault="00000000">
            <w:pPr>
              <w:spacing w:after="0" w:line="283" w:lineRule="auto"/>
            </w:pPr>
            <w:r>
              <w:rPr>
                <w:b/>
                <w:sz w:val="16"/>
              </w:rPr>
              <w:lastRenderedPageBreak/>
              <w:t>メール結果</w:t>
            </w:r>
          </w:p>
        </w:tc>
        <w:tc>
          <w:tcPr>
            <w:tcW w:w="5904" w:type="dxa"/>
            <w:shd w:val="clear" w:color="auto" w:fill="F3F5F7"/>
            <w:tcMar>
              <w:top w:w="95" w:type="dxa"/>
              <w:left w:w="105" w:type="dxa"/>
              <w:bottom w:w="95" w:type="dxa"/>
              <w:right w:w="105" w:type="dxa"/>
            </w:tcMar>
            <w:vAlign w:val="center"/>
          </w:tcPr>
          <w:p w14:paraId="55B3BDD5" w14:textId="77777777" w:rsidR="00FE09D8" w:rsidRDefault="00000000">
            <w:pPr>
              <w:spacing w:after="0" w:line="283" w:lineRule="auto"/>
              <w:rPr>
                <w:lang w:eastAsia="ja-JP"/>
              </w:rPr>
            </w:pPr>
            <w:r>
              <w:rPr>
                <w:sz w:val="16"/>
                <w:lang w:eastAsia="ja-JP"/>
              </w:rPr>
              <w:t>注文番号、宛先、状態、イベント日時</w:t>
            </w:r>
          </w:p>
        </w:tc>
        <w:tc>
          <w:tcPr>
            <w:tcW w:w="2016" w:type="dxa"/>
            <w:shd w:val="clear" w:color="auto" w:fill="F3F5F7"/>
            <w:tcMar>
              <w:top w:w="95" w:type="dxa"/>
              <w:left w:w="105" w:type="dxa"/>
              <w:bottom w:w="95" w:type="dxa"/>
              <w:right w:w="105" w:type="dxa"/>
            </w:tcMar>
            <w:vAlign w:val="center"/>
          </w:tcPr>
          <w:p w14:paraId="6B86740F" w14:textId="77777777" w:rsidR="00FE09D8" w:rsidRDefault="00000000">
            <w:pPr>
              <w:spacing w:after="0" w:line="283" w:lineRule="auto"/>
            </w:pPr>
            <w:proofErr w:type="spellStart"/>
            <w:r>
              <w:rPr>
                <w:sz w:val="16"/>
              </w:rPr>
              <w:t>未達確認</w:t>
            </w:r>
            <w:proofErr w:type="spellEnd"/>
          </w:p>
        </w:tc>
      </w:tr>
    </w:tbl>
    <w:p w14:paraId="6EFCB250" w14:textId="77777777" w:rsidR="00FE09D8" w:rsidRDefault="00FE09D8">
      <w:pPr>
        <w:spacing w:after="0"/>
      </w:pPr>
    </w:p>
    <w:p w14:paraId="6F519282" w14:textId="77777777" w:rsidR="00FE09D8" w:rsidRDefault="00000000">
      <w:pPr>
        <w:pStyle w:val="21"/>
        <w:spacing w:before="160" w:after="80" w:line="240" w:lineRule="auto"/>
      </w:pPr>
      <w:r>
        <w:rPr>
          <w:rFonts w:ascii="Noto Sans JP" w:eastAsia="Noto Sans JP" w:hAnsi="Noto Sans JP"/>
        </w:rPr>
        <w:t>11.3 障害時の動作</w:t>
      </w:r>
    </w:p>
    <w:tbl>
      <w:tblPr>
        <w:tblStyle w:val="afe"/>
        <w:tblW w:w="0" w:type="auto"/>
        <w:jc w:val="center"/>
        <w:tblLayout w:type="fixed"/>
        <w:tblLook w:val="04A0" w:firstRow="1" w:lastRow="0" w:firstColumn="1" w:lastColumn="0" w:noHBand="0" w:noVBand="1"/>
      </w:tblPr>
      <w:tblGrid>
        <w:gridCol w:w="2304"/>
        <w:gridCol w:w="3672"/>
        <w:gridCol w:w="3888"/>
      </w:tblGrid>
      <w:tr w:rsidR="00FE09D8" w14:paraId="0FA03A4D" w14:textId="77777777">
        <w:trPr>
          <w:tblHeader/>
          <w:jc w:val="center"/>
        </w:trPr>
        <w:tc>
          <w:tcPr>
            <w:tcW w:w="2304" w:type="dxa"/>
            <w:shd w:val="clear" w:color="auto" w:fill="153F5B"/>
            <w:tcMar>
              <w:top w:w="95" w:type="dxa"/>
              <w:left w:w="105" w:type="dxa"/>
              <w:bottom w:w="95" w:type="dxa"/>
              <w:right w:w="105" w:type="dxa"/>
            </w:tcMar>
            <w:vAlign w:val="center"/>
          </w:tcPr>
          <w:p w14:paraId="276E715A" w14:textId="77777777" w:rsidR="00FE09D8" w:rsidRDefault="00000000">
            <w:pPr>
              <w:spacing w:after="0" w:line="240" w:lineRule="auto"/>
            </w:pPr>
            <w:r>
              <w:rPr>
                <w:b/>
                <w:color w:val="FFFFFF"/>
                <w:sz w:val="16"/>
              </w:rPr>
              <w:t>障害</w:t>
            </w:r>
          </w:p>
        </w:tc>
        <w:tc>
          <w:tcPr>
            <w:tcW w:w="3672" w:type="dxa"/>
            <w:shd w:val="clear" w:color="auto" w:fill="153F5B"/>
            <w:tcMar>
              <w:top w:w="95" w:type="dxa"/>
              <w:left w:w="105" w:type="dxa"/>
              <w:bottom w:w="95" w:type="dxa"/>
              <w:right w:w="105" w:type="dxa"/>
            </w:tcMar>
            <w:vAlign w:val="center"/>
          </w:tcPr>
          <w:p w14:paraId="52FF415E" w14:textId="77777777" w:rsidR="00FE09D8" w:rsidRDefault="00000000">
            <w:pPr>
              <w:spacing w:after="0" w:line="240" w:lineRule="auto"/>
            </w:pPr>
            <w:r>
              <w:rPr>
                <w:b/>
                <w:color w:val="FFFFFF"/>
                <w:sz w:val="16"/>
              </w:rPr>
              <w:t>注文者への結果</w:t>
            </w:r>
          </w:p>
        </w:tc>
        <w:tc>
          <w:tcPr>
            <w:tcW w:w="3888" w:type="dxa"/>
            <w:shd w:val="clear" w:color="auto" w:fill="153F5B"/>
            <w:tcMar>
              <w:top w:w="95" w:type="dxa"/>
              <w:left w:w="105" w:type="dxa"/>
              <w:bottom w:w="95" w:type="dxa"/>
              <w:right w:w="105" w:type="dxa"/>
            </w:tcMar>
            <w:vAlign w:val="center"/>
          </w:tcPr>
          <w:p w14:paraId="257B8B6A" w14:textId="77777777" w:rsidR="00FE09D8" w:rsidRDefault="00000000">
            <w:pPr>
              <w:spacing w:after="0" w:line="240" w:lineRule="auto"/>
            </w:pPr>
            <w:r>
              <w:rPr>
                <w:b/>
                <w:color w:val="FFFFFF"/>
                <w:sz w:val="16"/>
              </w:rPr>
              <w:t>管理者対応</w:t>
            </w:r>
          </w:p>
        </w:tc>
      </w:tr>
      <w:tr w:rsidR="00FE09D8" w14:paraId="6CD9CA31" w14:textId="77777777">
        <w:trPr>
          <w:cantSplit/>
          <w:jc w:val="center"/>
        </w:trPr>
        <w:tc>
          <w:tcPr>
            <w:tcW w:w="2304" w:type="dxa"/>
            <w:shd w:val="clear" w:color="auto" w:fill="FFFFFF"/>
            <w:tcMar>
              <w:top w:w="95" w:type="dxa"/>
              <w:left w:w="105" w:type="dxa"/>
              <w:bottom w:w="95" w:type="dxa"/>
              <w:right w:w="105" w:type="dxa"/>
            </w:tcMar>
            <w:vAlign w:val="center"/>
          </w:tcPr>
          <w:p w14:paraId="10E958D1" w14:textId="77777777" w:rsidR="00FE09D8" w:rsidRDefault="00000000">
            <w:pPr>
              <w:spacing w:after="0" w:line="283" w:lineRule="auto"/>
            </w:pPr>
            <w:r>
              <w:rPr>
                <w:b/>
                <w:sz w:val="16"/>
              </w:rPr>
              <w:t>メールAPI停止</w:t>
            </w:r>
          </w:p>
        </w:tc>
        <w:tc>
          <w:tcPr>
            <w:tcW w:w="3672" w:type="dxa"/>
            <w:shd w:val="clear" w:color="auto" w:fill="FFFFFF"/>
            <w:tcMar>
              <w:top w:w="95" w:type="dxa"/>
              <w:left w:w="105" w:type="dxa"/>
              <w:bottom w:w="95" w:type="dxa"/>
              <w:right w:w="105" w:type="dxa"/>
            </w:tcMar>
            <w:vAlign w:val="center"/>
          </w:tcPr>
          <w:p w14:paraId="63011048" w14:textId="77777777" w:rsidR="00FE09D8" w:rsidRDefault="00000000">
            <w:pPr>
              <w:spacing w:after="0" w:line="283" w:lineRule="auto"/>
              <w:rPr>
                <w:lang w:eastAsia="ja-JP"/>
              </w:rPr>
            </w:pPr>
            <w:r>
              <w:rPr>
                <w:sz w:val="16"/>
                <w:lang w:eastAsia="ja-JP"/>
              </w:rPr>
              <w:t>注文受付は成功。メール確認中と表示</w:t>
            </w:r>
          </w:p>
        </w:tc>
        <w:tc>
          <w:tcPr>
            <w:tcW w:w="3888" w:type="dxa"/>
            <w:shd w:val="clear" w:color="auto" w:fill="FFFFFF"/>
            <w:tcMar>
              <w:top w:w="95" w:type="dxa"/>
              <w:left w:w="105" w:type="dxa"/>
              <w:bottom w:w="95" w:type="dxa"/>
              <w:right w:w="105" w:type="dxa"/>
            </w:tcMar>
            <w:vAlign w:val="center"/>
          </w:tcPr>
          <w:p w14:paraId="3ADA8980" w14:textId="77777777" w:rsidR="00FE09D8" w:rsidRDefault="00000000">
            <w:pPr>
              <w:spacing w:after="0" w:line="283" w:lineRule="auto"/>
              <w:rPr>
                <w:lang w:eastAsia="ja-JP"/>
              </w:rPr>
            </w:pPr>
            <w:r>
              <w:rPr>
                <w:sz w:val="16"/>
                <w:lang w:eastAsia="ja-JP"/>
              </w:rPr>
              <w:t>自動再試行、復旧後に再送</w:t>
            </w:r>
          </w:p>
        </w:tc>
      </w:tr>
      <w:tr w:rsidR="00FE09D8" w14:paraId="07C27E1A" w14:textId="77777777">
        <w:trPr>
          <w:cantSplit/>
          <w:jc w:val="center"/>
        </w:trPr>
        <w:tc>
          <w:tcPr>
            <w:tcW w:w="2304" w:type="dxa"/>
            <w:shd w:val="clear" w:color="auto" w:fill="F3F5F7"/>
            <w:tcMar>
              <w:top w:w="95" w:type="dxa"/>
              <w:left w:w="105" w:type="dxa"/>
              <w:bottom w:w="95" w:type="dxa"/>
              <w:right w:w="105" w:type="dxa"/>
            </w:tcMar>
            <w:vAlign w:val="center"/>
          </w:tcPr>
          <w:p w14:paraId="7A2E99B5" w14:textId="77777777" w:rsidR="00FE09D8" w:rsidRDefault="00000000">
            <w:pPr>
              <w:spacing w:after="0" w:line="283" w:lineRule="auto"/>
            </w:pPr>
            <w:r>
              <w:rPr>
                <w:b/>
                <w:sz w:val="16"/>
              </w:rPr>
              <w:t xml:space="preserve">Sheets </w:t>
            </w:r>
            <w:proofErr w:type="spellStart"/>
            <w:r>
              <w:rPr>
                <w:b/>
                <w:sz w:val="16"/>
              </w:rPr>
              <w:t>API停止</w:t>
            </w:r>
            <w:proofErr w:type="spellEnd"/>
          </w:p>
        </w:tc>
        <w:tc>
          <w:tcPr>
            <w:tcW w:w="3672" w:type="dxa"/>
            <w:shd w:val="clear" w:color="auto" w:fill="F3F5F7"/>
            <w:tcMar>
              <w:top w:w="95" w:type="dxa"/>
              <w:left w:w="105" w:type="dxa"/>
              <w:bottom w:w="95" w:type="dxa"/>
              <w:right w:w="105" w:type="dxa"/>
            </w:tcMar>
            <w:vAlign w:val="center"/>
          </w:tcPr>
          <w:p w14:paraId="68CBA1C6" w14:textId="77777777" w:rsidR="00FE09D8" w:rsidRDefault="00000000">
            <w:pPr>
              <w:spacing w:after="0" w:line="283" w:lineRule="auto"/>
            </w:pPr>
            <w:r>
              <w:rPr>
                <w:sz w:val="16"/>
              </w:rPr>
              <w:t>注文受付は成功</w:t>
            </w:r>
          </w:p>
        </w:tc>
        <w:tc>
          <w:tcPr>
            <w:tcW w:w="3888" w:type="dxa"/>
            <w:shd w:val="clear" w:color="auto" w:fill="F3F5F7"/>
            <w:tcMar>
              <w:top w:w="95" w:type="dxa"/>
              <w:left w:w="105" w:type="dxa"/>
              <w:bottom w:w="95" w:type="dxa"/>
              <w:right w:w="105" w:type="dxa"/>
            </w:tcMar>
            <w:vAlign w:val="center"/>
          </w:tcPr>
          <w:p w14:paraId="670A0DDB" w14:textId="77777777" w:rsidR="00FE09D8" w:rsidRDefault="00000000">
            <w:pPr>
              <w:spacing w:after="0" w:line="283" w:lineRule="auto"/>
              <w:rPr>
                <w:lang w:eastAsia="ja-JP"/>
              </w:rPr>
            </w:pPr>
            <w:r>
              <w:rPr>
                <w:sz w:val="16"/>
                <w:lang w:eastAsia="ja-JP"/>
              </w:rPr>
              <w:t>再送待ち件数を表示、手動再送</w:t>
            </w:r>
          </w:p>
        </w:tc>
      </w:tr>
      <w:tr w:rsidR="00FE09D8" w14:paraId="5DADDF89" w14:textId="77777777">
        <w:trPr>
          <w:cantSplit/>
          <w:jc w:val="center"/>
        </w:trPr>
        <w:tc>
          <w:tcPr>
            <w:tcW w:w="2304" w:type="dxa"/>
            <w:shd w:val="clear" w:color="auto" w:fill="FFFFFF"/>
            <w:tcMar>
              <w:top w:w="95" w:type="dxa"/>
              <w:left w:w="105" w:type="dxa"/>
              <w:bottom w:w="95" w:type="dxa"/>
              <w:right w:w="105" w:type="dxa"/>
            </w:tcMar>
            <w:vAlign w:val="center"/>
          </w:tcPr>
          <w:p w14:paraId="4B6C625E" w14:textId="77777777" w:rsidR="00FE09D8" w:rsidRDefault="00000000">
            <w:pPr>
              <w:spacing w:after="0" w:line="283" w:lineRule="auto"/>
            </w:pPr>
            <w:proofErr w:type="spellStart"/>
            <w:r>
              <w:rPr>
                <w:b/>
                <w:sz w:val="16"/>
              </w:rPr>
              <w:t>PDF生成失敗</w:t>
            </w:r>
            <w:proofErr w:type="spellEnd"/>
          </w:p>
        </w:tc>
        <w:tc>
          <w:tcPr>
            <w:tcW w:w="3672" w:type="dxa"/>
            <w:shd w:val="clear" w:color="auto" w:fill="FFFFFF"/>
            <w:tcMar>
              <w:top w:w="95" w:type="dxa"/>
              <w:left w:w="105" w:type="dxa"/>
              <w:bottom w:w="95" w:type="dxa"/>
              <w:right w:w="105" w:type="dxa"/>
            </w:tcMar>
            <w:vAlign w:val="center"/>
          </w:tcPr>
          <w:p w14:paraId="18068F76" w14:textId="77777777" w:rsidR="00FE09D8" w:rsidRDefault="00000000">
            <w:pPr>
              <w:spacing w:after="0" w:line="283" w:lineRule="auto"/>
              <w:rPr>
                <w:lang w:eastAsia="ja-JP"/>
              </w:rPr>
            </w:pPr>
            <w:r>
              <w:rPr>
                <w:sz w:val="16"/>
                <w:lang w:eastAsia="ja-JP"/>
              </w:rPr>
              <w:t>注文受付には影響なし</w:t>
            </w:r>
          </w:p>
        </w:tc>
        <w:tc>
          <w:tcPr>
            <w:tcW w:w="3888" w:type="dxa"/>
            <w:shd w:val="clear" w:color="auto" w:fill="FFFFFF"/>
            <w:tcMar>
              <w:top w:w="95" w:type="dxa"/>
              <w:left w:w="105" w:type="dxa"/>
              <w:bottom w:w="95" w:type="dxa"/>
              <w:right w:w="105" w:type="dxa"/>
            </w:tcMar>
            <w:vAlign w:val="center"/>
          </w:tcPr>
          <w:p w14:paraId="4EBA5724" w14:textId="77777777" w:rsidR="00FE09D8" w:rsidRDefault="00000000">
            <w:pPr>
              <w:spacing w:after="0" w:line="283" w:lineRule="auto"/>
              <w:rPr>
                <w:lang w:eastAsia="ja-JP"/>
              </w:rPr>
            </w:pPr>
            <w:r>
              <w:rPr>
                <w:sz w:val="16"/>
                <w:lang w:eastAsia="ja-JP"/>
              </w:rPr>
              <w:t>請求確定を保留し、再生成</w:t>
            </w:r>
          </w:p>
        </w:tc>
      </w:tr>
      <w:tr w:rsidR="00FE09D8" w14:paraId="39EFDD3B" w14:textId="77777777">
        <w:trPr>
          <w:cantSplit/>
          <w:jc w:val="center"/>
        </w:trPr>
        <w:tc>
          <w:tcPr>
            <w:tcW w:w="2304" w:type="dxa"/>
            <w:shd w:val="clear" w:color="auto" w:fill="F3F5F7"/>
            <w:tcMar>
              <w:top w:w="95" w:type="dxa"/>
              <w:left w:w="105" w:type="dxa"/>
              <w:bottom w:w="95" w:type="dxa"/>
              <w:right w:w="105" w:type="dxa"/>
            </w:tcMar>
            <w:vAlign w:val="center"/>
          </w:tcPr>
          <w:p w14:paraId="72657457" w14:textId="77777777" w:rsidR="00FE09D8" w:rsidRDefault="00000000">
            <w:pPr>
              <w:spacing w:after="0" w:line="283" w:lineRule="auto"/>
            </w:pPr>
            <w:proofErr w:type="spellStart"/>
            <w:r>
              <w:rPr>
                <w:b/>
                <w:sz w:val="16"/>
              </w:rPr>
              <w:t>DB保存失敗</w:t>
            </w:r>
            <w:proofErr w:type="spellEnd"/>
          </w:p>
        </w:tc>
        <w:tc>
          <w:tcPr>
            <w:tcW w:w="3672" w:type="dxa"/>
            <w:shd w:val="clear" w:color="auto" w:fill="F3F5F7"/>
            <w:tcMar>
              <w:top w:w="95" w:type="dxa"/>
              <w:left w:w="105" w:type="dxa"/>
              <w:bottom w:w="95" w:type="dxa"/>
              <w:right w:w="105" w:type="dxa"/>
            </w:tcMar>
            <w:vAlign w:val="center"/>
          </w:tcPr>
          <w:p w14:paraId="392D2B30" w14:textId="77777777" w:rsidR="00FE09D8" w:rsidRDefault="00000000">
            <w:pPr>
              <w:spacing w:after="0" w:line="283" w:lineRule="auto"/>
              <w:rPr>
                <w:lang w:eastAsia="ja-JP"/>
              </w:rPr>
            </w:pPr>
            <w:r>
              <w:rPr>
                <w:sz w:val="16"/>
                <w:lang w:eastAsia="ja-JP"/>
              </w:rPr>
              <w:t>注文未成立として明示</w:t>
            </w:r>
          </w:p>
        </w:tc>
        <w:tc>
          <w:tcPr>
            <w:tcW w:w="3888" w:type="dxa"/>
            <w:shd w:val="clear" w:color="auto" w:fill="F3F5F7"/>
            <w:tcMar>
              <w:top w:w="95" w:type="dxa"/>
              <w:left w:w="105" w:type="dxa"/>
              <w:bottom w:w="95" w:type="dxa"/>
              <w:right w:w="105" w:type="dxa"/>
            </w:tcMar>
            <w:vAlign w:val="center"/>
          </w:tcPr>
          <w:p w14:paraId="14DE9467" w14:textId="77777777" w:rsidR="00FE09D8" w:rsidRDefault="00000000">
            <w:pPr>
              <w:spacing w:after="0" w:line="283" w:lineRule="auto"/>
              <w:rPr>
                <w:lang w:eastAsia="ja-JP"/>
              </w:rPr>
            </w:pPr>
            <w:r>
              <w:rPr>
                <w:sz w:val="16"/>
                <w:lang w:eastAsia="ja-JP"/>
              </w:rPr>
              <w:t>重複しない再操作を案内、監視通知</w:t>
            </w:r>
          </w:p>
        </w:tc>
      </w:tr>
      <w:tr w:rsidR="00FE09D8" w14:paraId="63296C0D" w14:textId="77777777">
        <w:trPr>
          <w:cantSplit/>
          <w:jc w:val="center"/>
        </w:trPr>
        <w:tc>
          <w:tcPr>
            <w:tcW w:w="2304" w:type="dxa"/>
            <w:shd w:val="clear" w:color="auto" w:fill="FFFFFF"/>
            <w:tcMar>
              <w:top w:w="95" w:type="dxa"/>
              <w:left w:w="105" w:type="dxa"/>
              <w:bottom w:w="95" w:type="dxa"/>
              <w:right w:w="105" w:type="dxa"/>
            </w:tcMar>
            <w:vAlign w:val="center"/>
          </w:tcPr>
          <w:p w14:paraId="4206E18C" w14:textId="77777777" w:rsidR="00FE09D8" w:rsidRDefault="00000000">
            <w:pPr>
              <w:spacing w:after="0" w:line="283" w:lineRule="auto"/>
            </w:pPr>
            <w:proofErr w:type="spellStart"/>
            <w:r>
              <w:rPr>
                <w:b/>
                <w:sz w:val="16"/>
              </w:rPr>
              <w:t>Webhook遅延</w:t>
            </w:r>
            <w:proofErr w:type="spellEnd"/>
          </w:p>
        </w:tc>
        <w:tc>
          <w:tcPr>
            <w:tcW w:w="3672" w:type="dxa"/>
            <w:shd w:val="clear" w:color="auto" w:fill="FFFFFF"/>
            <w:tcMar>
              <w:top w:w="95" w:type="dxa"/>
              <w:left w:w="105" w:type="dxa"/>
              <w:bottom w:w="95" w:type="dxa"/>
              <w:right w:w="105" w:type="dxa"/>
            </w:tcMar>
            <w:vAlign w:val="center"/>
          </w:tcPr>
          <w:p w14:paraId="1D078BC8" w14:textId="77777777" w:rsidR="00FE09D8" w:rsidRDefault="00000000">
            <w:pPr>
              <w:spacing w:after="0" w:line="283" w:lineRule="auto"/>
            </w:pPr>
            <w:r>
              <w:rPr>
                <w:sz w:val="16"/>
              </w:rPr>
              <w:t>メール確認中</w:t>
            </w:r>
          </w:p>
        </w:tc>
        <w:tc>
          <w:tcPr>
            <w:tcW w:w="3888" w:type="dxa"/>
            <w:shd w:val="clear" w:color="auto" w:fill="FFFFFF"/>
            <w:tcMar>
              <w:top w:w="95" w:type="dxa"/>
              <w:left w:w="105" w:type="dxa"/>
              <w:bottom w:w="95" w:type="dxa"/>
              <w:right w:w="105" w:type="dxa"/>
            </w:tcMar>
            <w:vAlign w:val="center"/>
          </w:tcPr>
          <w:p w14:paraId="458A3BEA" w14:textId="77777777" w:rsidR="00FE09D8" w:rsidRDefault="00000000">
            <w:pPr>
              <w:spacing w:after="0" w:line="283" w:lineRule="auto"/>
              <w:rPr>
                <w:lang w:eastAsia="ja-JP"/>
              </w:rPr>
            </w:pPr>
            <w:r>
              <w:rPr>
                <w:sz w:val="16"/>
                <w:lang w:eastAsia="ja-JP"/>
              </w:rPr>
              <w:t>タイムアウト警告、配信サービス照会</w:t>
            </w:r>
          </w:p>
        </w:tc>
      </w:tr>
    </w:tbl>
    <w:p w14:paraId="47232C14" w14:textId="77777777" w:rsidR="00FE09D8" w:rsidRDefault="00FE09D8">
      <w:pPr>
        <w:spacing w:after="0"/>
        <w:rPr>
          <w:lang w:eastAsia="ja-JP"/>
        </w:rPr>
      </w:pPr>
    </w:p>
    <w:p w14:paraId="2B5ED0AF" w14:textId="77777777" w:rsidR="00FE09D8" w:rsidRDefault="00FE09D8">
      <w:pPr>
        <w:pBdr>
          <w:bottom w:val="single" w:sz="8" w:space="1" w:color="D9E2E8"/>
        </w:pBdr>
        <w:spacing w:before="200" w:after="160"/>
        <w:rPr>
          <w:lang w:eastAsia="ja-JP"/>
        </w:rPr>
      </w:pPr>
    </w:p>
    <w:p w14:paraId="6F78A61C" w14:textId="77777777" w:rsidR="00FE09D8" w:rsidRDefault="00000000">
      <w:pPr>
        <w:spacing w:after="40" w:line="240" w:lineRule="auto"/>
        <w:rPr>
          <w:lang w:eastAsia="ja-JP"/>
        </w:rPr>
      </w:pPr>
      <w:r>
        <w:rPr>
          <w:b/>
          <w:color w:val="153F5B"/>
          <w:sz w:val="17"/>
          <w:shd w:val="clear" w:color="auto" w:fill="EAF3F8"/>
          <w:lang w:eastAsia="ja-JP"/>
        </w:rPr>
        <w:t>SECTION 12</w:t>
      </w:r>
    </w:p>
    <w:p w14:paraId="02896687" w14:textId="77777777" w:rsidR="00FE09D8" w:rsidRDefault="00000000">
      <w:pPr>
        <w:pStyle w:val="1"/>
        <w:spacing w:before="60" w:after="80" w:line="240" w:lineRule="auto"/>
        <w:rPr>
          <w:lang w:eastAsia="ja-JP"/>
        </w:rPr>
      </w:pPr>
      <w:r>
        <w:rPr>
          <w:rFonts w:ascii="Noto Sans JP" w:eastAsia="Noto Sans JP" w:hAnsi="Noto Sans JP"/>
          <w:lang w:eastAsia="ja-JP"/>
        </w:rPr>
        <w:t>非機能要件・さくらインターネット</w:t>
      </w:r>
    </w:p>
    <w:p w14:paraId="6C2F0150" w14:textId="77777777" w:rsidR="00FE09D8" w:rsidRDefault="00000000">
      <w:pPr>
        <w:spacing w:after="200" w:line="317" w:lineRule="auto"/>
        <w:rPr>
          <w:lang w:eastAsia="ja-JP"/>
        </w:rPr>
      </w:pPr>
      <w:r>
        <w:rPr>
          <w:color w:val="526273"/>
          <w:sz w:val="18"/>
          <w:lang w:eastAsia="ja-JP"/>
        </w:rPr>
        <w:t>定期発注が止まることを避けるため、変更管理・バックアップ・監視を実装要件に含める。</w:t>
      </w:r>
    </w:p>
    <w:tbl>
      <w:tblPr>
        <w:tblStyle w:val="afe"/>
        <w:tblW w:w="0" w:type="auto"/>
        <w:jc w:val="center"/>
        <w:tblLayout w:type="fixed"/>
        <w:tblLook w:val="04A0" w:firstRow="1" w:lastRow="0" w:firstColumn="1" w:lastColumn="0" w:noHBand="0" w:noVBand="1"/>
      </w:tblPr>
      <w:tblGrid>
        <w:gridCol w:w="1872"/>
        <w:gridCol w:w="7992"/>
      </w:tblGrid>
      <w:tr w:rsidR="00FE09D8" w14:paraId="5C887757" w14:textId="77777777">
        <w:trPr>
          <w:tblHeader/>
          <w:jc w:val="center"/>
        </w:trPr>
        <w:tc>
          <w:tcPr>
            <w:tcW w:w="1872" w:type="dxa"/>
            <w:shd w:val="clear" w:color="auto" w:fill="153F5B"/>
            <w:tcMar>
              <w:top w:w="95" w:type="dxa"/>
              <w:left w:w="105" w:type="dxa"/>
              <w:bottom w:w="95" w:type="dxa"/>
              <w:right w:w="105" w:type="dxa"/>
            </w:tcMar>
            <w:vAlign w:val="center"/>
          </w:tcPr>
          <w:p w14:paraId="625243B6" w14:textId="77777777" w:rsidR="00FE09D8" w:rsidRDefault="00000000">
            <w:pPr>
              <w:spacing w:after="0" w:line="240" w:lineRule="auto"/>
            </w:pPr>
            <w:proofErr w:type="spellStart"/>
            <w:r>
              <w:rPr>
                <w:b/>
                <w:color w:val="FFFFFF"/>
                <w:sz w:val="16"/>
              </w:rPr>
              <w:t>分類</w:t>
            </w:r>
            <w:proofErr w:type="spellEnd"/>
          </w:p>
        </w:tc>
        <w:tc>
          <w:tcPr>
            <w:tcW w:w="7992" w:type="dxa"/>
            <w:shd w:val="clear" w:color="auto" w:fill="153F5B"/>
            <w:tcMar>
              <w:top w:w="95" w:type="dxa"/>
              <w:left w:w="105" w:type="dxa"/>
              <w:bottom w:w="95" w:type="dxa"/>
              <w:right w:w="105" w:type="dxa"/>
            </w:tcMar>
            <w:vAlign w:val="center"/>
          </w:tcPr>
          <w:p w14:paraId="08FC9262" w14:textId="77777777" w:rsidR="00FE09D8" w:rsidRDefault="00000000">
            <w:pPr>
              <w:spacing w:after="0" w:line="240" w:lineRule="auto"/>
            </w:pPr>
            <w:r>
              <w:rPr>
                <w:b/>
                <w:color w:val="FFFFFF"/>
                <w:sz w:val="16"/>
              </w:rPr>
              <w:t>要件</w:t>
            </w:r>
          </w:p>
        </w:tc>
      </w:tr>
      <w:tr w:rsidR="00FE09D8" w14:paraId="5561E8EB" w14:textId="77777777">
        <w:trPr>
          <w:cantSplit/>
          <w:jc w:val="center"/>
        </w:trPr>
        <w:tc>
          <w:tcPr>
            <w:tcW w:w="1872" w:type="dxa"/>
            <w:shd w:val="clear" w:color="auto" w:fill="FFFFFF"/>
            <w:tcMar>
              <w:top w:w="95" w:type="dxa"/>
              <w:left w:w="105" w:type="dxa"/>
              <w:bottom w:w="95" w:type="dxa"/>
              <w:right w:w="105" w:type="dxa"/>
            </w:tcMar>
            <w:vAlign w:val="center"/>
          </w:tcPr>
          <w:p w14:paraId="7A573837" w14:textId="77777777" w:rsidR="00FE09D8" w:rsidRDefault="00000000">
            <w:pPr>
              <w:spacing w:after="0" w:line="283" w:lineRule="auto"/>
            </w:pPr>
            <w:r>
              <w:rPr>
                <w:b/>
                <w:sz w:val="16"/>
              </w:rPr>
              <w:t>可用性</w:t>
            </w:r>
          </w:p>
        </w:tc>
        <w:tc>
          <w:tcPr>
            <w:tcW w:w="7992" w:type="dxa"/>
            <w:shd w:val="clear" w:color="auto" w:fill="FFFFFF"/>
            <w:tcMar>
              <w:top w:w="95" w:type="dxa"/>
              <w:left w:w="105" w:type="dxa"/>
              <w:bottom w:w="95" w:type="dxa"/>
              <w:right w:w="105" w:type="dxa"/>
            </w:tcMar>
            <w:vAlign w:val="center"/>
          </w:tcPr>
          <w:p w14:paraId="7F14A098" w14:textId="77777777" w:rsidR="00FE09D8" w:rsidRDefault="00000000">
            <w:pPr>
              <w:spacing w:after="0" w:line="283" w:lineRule="auto"/>
              <w:rPr>
                <w:lang w:eastAsia="ja-JP"/>
              </w:rPr>
            </w:pPr>
            <w:r>
              <w:rPr>
                <w:sz w:val="16"/>
                <w:lang w:eastAsia="ja-JP"/>
              </w:rPr>
              <w:t>営業時間中の注文受付を優先。外部連携停止時もDB保存を継続する。</w:t>
            </w:r>
          </w:p>
        </w:tc>
      </w:tr>
      <w:tr w:rsidR="00FE09D8" w14:paraId="7C23CEA7" w14:textId="77777777">
        <w:trPr>
          <w:cantSplit/>
          <w:jc w:val="center"/>
        </w:trPr>
        <w:tc>
          <w:tcPr>
            <w:tcW w:w="1872" w:type="dxa"/>
            <w:shd w:val="clear" w:color="auto" w:fill="F3F5F7"/>
            <w:tcMar>
              <w:top w:w="95" w:type="dxa"/>
              <w:left w:w="105" w:type="dxa"/>
              <w:bottom w:w="95" w:type="dxa"/>
              <w:right w:w="105" w:type="dxa"/>
            </w:tcMar>
            <w:vAlign w:val="center"/>
          </w:tcPr>
          <w:p w14:paraId="28316965" w14:textId="77777777" w:rsidR="00FE09D8" w:rsidRDefault="00000000">
            <w:pPr>
              <w:spacing w:after="0" w:line="283" w:lineRule="auto"/>
            </w:pPr>
            <w:proofErr w:type="spellStart"/>
            <w:r>
              <w:rPr>
                <w:b/>
                <w:sz w:val="16"/>
              </w:rPr>
              <w:t>性能</w:t>
            </w:r>
            <w:proofErr w:type="spellEnd"/>
          </w:p>
        </w:tc>
        <w:tc>
          <w:tcPr>
            <w:tcW w:w="7992" w:type="dxa"/>
            <w:shd w:val="clear" w:color="auto" w:fill="F3F5F7"/>
            <w:tcMar>
              <w:top w:w="95" w:type="dxa"/>
              <w:left w:w="105" w:type="dxa"/>
              <w:bottom w:w="95" w:type="dxa"/>
              <w:right w:w="105" w:type="dxa"/>
            </w:tcMar>
            <w:vAlign w:val="center"/>
          </w:tcPr>
          <w:p w14:paraId="0AA5225C" w14:textId="77777777" w:rsidR="00FE09D8" w:rsidRDefault="00000000">
            <w:pPr>
              <w:spacing w:after="0" w:line="283" w:lineRule="auto"/>
              <w:rPr>
                <w:lang w:eastAsia="ja-JP"/>
              </w:rPr>
            </w:pPr>
            <w:r>
              <w:rPr>
                <w:sz w:val="16"/>
                <w:lang w:eastAsia="ja-JP"/>
              </w:rPr>
              <w:t>通常操作の画面応答3秒以内を目標。30店舗規模の月次集計を60秒以内。</w:t>
            </w:r>
          </w:p>
        </w:tc>
      </w:tr>
      <w:tr w:rsidR="00FE09D8" w14:paraId="3F8BA7CA" w14:textId="77777777">
        <w:trPr>
          <w:cantSplit/>
          <w:jc w:val="center"/>
        </w:trPr>
        <w:tc>
          <w:tcPr>
            <w:tcW w:w="1872" w:type="dxa"/>
            <w:shd w:val="clear" w:color="auto" w:fill="FFFFFF"/>
            <w:tcMar>
              <w:top w:w="95" w:type="dxa"/>
              <w:left w:w="105" w:type="dxa"/>
              <w:bottom w:w="95" w:type="dxa"/>
              <w:right w:w="105" w:type="dxa"/>
            </w:tcMar>
            <w:vAlign w:val="center"/>
          </w:tcPr>
          <w:p w14:paraId="04BBD575" w14:textId="77777777" w:rsidR="00FE09D8" w:rsidRDefault="00000000">
            <w:pPr>
              <w:spacing w:after="0" w:line="283" w:lineRule="auto"/>
            </w:pPr>
            <w:proofErr w:type="spellStart"/>
            <w:r>
              <w:rPr>
                <w:b/>
                <w:sz w:val="16"/>
              </w:rPr>
              <w:t>バックアップ</w:t>
            </w:r>
            <w:proofErr w:type="spellEnd"/>
          </w:p>
        </w:tc>
        <w:tc>
          <w:tcPr>
            <w:tcW w:w="7992" w:type="dxa"/>
            <w:shd w:val="clear" w:color="auto" w:fill="FFFFFF"/>
            <w:tcMar>
              <w:top w:w="95" w:type="dxa"/>
              <w:left w:w="105" w:type="dxa"/>
              <w:bottom w:w="95" w:type="dxa"/>
              <w:right w:w="105" w:type="dxa"/>
            </w:tcMar>
            <w:vAlign w:val="center"/>
          </w:tcPr>
          <w:p w14:paraId="34F8957D" w14:textId="77777777" w:rsidR="00FE09D8" w:rsidRDefault="00000000">
            <w:pPr>
              <w:spacing w:after="0" w:line="283" w:lineRule="auto"/>
              <w:rPr>
                <w:lang w:eastAsia="ja-JP"/>
              </w:rPr>
            </w:pPr>
            <w:r>
              <w:rPr>
                <w:sz w:val="16"/>
                <w:lang w:eastAsia="ja-JP"/>
              </w:rPr>
              <w:t>DB日次自動、ファイル日次。世代保持と月1回の復元テスト。</w:t>
            </w:r>
          </w:p>
        </w:tc>
      </w:tr>
      <w:tr w:rsidR="00FE09D8" w14:paraId="748153B7" w14:textId="77777777">
        <w:trPr>
          <w:cantSplit/>
          <w:jc w:val="center"/>
        </w:trPr>
        <w:tc>
          <w:tcPr>
            <w:tcW w:w="1872" w:type="dxa"/>
            <w:shd w:val="clear" w:color="auto" w:fill="F3F5F7"/>
            <w:tcMar>
              <w:top w:w="95" w:type="dxa"/>
              <w:left w:w="105" w:type="dxa"/>
              <w:bottom w:w="95" w:type="dxa"/>
              <w:right w:w="105" w:type="dxa"/>
            </w:tcMar>
            <w:vAlign w:val="center"/>
          </w:tcPr>
          <w:p w14:paraId="6BB0BFE1" w14:textId="77777777" w:rsidR="00FE09D8" w:rsidRDefault="00000000">
            <w:pPr>
              <w:spacing w:after="0" w:line="283" w:lineRule="auto"/>
            </w:pPr>
            <w:proofErr w:type="spellStart"/>
            <w:r>
              <w:rPr>
                <w:b/>
                <w:sz w:val="16"/>
              </w:rPr>
              <w:t>監視</w:t>
            </w:r>
            <w:proofErr w:type="spellEnd"/>
          </w:p>
        </w:tc>
        <w:tc>
          <w:tcPr>
            <w:tcW w:w="7992" w:type="dxa"/>
            <w:shd w:val="clear" w:color="auto" w:fill="F3F5F7"/>
            <w:tcMar>
              <w:top w:w="95" w:type="dxa"/>
              <w:left w:w="105" w:type="dxa"/>
              <w:bottom w:w="95" w:type="dxa"/>
              <w:right w:w="105" w:type="dxa"/>
            </w:tcMar>
            <w:vAlign w:val="center"/>
          </w:tcPr>
          <w:p w14:paraId="76BE1039" w14:textId="77777777" w:rsidR="00FE09D8" w:rsidRDefault="00000000">
            <w:pPr>
              <w:spacing w:after="0" w:line="283" w:lineRule="auto"/>
              <w:rPr>
                <w:lang w:eastAsia="ja-JP"/>
              </w:rPr>
            </w:pPr>
            <w:r>
              <w:rPr>
                <w:sz w:val="16"/>
                <w:lang w:eastAsia="ja-JP"/>
              </w:rPr>
              <w:t>HTTP死活、DB接続、Cron停止、メール未達増加、連携滞留を監視。</w:t>
            </w:r>
          </w:p>
        </w:tc>
      </w:tr>
      <w:tr w:rsidR="00FE09D8" w14:paraId="37704073" w14:textId="77777777">
        <w:trPr>
          <w:cantSplit/>
          <w:jc w:val="center"/>
        </w:trPr>
        <w:tc>
          <w:tcPr>
            <w:tcW w:w="1872" w:type="dxa"/>
            <w:shd w:val="clear" w:color="auto" w:fill="FFFFFF"/>
            <w:tcMar>
              <w:top w:w="95" w:type="dxa"/>
              <w:left w:w="105" w:type="dxa"/>
              <w:bottom w:w="95" w:type="dxa"/>
              <w:right w:w="105" w:type="dxa"/>
            </w:tcMar>
            <w:vAlign w:val="center"/>
          </w:tcPr>
          <w:p w14:paraId="20757ACF" w14:textId="77777777" w:rsidR="00FE09D8" w:rsidRDefault="00000000">
            <w:pPr>
              <w:spacing w:after="0" w:line="283" w:lineRule="auto"/>
            </w:pPr>
            <w:proofErr w:type="spellStart"/>
            <w:r>
              <w:rPr>
                <w:b/>
                <w:sz w:val="16"/>
              </w:rPr>
              <w:t>変更管理</w:t>
            </w:r>
            <w:proofErr w:type="spellEnd"/>
          </w:p>
        </w:tc>
        <w:tc>
          <w:tcPr>
            <w:tcW w:w="7992" w:type="dxa"/>
            <w:shd w:val="clear" w:color="auto" w:fill="FFFFFF"/>
            <w:tcMar>
              <w:top w:w="95" w:type="dxa"/>
              <w:left w:w="105" w:type="dxa"/>
              <w:bottom w:w="95" w:type="dxa"/>
              <w:right w:w="105" w:type="dxa"/>
            </w:tcMar>
            <w:vAlign w:val="center"/>
          </w:tcPr>
          <w:p w14:paraId="55F51D42" w14:textId="77777777" w:rsidR="00FE09D8" w:rsidRDefault="00000000">
            <w:pPr>
              <w:spacing w:after="0" w:line="283" w:lineRule="auto"/>
              <w:rPr>
                <w:lang w:eastAsia="ja-JP"/>
              </w:rPr>
            </w:pPr>
            <w:r>
              <w:rPr>
                <w:sz w:val="16"/>
                <w:lang w:eastAsia="ja-JP"/>
              </w:rPr>
              <w:t>WordPress本体・PHP・プラグイン更新は検証環境で確認後に本番反映。自動更新範囲を限定。</w:t>
            </w:r>
          </w:p>
        </w:tc>
      </w:tr>
      <w:tr w:rsidR="00FE09D8" w14:paraId="349E4473" w14:textId="77777777">
        <w:trPr>
          <w:cantSplit/>
          <w:jc w:val="center"/>
        </w:trPr>
        <w:tc>
          <w:tcPr>
            <w:tcW w:w="1872" w:type="dxa"/>
            <w:shd w:val="clear" w:color="auto" w:fill="F3F5F7"/>
            <w:tcMar>
              <w:top w:w="95" w:type="dxa"/>
              <w:left w:w="105" w:type="dxa"/>
              <w:bottom w:w="95" w:type="dxa"/>
              <w:right w:w="105" w:type="dxa"/>
            </w:tcMar>
            <w:vAlign w:val="center"/>
          </w:tcPr>
          <w:p w14:paraId="68653C97" w14:textId="77777777" w:rsidR="00FE09D8" w:rsidRDefault="00000000">
            <w:pPr>
              <w:spacing w:after="0" w:line="283" w:lineRule="auto"/>
            </w:pPr>
            <w:proofErr w:type="spellStart"/>
            <w:r>
              <w:rPr>
                <w:b/>
                <w:sz w:val="16"/>
              </w:rPr>
              <w:t>ログ</w:t>
            </w:r>
            <w:proofErr w:type="spellEnd"/>
          </w:p>
        </w:tc>
        <w:tc>
          <w:tcPr>
            <w:tcW w:w="7992" w:type="dxa"/>
            <w:shd w:val="clear" w:color="auto" w:fill="F3F5F7"/>
            <w:tcMar>
              <w:top w:w="95" w:type="dxa"/>
              <w:left w:w="105" w:type="dxa"/>
              <w:bottom w:w="95" w:type="dxa"/>
              <w:right w:w="105" w:type="dxa"/>
            </w:tcMar>
            <w:vAlign w:val="center"/>
          </w:tcPr>
          <w:p w14:paraId="0ED24B45" w14:textId="77777777" w:rsidR="00FE09D8" w:rsidRDefault="00000000">
            <w:pPr>
              <w:spacing w:after="0" w:line="283" w:lineRule="auto"/>
              <w:rPr>
                <w:lang w:eastAsia="ja-JP"/>
              </w:rPr>
            </w:pPr>
            <w:r>
              <w:rPr>
                <w:sz w:val="16"/>
                <w:lang w:eastAsia="ja-JP"/>
              </w:rPr>
              <w:t>認証、設定変更、発送状態変更、取消実行、請求確定、連携エラーを記録。</w:t>
            </w:r>
          </w:p>
        </w:tc>
      </w:tr>
      <w:tr w:rsidR="00FE09D8" w14:paraId="4804F587" w14:textId="77777777">
        <w:trPr>
          <w:cantSplit/>
          <w:jc w:val="center"/>
        </w:trPr>
        <w:tc>
          <w:tcPr>
            <w:tcW w:w="1872" w:type="dxa"/>
            <w:shd w:val="clear" w:color="auto" w:fill="FFFFFF"/>
            <w:tcMar>
              <w:top w:w="95" w:type="dxa"/>
              <w:left w:w="105" w:type="dxa"/>
              <w:bottom w:w="95" w:type="dxa"/>
              <w:right w:w="105" w:type="dxa"/>
            </w:tcMar>
            <w:vAlign w:val="center"/>
          </w:tcPr>
          <w:p w14:paraId="36B4B3F7" w14:textId="77777777" w:rsidR="00FE09D8" w:rsidRDefault="00000000">
            <w:pPr>
              <w:spacing w:after="0" w:line="283" w:lineRule="auto"/>
            </w:pPr>
            <w:proofErr w:type="spellStart"/>
            <w:r>
              <w:rPr>
                <w:b/>
                <w:sz w:val="16"/>
              </w:rPr>
              <w:t>セキュリティ</w:t>
            </w:r>
            <w:proofErr w:type="spellEnd"/>
          </w:p>
        </w:tc>
        <w:tc>
          <w:tcPr>
            <w:tcW w:w="7992" w:type="dxa"/>
            <w:shd w:val="clear" w:color="auto" w:fill="FFFFFF"/>
            <w:tcMar>
              <w:top w:w="95" w:type="dxa"/>
              <w:left w:w="105" w:type="dxa"/>
              <w:bottom w:w="95" w:type="dxa"/>
              <w:right w:w="105" w:type="dxa"/>
            </w:tcMar>
            <w:vAlign w:val="center"/>
          </w:tcPr>
          <w:p w14:paraId="4D68C972" w14:textId="77777777" w:rsidR="00FE09D8" w:rsidRDefault="00000000">
            <w:pPr>
              <w:spacing w:after="0" w:line="283" w:lineRule="auto"/>
            </w:pPr>
            <w:r>
              <w:rPr>
                <w:sz w:val="16"/>
              </w:rPr>
              <w:t>常時SSL、管理画面2要素認証、最小権限、WAF、秘密情報の公開領域外管理。</w:t>
            </w:r>
          </w:p>
        </w:tc>
      </w:tr>
      <w:tr w:rsidR="00FE09D8" w14:paraId="32BD1C52" w14:textId="77777777">
        <w:trPr>
          <w:cantSplit/>
          <w:jc w:val="center"/>
        </w:trPr>
        <w:tc>
          <w:tcPr>
            <w:tcW w:w="1872" w:type="dxa"/>
            <w:shd w:val="clear" w:color="auto" w:fill="F3F5F7"/>
            <w:tcMar>
              <w:top w:w="95" w:type="dxa"/>
              <w:left w:w="105" w:type="dxa"/>
              <w:bottom w:w="95" w:type="dxa"/>
              <w:right w:w="105" w:type="dxa"/>
            </w:tcMar>
            <w:vAlign w:val="center"/>
          </w:tcPr>
          <w:p w14:paraId="014C1117" w14:textId="77777777" w:rsidR="00FE09D8" w:rsidRDefault="00000000">
            <w:pPr>
              <w:spacing w:after="0" w:line="283" w:lineRule="auto"/>
            </w:pPr>
            <w:r>
              <w:rPr>
                <w:b/>
                <w:sz w:val="16"/>
              </w:rPr>
              <w:t>ブラウザー</w:t>
            </w:r>
          </w:p>
        </w:tc>
        <w:tc>
          <w:tcPr>
            <w:tcW w:w="7992" w:type="dxa"/>
            <w:shd w:val="clear" w:color="auto" w:fill="F3F5F7"/>
            <w:tcMar>
              <w:top w:w="95" w:type="dxa"/>
              <w:left w:w="105" w:type="dxa"/>
              <w:bottom w:w="95" w:type="dxa"/>
              <w:right w:w="105" w:type="dxa"/>
            </w:tcMar>
            <w:vAlign w:val="center"/>
          </w:tcPr>
          <w:p w14:paraId="5E38590C" w14:textId="77777777" w:rsidR="00FE09D8" w:rsidRDefault="00000000">
            <w:pPr>
              <w:spacing w:after="0" w:line="283" w:lineRule="auto"/>
              <w:rPr>
                <w:lang w:eastAsia="ja-JP"/>
              </w:rPr>
            </w:pPr>
            <w:r>
              <w:rPr>
                <w:sz w:val="16"/>
                <w:lang w:eastAsia="ja-JP"/>
              </w:rPr>
              <w:t>最新のChrome／Edge／Safari。スマートフォンでも店舗発注が可能。</w:t>
            </w:r>
          </w:p>
        </w:tc>
      </w:tr>
      <w:tr w:rsidR="00FE09D8" w14:paraId="00FEBE7F" w14:textId="77777777">
        <w:trPr>
          <w:cantSplit/>
          <w:jc w:val="center"/>
        </w:trPr>
        <w:tc>
          <w:tcPr>
            <w:tcW w:w="1872" w:type="dxa"/>
            <w:shd w:val="clear" w:color="auto" w:fill="FFFFFF"/>
            <w:tcMar>
              <w:top w:w="95" w:type="dxa"/>
              <w:left w:w="105" w:type="dxa"/>
              <w:bottom w:w="95" w:type="dxa"/>
              <w:right w:w="105" w:type="dxa"/>
            </w:tcMar>
            <w:vAlign w:val="center"/>
          </w:tcPr>
          <w:p w14:paraId="1BF43781" w14:textId="77777777" w:rsidR="00FE09D8" w:rsidRDefault="00000000">
            <w:pPr>
              <w:spacing w:after="0" w:line="283" w:lineRule="auto"/>
            </w:pPr>
            <w:proofErr w:type="spellStart"/>
            <w:r>
              <w:rPr>
                <w:b/>
                <w:sz w:val="16"/>
              </w:rPr>
              <w:lastRenderedPageBreak/>
              <w:t>アクセシビリティ</w:t>
            </w:r>
            <w:proofErr w:type="spellEnd"/>
          </w:p>
        </w:tc>
        <w:tc>
          <w:tcPr>
            <w:tcW w:w="7992" w:type="dxa"/>
            <w:shd w:val="clear" w:color="auto" w:fill="FFFFFF"/>
            <w:tcMar>
              <w:top w:w="95" w:type="dxa"/>
              <w:left w:w="105" w:type="dxa"/>
              <w:bottom w:w="95" w:type="dxa"/>
              <w:right w:w="105" w:type="dxa"/>
            </w:tcMar>
            <w:vAlign w:val="center"/>
          </w:tcPr>
          <w:p w14:paraId="03020ECF" w14:textId="77777777" w:rsidR="00FE09D8" w:rsidRDefault="00000000">
            <w:pPr>
              <w:spacing w:after="0" w:line="283" w:lineRule="auto"/>
              <w:rPr>
                <w:lang w:eastAsia="ja-JP"/>
              </w:rPr>
            </w:pPr>
            <w:r>
              <w:rPr>
                <w:sz w:val="16"/>
                <w:lang w:eastAsia="ja-JP"/>
              </w:rPr>
              <w:t>ラベル、キーボード操作、色だけに依存しない状態表示、画像代替テキスト。</w:t>
            </w:r>
          </w:p>
        </w:tc>
      </w:tr>
    </w:tbl>
    <w:p w14:paraId="47DEB075" w14:textId="77777777" w:rsidR="00FE09D8" w:rsidRDefault="00FE09D8">
      <w:pPr>
        <w:spacing w:after="0"/>
        <w:rPr>
          <w:lang w:eastAsia="ja-JP"/>
        </w:rPr>
      </w:pPr>
    </w:p>
    <w:p w14:paraId="45244A52" w14:textId="77777777" w:rsidR="00FE09D8" w:rsidRDefault="00000000">
      <w:pPr>
        <w:pStyle w:val="21"/>
        <w:spacing w:before="160" w:after="80" w:line="240" w:lineRule="auto"/>
        <w:rPr>
          <w:lang w:eastAsia="ja-JP"/>
        </w:rPr>
      </w:pPr>
      <w:r>
        <w:rPr>
          <w:rFonts w:ascii="Noto Sans JP" w:eastAsia="Noto Sans JP" w:hAnsi="Noto Sans JP"/>
          <w:lang w:eastAsia="ja-JP"/>
        </w:rPr>
        <w:t>12.1 さくらインターネット利用条件</w:t>
      </w:r>
    </w:p>
    <w:p w14:paraId="1C440003" w14:textId="77777777" w:rsidR="00FE09D8" w:rsidRDefault="00000000">
      <w:pPr>
        <w:pStyle w:val="a0"/>
        <w:spacing w:after="60"/>
        <w:rPr>
          <w:lang w:eastAsia="ja-JP"/>
        </w:rPr>
      </w:pPr>
      <w:r>
        <w:rPr>
          <w:lang w:eastAsia="ja-JP"/>
        </w:rPr>
        <w:t>WordPressとデータベースをさくらインターネット上に構築し、対応PHP・MySQLバージョンを事前確認する。</w:t>
      </w:r>
    </w:p>
    <w:p w14:paraId="77C12CDB" w14:textId="77777777" w:rsidR="00FE09D8" w:rsidRDefault="00000000">
      <w:pPr>
        <w:pStyle w:val="a0"/>
        <w:spacing w:after="60"/>
        <w:rPr>
          <w:lang w:eastAsia="ja-JP"/>
        </w:rPr>
      </w:pPr>
      <w:r>
        <w:rPr>
          <w:lang w:eastAsia="ja-JP"/>
        </w:rPr>
        <w:t>サーバーCronが利用可能な場合はWordPress疑似Cronより優先し、メール・連携キューを安定実行する。</w:t>
      </w:r>
    </w:p>
    <w:p w14:paraId="48E2CF7C" w14:textId="77777777" w:rsidR="00FE09D8" w:rsidRDefault="00000000">
      <w:pPr>
        <w:pStyle w:val="a0"/>
        <w:spacing w:after="60"/>
        <w:rPr>
          <w:lang w:eastAsia="ja-JP"/>
        </w:rPr>
      </w:pPr>
      <w:r>
        <w:rPr>
          <w:lang w:eastAsia="ja-JP"/>
        </w:rPr>
        <w:t>バックアップは同一サーバー内だけで完結させず、別保管先または提供バックアップ機能を組み合わせる。</w:t>
      </w:r>
    </w:p>
    <w:p w14:paraId="403EA0B0" w14:textId="77777777" w:rsidR="00FE09D8" w:rsidRDefault="00000000">
      <w:pPr>
        <w:pStyle w:val="a0"/>
        <w:spacing w:after="60"/>
        <w:rPr>
          <w:lang w:eastAsia="ja-JP"/>
        </w:rPr>
      </w:pPr>
      <w:r>
        <w:rPr>
          <w:lang w:eastAsia="ja-JP"/>
        </w:rPr>
        <w:t>ステージング環境を分け、更新前後の発注、メール、取消、発送、請求の回帰試験を行う。</w:t>
      </w:r>
    </w:p>
    <w:p w14:paraId="3DA75535" w14:textId="77777777" w:rsidR="00FE09D8" w:rsidRDefault="00000000">
      <w:pPr>
        <w:pStyle w:val="a0"/>
        <w:spacing w:after="60"/>
        <w:rPr>
          <w:lang w:eastAsia="ja-JP"/>
        </w:rPr>
      </w:pPr>
      <w:r>
        <w:rPr>
          <w:lang w:eastAsia="ja-JP"/>
        </w:rPr>
        <w:t>契約プランのディスク容量、Cron、外向き通信、SSL、WAF、メール送信制限を実装前に確認する。</w:t>
      </w:r>
    </w:p>
    <w:tbl>
      <w:tblPr>
        <w:tblW w:w="0" w:type="auto"/>
        <w:jc w:val="center"/>
        <w:tblLayout w:type="fixed"/>
        <w:tblLook w:val="04A0" w:firstRow="1" w:lastRow="0" w:firstColumn="1" w:lastColumn="0" w:noHBand="0" w:noVBand="1"/>
      </w:tblPr>
      <w:tblGrid>
        <w:gridCol w:w="4997"/>
        <w:gridCol w:w="4997"/>
      </w:tblGrid>
      <w:tr w:rsidR="00FE09D8" w14:paraId="7B2059A7" w14:textId="77777777">
        <w:trPr>
          <w:jc w:val="center"/>
        </w:trPr>
        <w:tc>
          <w:tcPr>
            <w:tcW w:w="4997" w:type="dxa"/>
            <w:tcBorders>
              <w:top w:val="single" w:sz="10" w:space="0" w:color="A6362A"/>
              <w:left w:val="single" w:sz="10" w:space="0" w:color="A6362A"/>
              <w:bottom w:val="single" w:sz="10" w:space="0" w:color="A6362A"/>
              <w:right w:val="single" w:sz="10" w:space="0" w:color="A6362A"/>
            </w:tcBorders>
            <w:shd w:val="clear" w:color="auto" w:fill="FDEFEF"/>
            <w:tcMar>
              <w:top w:w="150" w:type="dxa"/>
              <w:left w:w="150" w:type="dxa"/>
              <w:bottom w:w="150" w:type="dxa"/>
              <w:right w:w="150" w:type="dxa"/>
            </w:tcMar>
            <w:vAlign w:val="center"/>
          </w:tcPr>
          <w:p w14:paraId="577CA0DA" w14:textId="77777777" w:rsidR="00FE09D8" w:rsidRDefault="00000000">
            <w:pPr>
              <w:spacing w:after="0" w:line="240" w:lineRule="auto"/>
              <w:jc w:val="center"/>
            </w:pPr>
            <w:r>
              <w:rPr>
                <w:b/>
                <w:color w:val="A6362A"/>
                <w:sz w:val="16"/>
              </w:rPr>
              <w:t>RISK</w:t>
            </w:r>
          </w:p>
        </w:tc>
        <w:tc>
          <w:tcPr>
            <w:tcW w:w="4997" w:type="dxa"/>
            <w:tcBorders>
              <w:top w:val="single" w:sz="10" w:space="0" w:color="A6362A"/>
              <w:left w:val="single" w:sz="10" w:space="0" w:color="A6362A"/>
              <w:bottom w:val="single" w:sz="10" w:space="0" w:color="A6362A"/>
              <w:right w:val="single" w:sz="10" w:space="0" w:color="A6362A"/>
            </w:tcBorders>
            <w:shd w:val="clear" w:color="auto" w:fill="FDEFEF"/>
            <w:tcMar>
              <w:top w:w="150" w:type="dxa"/>
              <w:left w:w="150" w:type="dxa"/>
              <w:bottom w:w="150" w:type="dxa"/>
              <w:right w:w="150" w:type="dxa"/>
            </w:tcMar>
          </w:tcPr>
          <w:p w14:paraId="6333B9CA" w14:textId="77777777" w:rsidR="00FE09D8" w:rsidRDefault="00000000">
            <w:pPr>
              <w:spacing w:after="40" w:line="240" w:lineRule="auto"/>
              <w:rPr>
                <w:lang w:eastAsia="ja-JP"/>
              </w:rPr>
            </w:pPr>
            <w:r>
              <w:rPr>
                <w:b/>
                <w:color w:val="A6362A"/>
                <w:lang w:eastAsia="ja-JP"/>
              </w:rPr>
              <w:t>勝手な仕様変更への対策</w:t>
            </w:r>
          </w:p>
          <w:p w14:paraId="526B581E" w14:textId="77777777" w:rsidR="00FE09D8" w:rsidRDefault="00000000">
            <w:pPr>
              <w:spacing w:after="0"/>
              <w:rPr>
                <w:lang w:eastAsia="ja-JP"/>
              </w:rPr>
            </w:pPr>
            <w:r>
              <w:rPr>
                <w:sz w:val="17"/>
                <w:lang w:eastAsia="ja-JP"/>
              </w:rPr>
              <w:t>WordPress本体・PHP・プラグイン・メールAPI・Google APIのバージョンと更新手順を台帳化し、無検証の自動更新を避ける。更新失敗時に直前版へ戻せるバックアップと手順書を用意する。</w:t>
            </w:r>
          </w:p>
        </w:tc>
      </w:tr>
    </w:tbl>
    <w:p w14:paraId="231C44F2" w14:textId="77777777" w:rsidR="00FE09D8" w:rsidRDefault="00FE09D8">
      <w:pPr>
        <w:spacing w:after="0"/>
        <w:rPr>
          <w:lang w:eastAsia="ja-JP"/>
        </w:rPr>
      </w:pPr>
    </w:p>
    <w:p w14:paraId="0E8DB356" w14:textId="77777777" w:rsidR="00FE09D8" w:rsidRDefault="00FE09D8">
      <w:pPr>
        <w:pBdr>
          <w:bottom w:val="single" w:sz="8" w:space="1" w:color="D9E2E8"/>
        </w:pBdr>
        <w:spacing w:before="200" w:after="160"/>
        <w:rPr>
          <w:lang w:eastAsia="ja-JP"/>
        </w:rPr>
      </w:pPr>
    </w:p>
    <w:p w14:paraId="6D259F4A" w14:textId="77777777" w:rsidR="00FE09D8" w:rsidRDefault="00000000">
      <w:pPr>
        <w:spacing w:after="40" w:line="240" w:lineRule="auto"/>
        <w:rPr>
          <w:lang w:eastAsia="ja-JP"/>
        </w:rPr>
      </w:pPr>
      <w:r>
        <w:rPr>
          <w:b/>
          <w:color w:val="153F5B"/>
          <w:sz w:val="17"/>
          <w:shd w:val="clear" w:color="auto" w:fill="EAF3F8"/>
          <w:lang w:eastAsia="ja-JP"/>
        </w:rPr>
        <w:t>SECTION 13</w:t>
      </w:r>
    </w:p>
    <w:p w14:paraId="575CCACC" w14:textId="77777777" w:rsidR="00FE09D8" w:rsidRDefault="00000000">
      <w:pPr>
        <w:pStyle w:val="1"/>
        <w:spacing w:before="60" w:after="80" w:line="240" w:lineRule="auto"/>
        <w:rPr>
          <w:lang w:eastAsia="ja-JP"/>
        </w:rPr>
      </w:pPr>
      <w:r>
        <w:rPr>
          <w:rFonts w:ascii="Noto Sans JP" w:eastAsia="Noto Sans JP" w:hAnsi="Noto Sans JP"/>
          <w:lang w:eastAsia="ja-JP"/>
        </w:rPr>
        <w:t>セキュリティ・運用</w:t>
      </w:r>
    </w:p>
    <w:p w14:paraId="1DDCEA20" w14:textId="77777777" w:rsidR="00FE09D8" w:rsidRDefault="00000000">
      <w:pPr>
        <w:spacing w:after="200" w:line="317" w:lineRule="auto"/>
        <w:rPr>
          <w:lang w:eastAsia="ja-JP"/>
        </w:rPr>
      </w:pPr>
      <w:r>
        <w:rPr>
          <w:color w:val="526273"/>
          <w:sz w:val="18"/>
          <w:lang w:eastAsia="ja-JP"/>
        </w:rPr>
        <w:t>専用リンクの利便性を保ちながら、誤送信・漏えい・不正操作を抑える。</w:t>
      </w:r>
    </w:p>
    <w:p w14:paraId="3F0E8453" w14:textId="77777777" w:rsidR="00FE09D8" w:rsidRDefault="00000000">
      <w:pPr>
        <w:pStyle w:val="21"/>
        <w:spacing w:before="160" w:after="80" w:line="240" w:lineRule="auto"/>
      </w:pPr>
      <w:r>
        <w:rPr>
          <w:rFonts w:ascii="Noto Sans JP" w:eastAsia="Noto Sans JP" w:hAnsi="Noto Sans JP"/>
        </w:rPr>
        <w:t xml:space="preserve">13.1 </w:t>
      </w:r>
      <w:proofErr w:type="spellStart"/>
      <w:r>
        <w:rPr>
          <w:rFonts w:ascii="Noto Sans JP" w:eastAsia="Noto Sans JP" w:hAnsi="Noto Sans JP"/>
        </w:rPr>
        <w:t>セキュリティ要件</w:t>
      </w:r>
      <w:proofErr w:type="spellEnd"/>
    </w:p>
    <w:p w14:paraId="2AF72E8F" w14:textId="77777777" w:rsidR="00FE09D8" w:rsidRDefault="00000000">
      <w:pPr>
        <w:pStyle w:val="a0"/>
        <w:spacing w:after="60"/>
        <w:rPr>
          <w:lang w:eastAsia="ja-JP"/>
        </w:rPr>
      </w:pPr>
      <w:r>
        <w:rPr>
          <w:lang w:eastAsia="ja-JP"/>
        </w:rPr>
        <w:t>店舗専用トークンは128bit以上の推測困難な値とし、ログへ完全なURLを記録しない。</w:t>
      </w:r>
    </w:p>
    <w:p w14:paraId="67C1E596" w14:textId="77777777" w:rsidR="00FE09D8" w:rsidRDefault="00000000">
      <w:pPr>
        <w:pStyle w:val="a0"/>
        <w:spacing w:after="60"/>
        <w:rPr>
          <w:lang w:eastAsia="ja-JP"/>
        </w:rPr>
      </w:pPr>
      <w:r>
        <w:rPr>
          <w:lang w:eastAsia="ja-JP"/>
        </w:rPr>
        <w:t>管理画面はWordPress管理者認証とは別に権限を明示し、2要素認証とログイン試行制限を適用する。</w:t>
      </w:r>
    </w:p>
    <w:p w14:paraId="149189D4" w14:textId="77777777" w:rsidR="00FE09D8" w:rsidRDefault="00000000">
      <w:pPr>
        <w:pStyle w:val="a0"/>
        <w:spacing w:after="60"/>
        <w:rPr>
          <w:lang w:eastAsia="ja-JP"/>
        </w:rPr>
      </w:pPr>
      <w:r>
        <w:rPr>
          <w:lang w:eastAsia="ja-JP"/>
        </w:rPr>
        <w:t>CSRF対策、入力サニタイズ、出力エスケープ、SQLプリペアドステートメントを徹底する。</w:t>
      </w:r>
    </w:p>
    <w:p w14:paraId="2E6157CB" w14:textId="77777777" w:rsidR="00FE09D8" w:rsidRDefault="00000000">
      <w:pPr>
        <w:pStyle w:val="a0"/>
        <w:spacing w:after="60"/>
        <w:rPr>
          <w:lang w:eastAsia="ja-JP"/>
        </w:rPr>
      </w:pPr>
      <w:r>
        <w:rPr>
          <w:lang w:eastAsia="ja-JP"/>
        </w:rPr>
        <w:t>確認メールには他店舗の情報を含めず、複数宛先は個別送信する。</w:t>
      </w:r>
    </w:p>
    <w:p w14:paraId="6771CF0D" w14:textId="77777777" w:rsidR="00FE09D8" w:rsidRDefault="00000000">
      <w:pPr>
        <w:pStyle w:val="a0"/>
        <w:spacing w:after="60"/>
        <w:rPr>
          <w:lang w:eastAsia="ja-JP"/>
        </w:rPr>
      </w:pPr>
      <w:r>
        <w:rPr>
          <w:lang w:eastAsia="ja-JP"/>
        </w:rPr>
        <w:t>商品画像アップロードはMIME、拡張子、容量、画像実体を検証し、実行ファイルを拒否する。</w:t>
      </w:r>
    </w:p>
    <w:p w14:paraId="14210A6E" w14:textId="77777777" w:rsidR="00FE09D8" w:rsidRDefault="00000000">
      <w:pPr>
        <w:pStyle w:val="21"/>
        <w:spacing w:before="160" w:after="80" w:line="240" w:lineRule="auto"/>
      </w:pPr>
      <w:r>
        <w:rPr>
          <w:rFonts w:ascii="Noto Sans JP" w:eastAsia="Noto Sans JP" w:hAnsi="Noto Sans JP"/>
        </w:rPr>
        <w:t xml:space="preserve">13.2 </w:t>
      </w:r>
      <w:proofErr w:type="spellStart"/>
      <w:r>
        <w:rPr>
          <w:rFonts w:ascii="Noto Sans JP" w:eastAsia="Noto Sans JP" w:hAnsi="Noto Sans JP"/>
        </w:rPr>
        <w:t>日次・月次運用</w:t>
      </w:r>
      <w:proofErr w:type="spellEnd"/>
    </w:p>
    <w:tbl>
      <w:tblPr>
        <w:tblStyle w:val="afe"/>
        <w:tblW w:w="0" w:type="auto"/>
        <w:jc w:val="center"/>
        <w:tblLayout w:type="fixed"/>
        <w:tblLook w:val="04A0" w:firstRow="1" w:lastRow="0" w:firstColumn="1" w:lastColumn="0" w:noHBand="0" w:noVBand="1"/>
      </w:tblPr>
      <w:tblGrid>
        <w:gridCol w:w="1728"/>
        <w:gridCol w:w="6336"/>
        <w:gridCol w:w="1800"/>
      </w:tblGrid>
      <w:tr w:rsidR="00FE09D8" w14:paraId="5131DFD7" w14:textId="77777777">
        <w:trPr>
          <w:tblHeader/>
          <w:jc w:val="center"/>
        </w:trPr>
        <w:tc>
          <w:tcPr>
            <w:tcW w:w="1728" w:type="dxa"/>
            <w:shd w:val="clear" w:color="auto" w:fill="153F5B"/>
            <w:tcMar>
              <w:top w:w="95" w:type="dxa"/>
              <w:left w:w="105" w:type="dxa"/>
              <w:bottom w:w="95" w:type="dxa"/>
              <w:right w:w="105" w:type="dxa"/>
            </w:tcMar>
            <w:vAlign w:val="center"/>
          </w:tcPr>
          <w:p w14:paraId="5299D63B" w14:textId="77777777" w:rsidR="00FE09D8" w:rsidRDefault="00000000">
            <w:pPr>
              <w:spacing w:after="0" w:line="240" w:lineRule="auto"/>
            </w:pPr>
            <w:r>
              <w:rPr>
                <w:b/>
                <w:color w:val="FFFFFF"/>
                <w:sz w:val="16"/>
              </w:rPr>
              <w:t>頻度</w:t>
            </w:r>
          </w:p>
        </w:tc>
        <w:tc>
          <w:tcPr>
            <w:tcW w:w="6336" w:type="dxa"/>
            <w:shd w:val="clear" w:color="auto" w:fill="153F5B"/>
            <w:tcMar>
              <w:top w:w="95" w:type="dxa"/>
              <w:left w:w="105" w:type="dxa"/>
              <w:bottom w:w="95" w:type="dxa"/>
              <w:right w:w="105" w:type="dxa"/>
            </w:tcMar>
            <w:vAlign w:val="center"/>
          </w:tcPr>
          <w:p w14:paraId="72BC7F14" w14:textId="77777777" w:rsidR="00FE09D8" w:rsidRDefault="00000000">
            <w:pPr>
              <w:spacing w:after="0" w:line="240" w:lineRule="auto"/>
            </w:pPr>
            <w:r>
              <w:rPr>
                <w:b/>
                <w:color w:val="FFFFFF"/>
                <w:sz w:val="16"/>
              </w:rPr>
              <w:t>確認事項</w:t>
            </w:r>
          </w:p>
        </w:tc>
        <w:tc>
          <w:tcPr>
            <w:tcW w:w="1800" w:type="dxa"/>
            <w:shd w:val="clear" w:color="auto" w:fill="153F5B"/>
            <w:tcMar>
              <w:top w:w="95" w:type="dxa"/>
              <w:left w:w="105" w:type="dxa"/>
              <w:bottom w:w="95" w:type="dxa"/>
              <w:right w:w="105" w:type="dxa"/>
            </w:tcMar>
            <w:vAlign w:val="center"/>
          </w:tcPr>
          <w:p w14:paraId="446426D0" w14:textId="77777777" w:rsidR="00FE09D8" w:rsidRDefault="00000000">
            <w:pPr>
              <w:spacing w:after="0" w:line="240" w:lineRule="auto"/>
            </w:pPr>
            <w:r>
              <w:rPr>
                <w:b/>
                <w:color w:val="FFFFFF"/>
                <w:sz w:val="16"/>
              </w:rPr>
              <w:t>担当</w:t>
            </w:r>
          </w:p>
        </w:tc>
      </w:tr>
      <w:tr w:rsidR="00FE09D8" w14:paraId="0ABC098C" w14:textId="77777777">
        <w:trPr>
          <w:cantSplit/>
          <w:jc w:val="center"/>
        </w:trPr>
        <w:tc>
          <w:tcPr>
            <w:tcW w:w="1728" w:type="dxa"/>
            <w:shd w:val="clear" w:color="auto" w:fill="FFFFFF"/>
            <w:tcMar>
              <w:top w:w="95" w:type="dxa"/>
              <w:left w:w="105" w:type="dxa"/>
              <w:bottom w:w="95" w:type="dxa"/>
              <w:right w:w="105" w:type="dxa"/>
            </w:tcMar>
            <w:vAlign w:val="center"/>
          </w:tcPr>
          <w:p w14:paraId="016512A0" w14:textId="77777777" w:rsidR="00FE09D8" w:rsidRDefault="00000000">
            <w:pPr>
              <w:spacing w:after="0" w:line="283" w:lineRule="auto"/>
            </w:pPr>
            <w:r>
              <w:rPr>
                <w:b/>
                <w:sz w:val="16"/>
              </w:rPr>
              <w:lastRenderedPageBreak/>
              <w:t>日次</w:t>
            </w:r>
          </w:p>
        </w:tc>
        <w:tc>
          <w:tcPr>
            <w:tcW w:w="6336" w:type="dxa"/>
            <w:shd w:val="clear" w:color="auto" w:fill="FFFFFF"/>
            <w:tcMar>
              <w:top w:w="95" w:type="dxa"/>
              <w:left w:w="105" w:type="dxa"/>
              <w:bottom w:w="95" w:type="dxa"/>
              <w:right w:w="105" w:type="dxa"/>
            </w:tcMar>
            <w:vAlign w:val="center"/>
          </w:tcPr>
          <w:p w14:paraId="1D883D99" w14:textId="77777777" w:rsidR="00FE09D8" w:rsidRDefault="00000000">
            <w:pPr>
              <w:spacing w:after="0" w:line="283" w:lineRule="auto"/>
              <w:rPr>
                <w:lang w:eastAsia="ja-JP"/>
              </w:rPr>
            </w:pPr>
            <w:r>
              <w:rPr>
                <w:sz w:val="16"/>
                <w:lang w:eastAsia="ja-JP"/>
              </w:rPr>
              <w:t>注文件数、メール未達、連携待ち、発送準備中、バックアップ結果</w:t>
            </w:r>
          </w:p>
        </w:tc>
        <w:tc>
          <w:tcPr>
            <w:tcW w:w="1800" w:type="dxa"/>
            <w:shd w:val="clear" w:color="auto" w:fill="FFFFFF"/>
            <w:tcMar>
              <w:top w:w="95" w:type="dxa"/>
              <w:left w:w="105" w:type="dxa"/>
              <w:bottom w:w="95" w:type="dxa"/>
              <w:right w:w="105" w:type="dxa"/>
            </w:tcMar>
            <w:vAlign w:val="center"/>
          </w:tcPr>
          <w:p w14:paraId="0EAFD647" w14:textId="77777777" w:rsidR="00FE09D8" w:rsidRDefault="00000000">
            <w:pPr>
              <w:spacing w:after="0" w:line="283" w:lineRule="auto"/>
              <w:rPr>
                <w:lang w:eastAsia="ja-JP"/>
              </w:rPr>
            </w:pPr>
            <w:r>
              <w:rPr>
                <w:sz w:val="16"/>
                <w:lang w:eastAsia="ja-JP"/>
              </w:rPr>
              <w:t>受注・システム管理者</w:t>
            </w:r>
          </w:p>
        </w:tc>
      </w:tr>
      <w:tr w:rsidR="00FE09D8" w14:paraId="464115AA" w14:textId="77777777">
        <w:trPr>
          <w:cantSplit/>
          <w:jc w:val="center"/>
        </w:trPr>
        <w:tc>
          <w:tcPr>
            <w:tcW w:w="1728" w:type="dxa"/>
            <w:shd w:val="clear" w:color="auto" w:fill="F3F5F7"/>
            <w:tcMar>
              <w:top w:w="95" w:type="dxa"/>
              <w:left w:w="105" w:type="dxa"/>
              <w:bottom w:w="95" w:type="dxa"/>
              <w:right w:w="105" w:type="dxa"/>
            </w:tcMar>
            <w:vAlign w:val="center"/>
          </w:tcPr>
          <w:p w14:paraId="6AC6EDFA" w14:textId="77777777" w:rsidR="00FE09D8" w:rsidRDefault="00000000">
            <w:pPr>
              <w:spacing w:after="0" w:line="283" w:lineRule="auto"/>
            </w:pPr>
            <w:proofErr w:type="spellStart"/>
            <w:r>
              <w:rPr>
                <w:b/>
                <w:sz w:val="16"/>
              </w:rPr>
              <w:t>発送日前</w:t>
            </w:r>
            <w:proofErr w:type="spellEnd"/>
          </w:p>
        </w:tc>
        <w:tc>
          <w:tcPr>
            <w:tcW w:w="6336" w:type="dxa"/>
            <w:shd w:val="clear" w:color="auto" w:fill="F3F5F7"/>
            <w:tcMar>
              <w:top w:w="95" w:type="dxa"/>
              <w:left w:w="105" w:type="dxa"/>
              <w:bottom w:w="95" w:type="dxa"/>
              <w:right w:w="105" w:type="dxa"/>
            </w:tcMar>
            <w:vAlign w:val="center"/>
          </w:tcPr>
          <w:p w14:paraId="6CA47529" w14:textId="77777777" w:rsidR="00FE09D8" w:rsidRDefault="00000000">
            <w:pPr>
              <w:spacing w:after="0" w:line="283" w:lineRule="auto"/>
            </w:pPr>
            <w:r>
              <w:rPr>
                <w:sz w:val="16"/>
              </w:rPr>
              <w:t>対象注文、住所、商品、箱数、取消連絡、未達宛先</w:t>
            </w:r>
          </w:p>
        </w:tc>
        <w:tc>
          <w:tcPr>
            <w:tcW w:w="1800" w:type="dxa"/>
            <w:shd w:val="clear" w:color="auto" w:fill="F3F5F7"/>
            <w:tcMar>
              <w:top w:w="95" w:type="dxa"/>
              <w:left w:w="105" w:type="dxa"/>
              <w:bottom w:w="95" w:type="dxa"/>
              <w:right w:w="105" w:type="dxa"/>
            </w:tcMar>
            <w:vAlign w:val="center"/>
          </w:tcPr>
          <w:p w14:paraId="7C2F8653" w14:textId="77777777" w:rsidR="00FE09D8" w:rsidRDefault="00000000">
            <w:pPr>
              <w:spacing w:after="0" w:line="283" w:lineRule="auto"/>
            </w:pPr>
            <w:r>
              <w:rPr>
                <w:sz w:val="16"/>
              </w:rPr>
              <w:t>発送管理者</w:t>
            </w:r>
          </w:p>
        </w:tc>
      </w:tr>
      <w:tr w:rsidR="00FE09D8" w14:paraId="31FF6D64" w14:textId="77777777">
        <w:trPr>
          <w:cantSplit/>
          <w:jc w:val="center"/>
        </w:trPr>
        <w:tc>
          <w:tcPr>
            <w:tcW w:w="1728" w:type="dxa"/>
            <w:shd w:val="clear" w:color="auto" w:fill="FFFFFF"/>
            <w:tcMar>
              <w:top w:w="95" w:type="dxa"/>
              <w:left w:w="105" w:type="dxa"/>
              <w:bottom w:w="95" w:type="dxa"/>
              <w:right w:w="105" w:type="dxa"/>
            </w:tcMar>
            <w:vAlign w:val="center"/>
          </w:tcPr>
          <w:p w14:paraId="49E8E9CF" w14:textId="77777777" w:rsidR="00FE09D8" w:rsidRDefault="00000000">
            <w:pPr>
              <w:spacing w:after="0" w:line="283" w:lineRule="auto"/>
            </w:pPr>
            <w:r>
              <w:rPr>
                <w:b/>
                <w:sz w:val="16"/>
              </w:rPr>
              <w:t>月末</w:t>
            </w:r>
          </w:p>
        </w:tc>
        <w:tc>
          <w:tcPr>
            <w:tcW w:w="6336" w:type="dxa"/>
            <w:shd w:val="clear" w:color="auto" w:fill="FFFFFF"/>
            <w:tcMar>
              <w:top w:w="95" w:type="dxa"/>
              <w:left w:w="105" w:type="dxa"/>
              <w:bottom w:w="95" w:type="dxa"/>
              <w:right w:w="105" w:type="dxa"/>
            </w:tcMar>
            <w:vAlign w:val="center"/>
          </w:tcPr>
          <w:p w14:paraId="075E75E1" w14:textId="77777777" w:rsidR="00FE09D8" w:rsidRDefault="00000000">
            <w:pPr>
              <w:spacing w:after="0" w:line="283" w:lineRule="auto"/>
              <w:rPr>
                <w:lang w:eastAsia="ja-JP"/>
              </w:rPr>
            </w:pPr>
            <w:r>
              <w:rPr>
                <w:sz w:val="16"/>
                <w:lang w:eastAsia="ja-JP"/>
              </w:rPr>
              <w:t>発送済み件数、取消・準備中除外、店舗別商品別合計</w:t>
            </w:r>
          </w:p>
        </w:tc>
        <w:tc>
          <w:tcPr>
            <w:tcW w:w="1800" w:type="dxa"/>
            <w:shd w:val="clear" w:color="auto" w:fill="FFFFFF"/>
            <w:tcMar>
              <w:top w:w="95" w:type="dxa"/>
              <w:left w:w="105" w:type="dxa"/>
              <w:bottom w:w="95" w:type="dxa"/>
              <w:right w:w="105" w:type="dxa"/>
            </w:tcMar>
            <w:vAlign w:val="center"/>
          </w:tcPr>
          <w:p w14:paraId="4DDCFDBF" w14:textId="77777777" w:rsidR="00FE09D8" w:rsidRDefault="00000000">
            <w:pPr>
              <w:spacing w:after="0" w:line="283" w:lineRule="auto"/>
            </w:pPr>
            <w:proofErr w:type="spellStart"/>
            <w:r>
              <w:rPr>
                <w:sz w:val="16"/>
              </w:rPr>
              <w:t>請求管理者</w:t>
            </w:r>
            <w:proofErr w:type="spellEnd"/>
          </w:p>
        </w:tc>
      </w:tr>
      <w:tr w:rsidR="00FE09D8" w14:paraId="62363007" w14:textId="77777777">
        <w:trPr>
          <w:cantSplit/>
          <w:jc w:val="center"/>
        </w:trPr>
        <w:tc>
          <w:tcPr>
            <w:tcW w:w="1728" w:type="dxa"/>
            <w:shd w:val="clear" w:color="auto" w:fill="F3F5F7"/>
            <w:tcMar>
              <w:top w:w="95" w:type="dxa"/>
              <w:left w:w="105" w:type="dxa"/>
              <w:bottom w:w="95" w:type="dxa"/>
              <w:right w:w="105" w:type="dxa"/>
            </w:tcMar>
            <w:vAlign w:val="center"/>
          </w:tcPr>
          <w:p w14:paraId="2F146979" w14:textId="77777777" w:rsidR="00FE09D8" w:rsidRDefault="00000000">
            <w:pPr>
              <w:spacing w:after="0" w:line="283" w:lineRule="auto"/>
            </w:pPr>
            <w:r>
              <w:rPr>
                <w:b/>
                <w:sz w:val="16"/>
              </w:rPr>
              <w:t>翌月4営業日内</w:t>
            </w:r>
          </w:p>
        </w:tc>
        <w:tc>
          <w:tcPr>
            <w:tcW w:w="6336" w:type="dxa"/>
            <w:shd w:val="clear" w:color="auto" w:fill="F3F5F7"/>
            <w:tcMar>
              <w:top w:w="95" w:type="dxa"/>
              <w:left w:w="105" w:type="dxa"/>
              <w:bottom w:w="95" w:type="dxa"/>
              <w:right w:w="105" w:type="dxa"/>
            </w:tcMar>
            <w:vAlign w:val="center"/>
          </w:tcPr>
          <w:p w14:paraId="3D1F201F" w14:textId="77777777" w:rsidR="00FE09D8" w:rsidRDefault="00000000">
            <w:pPr>
              <w:spacing w:after="0" w:line="283" w:lineRule="auto"/>
              <w:rPr>
                <w:lang w:eastAsia="ja-JP"/>
              </w:rPr>
            </w:pPr>
            <w:r>
              <w:rPr>
                <w:sz w:val="16"/>
                <w:lang w:eastAsia="ja-JP"/>
              </w:rPr>
              <w:t>請求書発行・送付・到着確認</w:t>
            </w:r>
          </w:p>
        </w:tc>
        <w:tc>
          <w:tcPr>
            <w:tcW w:w="1800" w:type="dxa"/>
            <w:shd w:val="clear" w:color="auto" w:fill="F3F5F7"/>
            <w:tcMar>
              <w:top w:w="95" w:type="dxa"/>
              <w:left w:w="105" w:type="dxa"/>
              <w:bottom w:w="95" w:type="dxa"/>
              <w:right w:w="105" w:type="dxa"/>
            </w:tcMar>
            <w:vAlign w:val="center"/>
          </w:tcPr>
          <w:p w14:paraId="6E2024F1" w14:textId="77777777" w:rsidR="00FE09D8" w:rsidRDefault="00000000">
            <w:pPr>
              <w:spacing w:after="0" w:line="283" w:lineRule="auto"/>
            </w:pPr>
            <w:proofErr w:type="spellStart"/>
            <w:r>
              <w:rPr>
                <w:sz w:val="16"/>
              </w:rPr>
              <w:t>請求管理者</w:t>
            </w:r>
            <w:proofErr w:type="spellEnd"/>
          </w:p>
        </w:tc>
      </w:tr>
      <w:tr w:rsidR="00FE09D8" w14:paraId="34C43ADA" w14:textId="77777777">
        <w:trPr>
          <w:cantSplit/>
          <w:jc w:val="center"/>
        </w:trPr>
        <w:tc>
          <w:tcPr>
            <w:tcW w:w="1728" w:type="dxa"/>
            <w:shd w:val="clear" w:color="auto" w:fill="FFFFFF"/>
            <w:tcMar>
              <w:top w:w="95" w:type="dxa"/>
              <w:left w:w="105" w:type="dxa"/>
              <w:bottom w:w="95" w:type="dxa"/>
              <w:right w:w="105" w:type="dxa"/>
            </w:tcMar>
            <w:vAlign w:val="center"/>
          </w:tcPr>
          <w:p w14:paraId="53DD6DC2" w14:textId="77777777" w:rsidR="00FE09D8" w:rsidRDefault="00000000">
            <w:pPr>
              <w:spacing w:after="0" w:line="283" w:lineRule="auto"/>
            </w:pPr>
            <w:r>
              <w:rPr>
                <w:b/>
                <w:sz w:val="16"/>
              </w:rPr>
              <w:t>月次</w:t>
            </w:r>
          </w:p>
        </w:tc>
        <w:tc>
          <w:tcPr>
            <w:tcW w:w="6336" w:type="dxa"/>
            <w:shd w:val="clear" w:color="auto" w:fill="FFFFFF"/>
            <w:tcMar>
              <w:top w:w="95" w:type="dxa"/>
              <w:left w:w="105" w:type="dxa"/>
              <w:bottom w:w="95" w:type="dxa"/>
              <w:right w:w="105" w:type="dxa"/>
            </w:tcMar>
            <w:vAlign w:val="center"/>
          </w:tcPr>
          <w:p w14:paraId="70C896EC" w14:textId="77777777" w:rsidR="00FE09D8" w:rsidRDefault="00000000">
            <w:pPr>
              <w:spacing w:after="0" w:line="283" w:lineRule="auto"/>
              <w:rPr>
                <w:lang w:eastAsia="ja-JP"/>
              </w:rPr>
            </w:pPr>
            <w:r>
              <w:rPr>
                <w:sz w:val="16"/>
                <w:lang w:eastAsia="ja-JP"/>
              </w:rPr>
              <w:t>復元試験、更新可否、権限棚卸し、ディスク残量</w:t>
            </w:r>
          </w:p>
        </w:tc>
        <w:tc>
          <w:tcPr>
            <w:tcW w:w="1800" w:type="dxa"/>
            <w:shd w:val="clear" w:color="auto" w:fill="FFFFFF"/>
            <w:tcMar>
              <w:top w:w="95" w:type="dxa"/>
              <w:left w:w="105" w:type="dxa"/>
              <w:bottom w:w="95" w:type="dxa"/>
              <w:right w:w="105" w:type="dxa"/>
            </w:tcMar>
            <w:vAlign w:val="center"/>
          </w:tcPr>
          <w:p w14:paraId="5A52C7B4" w14:textId="77777777" w:rsidR="00FE09D8" w:rsidRDefault="00000000">
            <w:pPr>
              <w:spacing w:after="0" w:line="283" w:lineRule="auto"/>
            </w:pPr>
            <w:proofErr w:type="spellStart"/>
            <w:r>
              <w:rPr>
                <w:sz w:val="16"/>
              </w:rPr>
              <w:t>システム管理者</w:t>
            </w:r>
            <w:proofErr w:type="spellEnd"/>
          </w:p>
        </w:tc>
      </w:tr>
    </w:tbl>
    <w:p w14:paraId="67129DB3" w14:textId="77777777" w:rsidR="00FE09D8" w:rsidRDefault="00FE09D8">
      <w:pPr>
        <w:spacing w:after="0"/>
      </w:pPr>
    </w:p>
    <w:p w14:paraId="5038DA6E" w14:textId="77777777" w:rsidR="00FE09D8" w:rsidRDefault="00000000">
      <w:pPr>
        <w:pStyle w:val="21"/>
        <w:spacing w:before="160" w:after="80" w:line="240" w:lineRule="auto"/>
      </w:pPr>
      <w:r>
        <w:rPr>
          <w:rFonts w:ascii="Noto Sans JP" w:eastAsia="Noto Sans JP" w:hAnsi="Noto Sans JP"/>
        </w:rPr>
        <w:t>13.3 監視しきい値例</w:t>
      </w:r>
    </w:p>
    <w:tbl>
      <w:tblPr>
        <w:tblStyle w:val="afe"/>
        <w:tblW w:w="0" w:type="auto"/>
        <w:jc w:val="center"/>
        <w:tblLayout w:type="fixed"/>
        <w:tblLook w:val="04A0" w:firstRow="1" w:lastRow="0" w:firstColumn="1" w:lastColumn="0" w:noHBand="0" w:noVBand="1"/>
      </w:tblPr>
      <w:tblGrid>
        <w:gridCol w:w="1728"/>
        <w:gridCol w:w="5472"/>
        <w:gridCol w:w="2664"/>
      </w:tblGrid>
      <w:tr w:rsidR="00FE09D8" w14:paraId="0D27A703" w14:textId="77777777">
        <w:trPr>
          <w:tblHeader/>
          <w:jc w:val="center"/>
        </w:trPr>
        <w:tc>
          <w:tcPr>
            <w:tcW w:w="1728" w:type="dxa"/>
            <w:shd w:val="clear" w:color="auto" w:fill="153F5B"/>
            <w:tcMar>
              <w:top w:w="95" w:type="dxa"/>
              <w:left w:w="105" w:type="dxa"/>
              <w:bottom w:w="95" w:type="dxa"/>
              <w:right w:w="105" w:type="dxa"/>
            </w:tcMar>
            <w:vAlign w:val="center"/>
          </w:tcPr>
          <w:p w14:paraId="30209836" w14:textId="77777777" w:rsidR="00FE09D8" w:rsidRDefault="00000000">
            <w:pPr>
              <w:spacing w:after="0" w:line="240" w:lineRule="auto"/>
            </w:pPr>
            <w:r>
              <w:rPr>
                <w:b/>
                <w:color w:val="FFFFFF"/>
                <w:sz w:val="17"/>
              </w:rPr>
              <w:t>監視</w:t>
            </w:r>
          </w:p>
        </w:tc>
        <w:tc>
          <w:tcPr>
            <w:tcW w:w="5472" w:type="dxa"/>
            <w:shd w:val="clear" w:color="auto" w:fill="153F5B"/>
            <w:tcMar>
              <w:top w:w="95" w:type="dxa"/>
              <w:left w:w="105" w:type="dxa"/>
              <w:bottom w:w="95" w:type="dxa"/>
              <w:right w:w="105" w:type="dxa"/>
            </w:tcMar>
            <w:vAlign w:val="center"/>
          </w:tcPr>
          <w:p w14:paraId="6D7C18D2" w14:textId="77777777" w:rsidR="00FE09D8" w:rsidRDefault="00000000">
            <w:pPr>
              <w:spacing w:after="0" w:line="240" w:lineRule="auto"/>
            </w:pPr>
            <w:r>
              <w:rPr>
                <w:b/>
                <w:color w:val="FFFFFF"/>
                <w:sz w:val="17"/>
              </w:rPr>
              <w:t>警告条件</w:t>
            </w:r>
          </w:p>
        </w:tc>
        <w:tc>
          <w:tcPr>
            <w:tcW w:w="2664" w:type="dxa"/>
            <w:shd w:val="clear" w:color="auto" w:fill="153F5B"/>
            <w:tcMar>
              <w:top w:w="95" w:type="dxa"/>
              <w:left w:w="105" w:type="dxa"/>
              <w:bottom w:w="95" w:type="dxa"/>
              <w:right w:w="105" w:type="dxa"/>
            </w:tcMar>
            <w:vAlign w:val="center"/>
          </w:tcPr>
          <w:p w14:paraId="4CD11BE3" w14:textId="77777777" w:rsidR="00FE09D8" w:rsidRDefault="00000000">
            <w:pPr>
              <w:spacing w:after="0" w:line="240" w:lineRule="auto"/>
            </w:pPr>
            <w:r>
              <w:rPr>
                <w:b/>
                <w:color w:val="FFFFFF"/>
                <w:sz w:val="17"/>
              </w:rPr>
              <w:t>通知</w:t>
            </w:r>
          </w:p>
        </w:tc>
      </w:tr>
      <w:tr w:rsidR="00FE09D8" w14:paraId="486C8262" w14:textId="77777777">
        <w:trPr>
          <w:cantSplit/>
          <w:jc w:val="center"/>
        </w:trPr>
        <w:tc>
          <w:tcPr>
            <w:tcW w:w="1728" w:type="dxa"/>
            <w:shd w:val="clear" w:color="auto" w:fill="FFFFFF"/>
            <w:tcMar>
              <w:top w:w="95" w:type="dxa"/>
              <w:left w:w="105" w:type="dxa"/>
              <w:bottom w:w="95" w:type="dxa"/>
              <w:right w:w="105" w:type="dxa"/>
            </w:tcMar>
            <w:vAlign w:val="center"/>
          </w:tcPr>
          <w:p w14:paraId="453EE5DF" w14:textId="77777777" w:rsidR="00FE09D8" w:rsidRDefault="00000000">
            <w:pPr>
              <w:spacing w:after="0" w:line="283" w:lineRule="auto"/>
            </w:pPr>
            <w:r>
              <w:rPr>
                <w:b/>
                <w:sz w:val="17"/>
              </w:rPr>
              <w:t>メール</w:t>
            </w:r>
          </w:p>
        </w:tc>
        <w:tc>
          <w:tcPr>
            <w:tcW w:w="5472" w:type="dxa"/>
            <w:shd w:val="clear" w:color="auto" w:fill="FFFFFF"/>
            <w:tcMar>
              <w:top w:w="95" w:type="dxa"/>
              <w:left w:w="105" w:type="dxa"/>
              <w:bottom w:w="95" w:type="dxa"/>
              <w:right w:w="105" w:type="dxa"/>
            </w:tcMar>
            <w:vAlign w:val="center"/>
          </w:tcPr>
          <w:p w14:paraId="1905764E" w14:textId="77777777" w:rsidR="00FE09D8" w:rsidRDefault="00000000">
            <w:pPr>
              <w:spacing w:after="0" w:line="283" w:lineRule="auto"/>
              <w:rPr>
                <w:lang w:eastAsia="ja-JP"/>
              </w:rPr>
            </w:pPr>
            <w:r>
              <w:rPr>
                <w:sz w:val="17"/>
                <w:lang w:eastAsia="ja-JP"/>
              </w:rPr>
              <w:t>未達1件、または確認中が30分超</w:t>
            </w:r>
          </w:p>
        </w:tc>
        <w:tc>
          <w:tcPr>
            <w:tcW w:w="2664" w:type="dxa"/>
            <w:shd w:val="clear" w:color="auto" w:fill="FFFFFF"/>
            <w:tcMar>
              <w:top w:w="95" w:type="dxa"/>
              <w:left w:w="105" w:type="dxa"/>
              <w:bottom w:w="95" w:type="dxa"/>
              <w:right w:w="105" w:type="dxa"/>
            </w:tcMar>
            <w:vAlign w:val="center"/>
          </w:tcPr>
          <w:p w14:paraId="01983D18" w14:textId="77777777" w:rsidR="00FE09D8" w:rsidRDefault="00000000">
            <w:pPr>
              <w:spacing w:after="0" w:line="283" w:lineRule="auto"/>
              <w:rPr>
                <w:lang w:eastAsia="ja-JP"/>
              </w:rPr>
            </w:pPr>
            <w:r>
              <w:rPr>
                <w:sz w:val="17"/>
                <w:lang w:eastAsia="ja-JP"/>
              </w:rPr>
              <w:t>管理者メール＋ダッシュボード</w:t>
            </w:r>
          </w:p>
        </w:tc>
      </w:tr>
      <w:tr w:rsidR="00FE09D8" w14:paraId="49F074BC" w14:textId="77777777">
        <w:trPr>
          <w:cantSplit/>
          <w:jc w:val="center"/>
        </w:trPr>
        <w:tc>
          <w:tcPr>
            <w:tcW w:w="1728" w:type="dxa"/>
            <w:shd w:val="clear" w:color="auto" w:fill="F3F5F7"/>
            <w:tcMar>
              <w:top w:w="95" w:type="dxa"/>
              <w:left w:w="105" w:type="dxa"/>
              <w:bottom w:w="95" w:type="dxa"/>
              <w:right w:w="105" w:type="dxa"/>
            </w:tcMar>
            <w:vAlign w:val="center"/>
          </w:tcPr>
          <w:p w14:paraId="05D2BA14" w14:textId="77777777" w:rsidR="00FE09D8" w:rsidRDefault="00000000">
            <w:pPr>
              <w:spacing w:after="0" w:line="283" w:lineRule="auto"/>
            </w:pPr>
            <w:proofErr w:type="spellStart"/>
            <w:r>
              <w:rPr>
                <w:b/>
                <w:sz w:val="17"/>
              </w:rPr>
              <w:t>Sheets連携</w:t>
            </w:r>
            <w:proofErr w:type="spellEnd"/>
          </w:p>
        </w:tc>
        <w:tc>
          <w:tcPr>
            <w:tcW w:w="5472" w:type="dxa"/>
            <w:shd w:val="clear" w:color="auto" w:fill="F3F5F7"/>
            <w:tcMar>
              <w:top w:w="95" w:type="dxa"/>
              <w:left w:w="105" w:type="dxa"/>
              <w:bottom w:w="95" w:type="dxa"/>
              <w:right w:w="105" w:type="dxa"/>
            </w:tcMar>
            <w:vAlign w:val="center"/>
          </w:tcPr>
          <w:p w14:paraId="0039535B" w14:textId="77777777" w:rsidR="00FE09D8" w:rsidRDefault="00000000">
            <w:pPr>
              <w:spacing w:after="0" w:line="283" w:lineRule="auto"/>
              <w:rPr>
                <w:lang w:eastAsia="ja-JP"/>
              </w:rPr>
            </w:pPr>
            <w:r>
              <w:rPr>
                <w:sz w:val="17"/>
                <w:lang w:eastAsia="ja-JP"/>
              </w:rPr>
              <w:t>再送待ち1件、または15分超</w:t>
            </w:r>
          </w:p>
        </w:tc>
        <w:tc>
          <w:tcPr>
            <w:tcW w:w="2664" w:type="dxa"/>
            <w:shd w:val="clear" w:color="auto" w:fill="F3F5F7"/>
            <w:tcMar>
              <w:top w:w="95" w:type="dxa"/>
              <w:left w:w="105" w:type="dxa"/>
              <w:bottom w:w="95" w:type="dxa"/>
              <w:right w:w="105" w:type="dxa"/>
            </w:tcMar>
            <w:vAlign w:val="center"/>
          </w:tcPr>
          <w:p w14:paraId="323F857A" w14:textId="77777777" w:rsidR="00FE09D8" w:rsidRDefault="00000000">
            <w:pPr>
              <w:spacing w:after="0" w:line="283" w:lineRule="auto"/>
            </w:pPr>
            <w:proofErr w:type="spellStart"/>
            <w:r>
              <w:rPr>
                <w:sz w:val="17"/>
              </w:rPr>
              <w:t>ダッシュボード</w:t>
            </w:r>
            <w:proofErr w:type="spellEnd"/>
          </w:p>
        </w:tc>
      </w:tr>
      <w:tr w:rsidR="00FE09D8" w14:paraId="1205A3DB" w14:textId="77777777">
        <w:trPr>
          <w:cantSplit/>
          <w:jc w:val="center"/>
        </w:trPr>
        <w:tc>
          <w:tcPr>
            <w:tcW w:w="1728" w:type="dxa"/>
            <w:shd w:val="clear" w:color="auto" w:fill="FFFFFF"/>
            <w:tcMar>
              <w:top w:w="95" w:type="dxa"/>
              <w:left w:w="105" w:type="dxa"/>
              <w:bottom w:w="95" w:type="dxa"/>
              <w:right w:w="105" w:type="dxa"/>
            </w:tcMar>
            <w:vAlign w:val="center"/>
          </w:tcPr>
          <w:p w14:paraId="28BB293D" w14:textId="77777777" w:rsidR="00FE09D8" w:rsidRDefault="00000000">
            <w:pPr>
              <w:spacing w:after="0" w:line="283" w:lineRule="auto"/>
            </w:pPr>
            <w:r>
              <w:rPr>
                <w:b/>
                <w:sz w:val="17"/>
              </w:rPr>
              <w:t>Cron</w:t>
            </w:r>
          </w:p>
        </w:tc>
        <w:tc>
          <w:tcPr>
            <w:tcW w:w="5472" w:type="dxa"/>
            <w:shd w:val="clear" w:color="auto" w:fill="FFFFFF"/>
            <w:tcMar>
              <w:top w:w="95" w:type="dxa"/>
              <w:left w:w="105" w:type="dxa"/>
              <w:bottom w:w="95" w:type="dxa"/>
              <w:right w:w="105" w:type="dxa"/>
            </w:tcMar>
            <w:vAlign w:val="center"/>
          </w:tcPr>
          <w:p w14:paraId="2F29D3F1" w14:textId="77777777" w:rsidR="00FE09D8" w:rsidRDefault="00000000">
            <w:pPr>
              <w:spacing w:after="0" w:line="283" w:lineRule="auto"/>
            </w:pPr>
            <w:r>
              <w:rPr>
                <w:sz w:val="17"/>
              </w:rPr>
              <w:t>最終成功から15分超</w:t>
            </w:r>
          </w:p>
        </w:tc>
        <w:tc>
          <w:tcPr>
            <w:tcW w:w="2664" w:type="dxa"/>
            <w:shd w:val="clear" w:color="auto" w:fill="FFFFFF"/>
            <w:tcMar>
              <w:top w:w="95" w:type="dxa"/>
              <w:left w:w="105" w:type="dxa"/>
              <w:bottom w:w="95" w:type="dxa"/>
              <w:right w:w="105" w:type="dxa"/>
            </w:tcMar>
            <w:vAlign w:val="center"/>
          </w:tcPr>
          <w:p w14:paraId="72B482AA" w14:textId="77777777" w:rsidR="00FE09D8" w:rsidRDefault="00000000">
            <w:pPr>
              <w:spacing w:after="0" w:line="283" w:lineRule="auto"/>
            </w:pPr>
            <w:r>
              <w:rPr>
                <w:sz w:val="17"/>
              </w:rPr>
              <w:t>システム管理者</w:t>
            </w:r>
          </w:p>
        </w:tc>
      </w:tr>
      <w:tr w:rsidR="00FE09D8" w14:paraId="1B1513F2" w14:textId="77777777">
        <w:trPr>
          <w:cantSplit/>
          <w:jc w:val="center"/>
        </w:trPr>
        <w:tc>
          <w:tcPr>
            <w:tcW w:w="1728" w:type="dxa"/>
            <w:shd w:val="clear" w:color="auto" w:fill="F3F5F7"/>
            <w:tcMar>
              <w:top w:w="95" w:type="dxa"/>
              <w:left w:w="105" w:type="dxa"/>
              <w:bottom w:w="95" w:type="dxa"/>
              <w:right w:w="105" w:type="dxa"/>
            </w:tcMar>
            <w:vAlign w:val="center"/>
          </w:tcPr>
          <w:p w14:paraId="7D6BB1D7" w14:textId="77777777" w:rsidR="00FE09D8" w:rsidRDefault="00000000">
            <w:pPr>
              <w:spacing w:after="0" w:line="283" w:lineRule="auto"/>
            </w:pPr>
            <w:r>
              <w:rPr>
                <w:b/>
                <w:sz w:val="17"/>
              </w:rPr>
              <w:t>バックアップ</w:t>
            </w:r>
          </w:p>
        </w:tc>
        <w:tc>
          <w:tcPr>
            <w:tcW w:w="5472" w:type="dxa"/>
            <w:shd w:val="clear" w:color="auto" w:fill="F3F5F7"/>
            <w:tcMar>
              <w:top w:w="95" w:type="dxa"/>
              <w:left w:w="105" w:type="dxa"/>
              <w:bottom w:w="95" w:type="dxa"/>
              <w:right w:w="105" w:type="dxa"/>
            </w:tcMar>
            <w:vAlign w:val="center"/>
          </w:tcPr>
          <w:p w14:paraId="27928888" w14:textId="77777777" w:rsidR="00FE09D8" w:rsidRDefault="00000000">
            <w:pPr>
              <w:spacing w:after="0" w:line="283" w:lineRule="auto"/>
            </w:pPr>
            <w:r>
              <w:rPr>
                <w:sz w:val="17"/>
              </w:rPr>
              <w:t>当日分が未生成</w:t>
            </w:r>
          </w:p>
        </w:tc>
        <w:tc>
          <w:tcPr>
            <w:tcW w:w="2664" w:type="dxa"/>
            <w:shd w:val="clear" w:color="auto" w:fill="F3F5F7"/>
            <w:tcMar>
              <w:top w:w="95" w:type="dxa"/>
              <w:left w:w="105" w:type="dxa"/>
              <w:bottom w:w="95" w:type="dxa"/>
              <w:right w:w="105" w:type="dxa"/>
            </w:tcMar>
            <w:vAlign w:val="center"/>
          </w:tcPr>
          <w:p w14:paraId="3B8C93F6" w14:textId="77777777" w:rsidR="00FE09D8" w:rsidRDefault="00000000">
            <w:pPr>
              <w:spacing w:after="0" w:line="283" w:lineRule="auto"/>
            </w:pPr>
            <w:r>
              <w:rPr>
                <w:sz w:val="17"/>
              </w:rPr>
              <w:t>システム管理者</w:t>
            </w:r>
          </w:p>
        </w:tc>
      </w:tr>
      <w:tr w:rsidR="00FE09D8" w14:paraId="08C6096B" w14:textId="77777777">
        <w:trPr>
          <w:cantSplit/>
          <w:jc w:val="center"/>
        </w:trPr>
        <w:tc>
          <w:tcPr>
            <w:tcW w:w="1728" w:type="dxa"/>
            <w:shd w:val="clear" w:color="auto" w:fill="FFFFFF"/>
            <w:tcMar>
              <w:top w:w="95" w:type="dxa"/>
              <w:left w:w="105" w:type="dxa"/>
              <w:bottom w:w="95" w:type="dxa"/>
              <w:right w:w="105" w:type="dxa"/>
            </w:tcMar>
            <w:vAlign w:val="center"/>
          </w:tcPr>
          <w:p w14:paraId="12AADAA5" w14:textId="77777777" w:rsidR="00FE09D8" w:rsidRDefault="00000000">
            <w:pPr>
              <w:spacing w:after="0" w:line="283" w:lineRule="auto"/>
            </w:pPr>
            <w:r>
              <w:rPr>
                <w:b/>
                <w:sz w:val="17"/>
              </w:rPr>
              <w:t>Web</w:t>
            </w:r>
          </w:p>
        </w:tc>
        <w:tc>
          <w:tcPr>
            <w:tcW w:w="5472" w:type="dxa"/>
            <w:shd w:val="clear" w:color="auto" w:fill="FFFFFF"/>
            <w:tcMar>
              <w:top w:w="95" w:type="dxa"/>
              <w:left w:w="105" w:type="dxa"/>
              <w:bottom w:w="95" w:type="dxa"/>
              <w:right w:w="105" w:type="dxa"/>
            </w:tcMar>
            <w:vAlign w:val="center"/>
          </w:tcPr>
          <w:p w14:paraId="3F92BA77" w14:textId="77777777" w:rsidR="00FE09D8" w:rsidRDefault="00000000">
            <w:pPr>
              <w:spacing w:after="0" w:line="283" w:lineRule="auto"/>
            </w:pPr>
            <w:r>
              <w:rPr>
                <w:sz w:val="17"/>
              </w:rPr>
              <w:t>連続3回応答失敗</w:t>
            </w:r>
          </w:p>
        </w:tc>
        <w:tc>
          <w:tcPr>
            <w:tcW w:w="2664" w:type="dxa"/>
            <w:shd w:val="clear" w:color="auto" w:fill="FFFFFF"/>
            <w:tcMar>
              <w:top w:w="95" w:type="dxa"/>
              <w:left w:w="105" w:type="dxa"/>
              <w:bottom w:w="95" w:type="dxa"/>
              <w:right w:w="105" w:type="dxa"/>
            </w:tcMar>
            <w:vAlign w:val="center"/>
          </w:tcPr>
          <w:p w14:paraId="7B084EDA" w14:textId="77777777" w:rsidR="00FE09D8" w:rsidRDefault="00000000">
            <w:pPr>
              <w:spacing w:after="0" w:line="283" w:lineRule="auto"/>
            </w:pPr>
            <w:r>
              <w:rPr>
                <w:sz w:val="17"/>
              </w:rPr>
              <w:t>緊急連絡先</w:t>
            </w:r>
          </w:p>
        </w:tc>
      </w:tr>
    </w:tbl>
    <w:p w14:paraId="30640A0A" w14:textId="77777777" w:rsidR="00FE09D8" w:rsidRDefault="00FE09D8">
      <w:pPr>
        <w:spacing w:after="0"/>
      </w:pPr>
    </w:p>
    <w:p w14:paraId="08E1F601" w14:textId="77777777" w:rsidR="00FE09D8" w:rsidRDefault="00FE09D8">
      <w:pPr>
        <w:pBdr>
          <w:bottom w:val="single" w:sz="8" w:space="1" w:color="D9E2E8"/>
        </w:pBdr>
        <w:spacing w:before="200" w:after="160"/>
      </w:pPr>
    </w:p>
    <w:p w14:paraId="5FA74C11" w14:textId="77777777" w:rsidR="00FE09D8" w:rsidRDefault="00000000">
      <w:pPr>
        <w:spacing w:after="40" w:line="240" w:lineRule="auto"/>
      </w:pPr>
      <w:r>
        <w:rPr>
          <w:b/>
          <w:color w:val="153F5B"/>
          <w:sz w:val="17"/>
          <w:shd w:val="clear" w:color="auto" w:fill="EAF3F8"/>
        </w:rPr>
        <w:t>SECTION 14</w:t>
      </w:r>
    </w:p>
    <w:p w14:paraId="301E21DC" w14:textId="77777777" w:rsidR="00FE09D8" w:rsidRDefault="00000000">
      <w:pPr>
        <w:pStyle w:val="1"/>
        <w:spacing w:before="60" w:after="80" w:line="240" w:lineRule="auto"/>
      </w:pPr>
      <w:r>
        <w:rPr>
          <w:rFonts w:ascii="Noto Sans JP" w:eastAsia="Noto Sans JP" w:hAnsi="Noto Sans JP"/>
        </w:rPr>
        <w:t>画面一覧・UI要件</w:t>
      </w:r>
    </w:p>
    <w:p w14:paraId="0F05CE2A" w14:textId="77777777" w:rsidR="00FE09D8" w:rsidRDefault="00000000">
      <w:pPr>
        <w:spacing w:after="200" w:line="317" w:lineRule="auto"/>
        <w:rPr>
          <w:lang w:eastAsia="ja-JP"/>
        </w:rPr>
      </w:pPr>
      <w:r>
        <w:rPr>
          <w:color w:val="526273"/>
          <w:sz w:val="18"/>
          <w:lang w:eastAsia="ja-JP"/>
        </w:rPr>
        <w:t>店舗と管理者の操作を分け、状態と次の行動が一目で分かる構成とする。</w:t>
      </w:r>
    </w:p>
    <w:tbl>
      <w:tblPr>
        <w:tblStyle w:val="afe"/>
        <w:tblW w:w="0" w:type="auto"/>
        <w:jc w:val="center"/>
        <w:tblLayout w:type="fixed"/>
        <w:tblLook w:val="04A0" w:firstRow="1" w:lastRow="0" w:firstColumn="1" w:lastColumn="0" w:noHBand="0" w:noVBand="1"/>
      </w:tblPr>
      <w:tblGrid>
        <w:gridCol w:w="2376"/>
        <w:gridCol w:w="4608"/>
        <w:gridCol w:w="2880"/>
      </w:tblGrid>
      <w:tr w:rsidR="00FE09D8" w14:paraId="071EB5D2" w14:textId="77777777">
        <w:trPr>
          <w:tblHeader/>
          <w:jc w:val="center"/>
        </w:trPr>
        <w:tc>
          <w:tcPr>
            <w:tcW w:w="2376" w:type="dxa"/>
            <w:shd w:val="clear" w:color="auto" w:fill="153F5B"/>
            <w:tcMar>
              <w:top w:w="95" w:type="dxa"/>
              <w:left w:w="105" w:type="dxa"/>
              <w:bottom w:w="95" w:type="dxa"/>
              <w:right w:w="105" w:type="dxa"/>
            </w:tcMar>
            <w:vAlign w:val="center"/>
          </w:tcPr>
          <w:p w14:paraId="6CC2E18B" w14:textId="77777777" w:rsidR="00FE09D8" w:rsidRDefault="00000000">
            <w:pPr>
              <w:spacing w:after="0" w:line="240" w:lineRule="auto"/>
            </w:pPr>
            <w:proofErr w:type="spellStart"/>
            <w:r>
              <w:rPr>
                <w:b/>
                <w:color w:val="FFFFFF"/>
                <w:sz w:val="15"/>
              </w:rPr>
              <w:t>画面</w:t>
            </w:r>
            <w:proofErr w:type="spellEnd"/>
          </w:p>
        </w:tc>
        <w:tc>
          <w:tcPr>
            <w:tcW w:w="4608" w:type="dxa"/>
            <w:shd w:val="clear" w:color="auto" w:fill="153F5B"/>
            <w:tcMar>
              <w:top w:w="95" w:type="dxa"/>
              <w:left w:w="105" w:type="dxa"/>
              <w:bottom w:w="95" w:type="dxa"/>
              <w:right w:w="105" w:type="dxa"/>
            </w:tcMar>
            <w:vAlign w:val="center"/>
          </w:tcPr>
          <w:p w14:paraId="0B538BDC" w14:textId="77777777" w:rsidR="00FE09D8" w:rsidRDefault="00000000">
            <w:pPr>
              <w:spacing w:after="0" w:line="240" w:lineRule="auto"/>
            </w:pPr>
            <w:r>
              <w:rPr>
                <w:b/>
                <w:color w:val="FFFFFF"/>
                <w:sz w:val="15"/>
              </w:rPr>
              <w:t>主な要素</w:t>
            </w:r>
          </w:p>
        </w:tc>
        <w:tc>
          <w:tcPr>
            <w:tcW w:w="2880" w:type="dxa"/>
            <w:shd w:val="clear" w:color="auto" w:fill="153F5B"/>
            <w:tcMar>
              <w:top w:w="95" w:type="dxa"/>
              <w:left w:w="105" w:type="dxa"/>
              <w:bottom w:w="95" w:type="dxa"/>
              <w:right w:w="105" w:type="dxa"/>
            </w:tcMar>
            <w:vAlign w:val="center"/>
          </w:tcPr>
          <w:p w14:paraId="1F291BDD" w14:textId="77777777" w:rsidR="00FE09D8" w:rsidRDefault="00000000">
            <w:pPr>
              <w:spacing w:after="0" w:line="240" w:lineRule="auto"/>
            </w:pPr>
            <w:r>
              <w:rPr>
                <w:b/>
                <w:color w:val="FFFFFF"/>
                <w:sz w:val="15"/>
              </w:rPr>
              <w:t>重要要件</w:t>
            </w:r>
          </w:p>
        </w:tc>
      </w:tr>
      <w:tr w:rsidR="00FE09D8" w14:paraId="4B706996" w14:textId="77777777">
        <w:trPr>
          <w:cantSplit/>
          <w:jc w:val="center"/>
        </w:trPr>
        <w:tc>
          <w:tcPr>
            <w:tcW w:w="2376" w:type="dxa"/>
            <w:shd w:val="clear" w:color="auto" w:fill="FFFFFF"/>
            <w:tcMar>
              <w:top w:w="95" w:type="dxa"/>
              <w:left w:w="105" w:type="dxa"/>
              <w:bottom w:w="95" w:type="dxa"/>
              <w:right w:w="105" w:type="dxa"/>
            </w:tcMar>
            <w:vAlign w:val="center"/>
          </w:tcPr>
          <w:p w14:paraId="4031E62C" w14:textId="77777777" w:rsidR="00FE09D8" w:rsidRDefault="00000000">
            <w:pPr>
              <w:spacing w:after="0" w:line="283" w:lineRule="auto"/>
            </w:pPr>
            <w:r>
              <w:rPr>
                <w:b/>
                <w:sz w:val="15"/>
              </w:rPr>
              <w:t>店舗発注／入力</w:t>
            </w:r>
          </w:p>
        </w:tc>
        <w:tc>
          <w:tcPr>
            <w:tcW w:w="4608" w:type="dxa"/>
            <w:shd w:val="clear" w:color="auto" w:fill="FFFFFF"/>
            <w:tcMar>
              <w:top w:w="95" w:type="dxa"/>
              <w:left w:w="105" w:type="dxa"/>
              <w:bottom w:w="95" w:type="dxa"/>
              <w:right w:w="105" w:type="dxa"/>
            </w:tcMar>
            <w:vAlign w:val="center"/>
          </w:tcPr>
          <w:p w14:paraId="5557F841" w14:textId="77777777" w:rsidR="00FE09D8" w:rsidRDefault="00000000">
            <w:pPr>
              <w:spacing w:after="0" w:line="283" w:lineRule="auto"/>
              <w:rPr>
                <w:lang w:eastAsia="ja-JP"/>
              </w:rPr>
            </w:pPr>
            <w:r>
              <w:rPr>
                <w:sz w:val="15"/>
                <w:lang w:eastAsia="ja-JP"/>
              </w:rPr>
              <w:t>店舗・発送先、商品写真、箱数、発送日、宛先一覧</w:t>
            </w:r>
          </w:p>
        </w:tc>
        <w:tc>
          <w:tcPr>
            <w:tcW w:w="2880" w:type="dxa"/>
            <w:shd w:val="clear" w:color="auto" w:fill="FFFFFF"/>
            <w:tcMar>
              <w:top w:w="95" w:type="dxa"/>
              <w:left w:w="105" w:type="dxa"/>
              <w:bottom w:w="95" w:type="dxa"/>
              <w:right w:w="105" w:type="dxa"/>
            </w:tcMar>
            <w:vAlign w:val="center"/>
          </w:tcPr>
          <w:p w14:paraId="2ADBC063" w14:textId="77777777" w:rsidR="00FE09D8" w:rsidRDefault="00000000">
            <w:pPr>
              <w:spacing w:after="0" w:line="283" w:lineRule="auto"/>
              <w:rPr>
                <w:lang w:eastAsia="ja-JP"/>
              </w:rPr>
            </w:pPr>
            <w:r>
              <w:rPr>
                <w:sz w:val="15"/>
                <w:lang w:eastAsia="ja-JP"/>
              </w:rPr>
              <w:t>店舗・宛先は編集不可</w:t>
            </w:r>
          </w:p>
        </w:tc>
      </w:tr>
      <w:tr w:rsidR="00FE09D8" w14:paraId="7EB5A43F" w14:textId="77777777">
        <w:trPr>
          <w:cantSplit/>
          <w:jc w:val="center"/>
        </w:trPr>
        <w:tc>
          <w:tcPr>
            <w:tcW w:w="2376" w:type="dxa"/>
            <w:shd w:val="clear" w:color="auto" w:fill="F3F5F7"/>
            <w:tcMar>
              <w:top w:w="95" w:type="dxa"/>
              <w:left w:w="105" w:type="dxa"/>
              <w:bottom w:w="95" w:type="dxa"/>
              <w:right w:w="105" w:type="dxa"/>
            </w:tcMar>
            <w:vAlign w:val="center"/>
          </w:tcPr>
          <w:p w14:paraId="328F6E3E" w14:textId="77777777" w:rsidR="00FE09D8" w:rsidRDefault="00000000">
            <w:pPr>
              <w:spacing w:after="0" w:line="283" w:lineRule="auto"/>
            </w:pPr>
            <w:proofErr w:type="spellStart"/>
            <w:r>
              <w:rPr>
                <w:b/>
                <w:sz w:val="15"/>
              </w:rPr>
              <w:t>店舗発注／確認</w:t>
            </w:r>
            <w:proofErr w:type="spellEnd"/>
          </w:p>
        </w:tc>
        <w:tc>
          <w:tcPr>
            <w:tcW w:w="4608" w:type="dxa"/>
            <w:shd w:val="clear" w:color="auto" w:fill="F3F5F7"/>
            <w:tcMar>
              <w:top w:w="95" w:type="dxa"/>
              <w:left w:w="105" w:type="dxa"/>
              <w:bottom w:w="95" w:type="dxa"/>
              <w:right w:w="105" w:type="dxa"/>
            </w:tcMar>
            <w:vAlign w:val="center"/>
          </w:tcPr>
          <w:p w14:paraId="438516B1" w14:textId="77777777" w:rsidR="00FE09D8" w:rsidRDefault="00000000">
            <w:pPr>
              <w:spacing w:after="0" w:line="283" w:lineRule="auto"/>
              <w:rPr>
                <w:lang w:eastAsia="ja-JP"/>
              </w:rPr>
            </w:pPr>
            <w:r>
              <w:rPr>
                <w:sz w:val="15"/>
                <w:lang w:eastAsia="ja-JP"/>
              </w:rPr>
              <w:t>注文内容、換算、発送日、変更・取消期限</w:t>
            </w:r>
          </w:p>
        </w:tc>
        <w:tc>
          <w:tcPr>
            <w:tcW w:w="2880" w:type="dxa"/>
            <w:shd w:val="clear" w:color="auto" w:fill="F3F5F7"/>
            <w:tcMar>
              <w:top w:w="95" w:type="dxa"/>
              <w:left w:w="105" w:type="dxa"/>
              <w:bottom w:w="95" w:type="dxa"/>
              <w:right w:w="105" w:type="dxa"/>
            </w:tcMar>
            <w:vAlign w:val="center"/>
          </w:tcPr>
          <w:p w14:paraId="63C459CB" w14:textId="77777777" w:rsidR="00FE09D8" w:rsidRDefault="00000000">
            <w:pPr>
              <w:spacing w:after="0" w:line="283" w:lineRule="auto"/>
              <w:rPr>
                <w:lang w:eastAsia="ja-JP"/>
              </w:rPr>
            </w:pPr>
            <w:r>
              <w:rPr>
                <w:sz w:val="15"/>
                <w:lang w:eastAsia="ja-JP"/>
              </w:rPr>
              <w:t>期限を具体日付・時刻で表示</w:t>
            </w:r>
          </w:p>
        </w:tc>
      </w:tr>
      <w:tr w:rsidR="00FE09D8" w14:paraId="16DCCDA7" w14:textId="77777777">
        <w:trPr>
          <w:cantSplit/>
          <w:jc w:val="center"/>
        </w:trPr>
        <w:tc>
          <w:tcPr>
            <w:tcW w:w="2376" w:type="dxa"/>
            <w:shd w:val="clear" w:color="auto" w:fill="FFFFFF"/>
            <w:tcMar>
              <w:top w:w="95" w:type="dxa"/>
              <w:left w:w="105" w:type="dxa"/>
              <w:bottom w:w="95" w:type="dxa"/>
              <w:right w:w="105" w:type="dxa"/>
            </w:tcMar>
            <w:vAlign w:val="center"/>
          </w:tcPr>
          <w:p w14:paraId="196B0D7C" w14:textId="77777777" w:rsidR="00FE09D8" w:rsidRDefault="00000000">
            <w:pPr>
              <w:spacing w:after="0" w:line="283" w:lineRule="auto"/>
            </w:pPr>
            <w:proofErr w:type="spellStart"/>
            <w:r>
              <w:rPr>
                <w:b/>
                <w:sz w:val="15"/>
              </w:rPr>
              <w:t>店舗発注／完了</w:t>
            </w:r>
            <w:proofErr w:type="spellEnd"/>
          </w:p>
        </w:tc>
        <w:tc>
          <w:tcPr>
            <w:tcW w:w="4608" w:type="dxa"/>
            <w:shd w:val="clear" w:color="auto" w:fill="FFFFFF"/>
            <w:tcMar>
              <w:top w:w="95" w:type="dxa"/>
              <w:left w:w="105" w:type="dxa"/>
              <w:bottom w:w="95" w:type="dxa"/>
              <w:right w:w="105" w:type="dxa"/>
            </w:tcMar>
            <w:vAlign w:val="center"/>
          </w:tcPr>
          <w:p w14:paraId="3AF1069E" w14:textId="77777777" w:rsidR="00FE09D8" w:rsidRDefault="00000000">
            <w:pPr>
              <w:spacing w:after="0" w:line="283" w:lineRule="auto"/>
            </w:pPr>
            <w:r>
              <w:rPr>
                <w:sz w:val="15"/>
              </w:rPr>
              <w:t>発注書番号、受付、宛先別到達状況</w:t>
            </w:r>
          </w:p>
        </w:tc>
        <w:tc>
          <w:tcPr>
            <w:tcW w:w="2880" w:type="dxa"/>
            <w:shd w:val="clear" w:color="auto" w:fill="FFFFFF"/>
            <w:tcMar>
              <w:top w:w="95" w:type="dxa"/>
              <w:left w:w="105" w:type="dxa"/>
              <w:bottom w:w="95" w:type="dxa"/>
              <w:right w:w="105" w:type="dxa"/>
            </w:tcMar>
            <w:vAlign w:val="center"/>
          </w:tcPr>
          <w:p w14:paraId="4B97BA8F" w14:textId="77777777" w:rsidR="00FE09D8" w:rsidRDefault="00000000">
            <w:pPr>
              <w:spacing w:after="0" w:line="283" w:lineRule="auto"/>
              <w:rPr>
                <w:lang w:eastAsia="ja-JP"/>
              </w:rPr>
            </w:pPr>
            <w:r>
              <w:rPr>
                <w:sz w:val="15"/>
                <w:lang w:eastAsia="ja-JP"/>
              </w:rPr>
              <w:t>保存成功とメール結果を分離</w:t>
            </w:r>
          </w:p>
        </w:tc>
      </w:tr>
      <w:tr w:rsidR="00FE09D8" w14:paraId="02BA18FD" w14:textId="77777777">
        <w:trPr>
          <w:cantSplit/>
          <w:jc w:val="center"/>
        </w:trPr>
        <w:tc>
          <w:tcPr>
            <w:tcW w:w="2376" w:type="dxa"/>
            <w:shd w:val="clear" w:color="auto" w:fill="F3F5F7"/>
            <w:tcMar>
              <w:top w:w="95" w:type="dxa"/>
              <w:left w:w="105" w:type="dxa"/>
              <w:bottom w:w="95" w:type="dxa"/>
              <w:right w:w="105" w:type="dxa"/>
            </w:tcMar>
            <w:vAlign w:val="center"/>
          </w:tcPr>
          <w:p w14:paraId="2FCA4102" w14:textId="77777777" w:rsidR="00FE09D8" w:rsidRDefault="00000000">
            <w:pPr>
              <w:spacing w:after="0" w:line="283" w:lineRule="auto"/>
            </w:pPr>
            <w:proofErr w:type="spellStart"/>
            <w:r>
              <w:rPr>
                <w:b/>
                <w:sz w:val="15"/>
              </w:rPr>
              <w:lastRenderedPageBreak/>
              <w:t>ダッシュボード</w:t>
            </w:r>
            <w:proofErr w:type="spellEnd"/>
          </w:p>
        </w:tc>
        <w:tc>
          <w:tcPr>
            <w:tcW w:w="4608" w:type="dxa"/>
            <w:shd w:val="clear" w:color="auto" w:fill="F3F5F7"/>
            <w:tcMar>
              <w:top w:w="95" w:type="dxa"/>
              <w:left w:w="105" w:type="dxa"/>
              <w:bottom w:w="95" w:type="dxa"/>
              <w:right w:w="105" w:type="dxa"/>
            </w:tcMar>
            <w:vAlign w:val="center"/>
          </w:tcPr>
          <w:p w14:paraId="7D2CAC2F" w14:textId="77777777" w:rsidR="00FE09D8" w:rsidRDefault="00000000">
            <w:pPr>
              <w:spacing w:after="0" w:line="283" w:lineRule="auto"/>
              <w:rPr>
                <w:lang w:eastAsia="ja-JP"/>
              </w:rPr>
            </w:pPr>
            <w:r>
              <w:rPr>
                <w:sz w:val="15"/>
                <w:lang w:eastAsia="ja-JP"/>
              </w:rPr>
              <w:t>注文、発送準備中、発送済み、メール要確認</w:t>
            </w:r>
          </w:p>
        </w:tc>
        <w:tc>
          <w:tcPr>
            <w:tcW w:w="2880" w:type="dxa"/>
            <w:shd w:val="clear" w:color="auto" w:fill="F3F5F7"/>
            <w:tcMar>
              <w:top w:w="95" w:type="dxa"/>
              <w:left w:w="105" w:type="dxa"/>
              <w:bottom w:w="95" w:type="dxa"/>
              <w:right w:w="105" w:type="dxa"/>
            </w:tcMar>
            <w:vAlign w:val="center"/>
          </w:tcPr>
          <w:p w14:paraId="35D68BB3" w14:textId="77777777" w:rsidR="00FE09D8" w:rsidRDefault="00000000">
            <w:pPr>
              <w:spacing w:after="0" w:line="283" w:lineRule="auto"/>
              <w:rPr>
                <w:lang w:eastAsia="ja-JP"/>
              </w:rPr>
            </w:pPr>
            <w:r>
              <w:rPr>
                <w:sz w:val="15"/>
                <w:lang w:eastAsia="ja-JP"/>
              </w:rPr>
              <w:t>契約状態カードを置かない</w:t>
            </w:r>
          </w:p>
        </w:tc>
      </w:tr>
      <w:tr w:rsidR="00FE09D8" w14:paraId="79D6E852" w14:textId="77777777">
        <w:trPr>
          <w:cantSplit/>
          <w:jc w:val="center"/>
        </w:trPr>
        <w:tc>
          <w:tcPr>
            <w:tcW w:w="2376" w:type="dxa"/>
            <w:shd w:val="clear" w:color="auto" w:fill="FFFFFF"/>
            <w:tcMar>
              <w:top w:w="95" w:type="dxa"/>
              <w:left w:w="105" w:type="dxa"/>
              <w:bottom w:w="95" w:type="dxa"/>
              <w:right w:w="105" w:type="dxa"/>
            </w:tcMar>
            <w:vAlign w:val="center"/>
          </w:tcPr>
          <w:p w14:paraId="385D55E9" w14:textId="77777777" w:rsidR="00FE09D8" w:rsidRDefault="00000000">
            <w:pPr>
              <w:spacing w:after="0" w:line="283" w:lineRule="auto"/>
            </w:pPr>
            <w:proofErr w:type="spellStart"/>
            <w:r>
              <w:rPr>
                <w:b/>
                <w:sz w:val="15"/>
              </w:rPr>
              <w:t>発注書一覧・詳細</w:t>
            </w:r>
            <w:proofErr w:type="spellEnd"/>
          </w:p>
        </w:tc>
        <w:tc>
          <w:tcPr>
            <w:tcW w:w="4608" w:type="dxa"/>
            <w:shd w:val="clear" w:color="auto" w:fill="FFFFFF"/>
            <w:tcMar>
              <w:top w:w="95" w:type="dxa"/>
              <w:left w:w="105" w:type="dxa"/>
              <w:bottom w:w="95" w:type="dxa"/>
              <w:right w:w="105" w:type="dxa"/>
            </w:tcMar>
            <w:vAlign w:val="center"/>
          </w:tcPr>
          <w:p w14:paraId="6FB5A7BB" w14:textId="77777777" w:rsidR="00FE09D8" w:rsidRDefault="00000000">
            <w:pPr>
              <w:spacing w:after="0" w:line="283" w:lineRule="auto"/>
              <w:rPr>
                <w:lang w:eastAsia="ja-JP"/>
              </w:rPr>
            </w:pPr>
            <w:r>
              <w:rPr>
                <w:sz w:val="15"/>
                <w:lang w:eastAsia="ja-JP"/>
              </w:rPr>
              <w:t>発送・メール状態、期限、取消、再送</w:t>
            </w:r>
          </w:p>
        </w:tc>
        <w:tc>
          <w:tcPr>
            <w:tcW w:w="2880" w:type="dxa"/>
            <w:shd w:val="clear" w:color="auto" w:fill="FFFFFF"/>
            <w:tcMar>
              <w:top w:w="95" w:type="dxa"/>
              <w:left w:w="105" w:type="dxa"/>
              <w:bottom w:w="95" w:type="dxa"/>
              <w:right w:w="105" w:type="dxa"/>
            </w:tcMar>
            <w:vAlign w:val="center"/>
          </w:tcPr>
          <w:p w14:paraId="26F0AAD8" w14:textId="77777777" w:rsidR="00FE09D8" w:rsidRDefault="00000000">
            <w:pPr>
              <w:spacing w:after="0" w:line="283" w:lineRule="auto"/>
              <w:rPr>
                <w:lang w:eastAsia="ja-JP"/>
              </w:rPr>
            </w:pPr>
            <w:r>
              <w:rPr>
                <w:sz w:val="15"/>
                <w:lang w:eastAsia="ja-JP"/>
              </w:rPr>
              <w:t>取消時に削除範囲を確認表示</w:t>
            </w:r>
          </w:p>
        </w:tc>
      </w:tr>
      <w:tr w:rsidR="00FE09D8" w14:paraId="16AF5D6B" w14:textId="77777777">
        <w:trPr>
          <w:cantSplit/>
          <w:jc w:val="center"/>
        </w:trPr>
        <w:tc>
          <w:tcPr>
            <w:tcW w:w="2376" w:type="dxa"/>
            <w:shd w:val="clear" w:color="auto" w:fill="F3F5F7"/>
            <w:tcMar>
              <w:top w:w="95" w:type="dxa"/>
              <w:left w:w="105" w:type="dxa"/>
              <w:bottom w:w="95" w:type="dxa"/>
              <w:right w:w="105" w:type="dxa"/>
            </w:tcMar>
            <w:vAlign w:val="center"/>
          </w:tcPr>
          <w:p w14:paraId="449B9969" w14:textId="77777777" w:rsidR="00FE09D8" w:rsidRDefault="00000000">
            <w:pPr>
              <w:spacing w:after="0" w:line="283" w:lineRule="auto"/>
            </w:pPr>
            <w:proofErr w:type="spellStart"/>
            <w:r>
              <w:rPr>
                <w:b/>
                <w:sz w:val="15"/>
              </w:rPr>
              <w:t>発送日設定</w:t>
            </w:r>
            <w:proofErr w:type="spellEnd"/>
          </w:p>
        </w:tc>
        <w:tc>
          <w:tcPr>
            <w:tcW w:w="4608" w:type="dxa"/>
            <w:shd w:val="clear" w:color="auto" w:fill="F3F5F7"/>
            <w:tcMar>
              <w:top w:w="95" w:type="dxa"/>
              <w:left w:w="105" w:type="dxa"/>
              <w:bottom w:w="95" w:type="dxa"/>
              <w:right w:w="105" w:type="dxa"/>
            </w:tcMar>
            <w:vAlign w:val="center"/>
          </w:tcPr>
          <w:p w14:paraId="2059224B" w14:textId="77777777" w:rsidR="00FE09D8" w:rsidRDefault="00000000">
            <w:pPr>
              <w:spacing w:after="0" w:line="283" w:lineRule="auto"/>
            </w:pPr>
            <w:r>
              <w:rPr>
                <w:sz w:val="15"/>
              </w:rPr>
              <w:t>発送日／休業日、公開、期限、注文数</w:t>
            </w:r>
          </w:p>
        </w:tc>
        <w:tc>
          <w:tcPr>
            <w:tcW w:w="2880" w:type="dxa"/>
            <w:shd w:val="clear" w:color="auto" w:fill="F3F5F7"/>
            <w:tcMar>
              <w:top w:w="95" w:type="dxa"/>
              <w:left w:w="105" w:type="dxa"/>
              <w:bottom w:w="95" w:type="dxa"/>
              <w:right w:w="105" w:type="dxa"/>
            </w:tcMar>
            <w:vAlign w:val="center"/>
          </w:tcPr>
          <w:p w14:paraId="16856639" w14:textId="77777777" w:rsidR="00FE09D8" w:rsidRDefault="00000000">
            <w:pPr>
              <w:spacing w:after="0" w:line="283" w:lineRule="auto"/>
            </w:pPr>
            <w:r>
              <w:rPr>
                <w:sz w:val="15"/>
              </w:rPr>
              <w:t>管理者のみ変更可能</w:t>
            </w:r>
          </w:p>
        </w:tc>
      </w:tr>
      <w:tr w:rsidR="00FE09D8" w14:paraId="26F9E8F1" w14:textId="77777777">
        <w:trPr>
          <w:cantSplit/>
          <w:jc w:val="center"/>
        </w:trPr>
        <w:tc>
          <w:tcPr>
            <w:tcW w:w="2376" w:type="dxa"/>
            <w:shd w:val="clear" w:color="auto" w:fill="FFFFFF"/>
            <w:tcMar>
              <w:top w:w="95" w:type="dxa"/>
              <w:left w:w="105" w:type="dxa"/>
              <w:bottom w:w="95" w:type="dxa"/>
              <w:right w:w="105" w:type="dxa"/>
            </w:tcMar>
            <w:vAlign w:val="center"/>
          </w:tcPr>
          <w:p w14:paraId="609F9B00" w14:textId="77777777" w:rsidR="00FE09D8" w:rsidRDefault="00000000">
            <w:pPr>
              <w:spacing w:after="0" w:line="283" w:lineRule="auto"/>
            </w:pPr>
            <w:r>
              <w:rPr>
                <w:b/>
                <w:sz w:val="15"/>
              </w:rPr>
              <w:t>商品管理</w:t>
            </w:r>
          </w:p>
        </w:tc>
        <w:tc>
          <w:tcPr>
            <w:tcW w:w="4608" w:type="dxa"/>
            <w:shd w:val="clear" w:color="auto" w:fill="FFFFFF"/>
            <w:tcMar>
              <w:top w:w="95" w:type="dxa"/>
              <w:left w:w="105" w:type="dxa"/>
              <w:bottom w:w="95" w:type="dxa"/>
              <w:right w:w="105" w:type="dxa"/>
            </w:tcMar>
            <w:vAlign w:val="center"/>
          </w:tcPr>
          <w:p w14:paraId="660A33A0" w14:textId="77777777" w:rsidR="00FE09D8" w:rsidRDefault="00000000">
            <w:pPr>
              <w:spacing w:after="0" w:line="283" w:lineRule="auto"/>
              <w:rPr>
                <w:lang w:eastAsia="ja-JP"/>
              </w:rPr>
            </w:pPr>
            <w:r>
              <w:rPr>
                <w:sz w:val="15"/>
                <w:lang w:eastAsia="ja-JP"/>
              </w:rPr>
              <w:t>写真、商品コード、荷姿、単位、表示</w:t>
            </w:r>
          </w:p>
        </w:tc>
        <w:tc>
          <w:tcPr>
            <w:tcW w:w="2880" w:type="dxa"/>
            <w:shd w:val="clear" w:color="auto" w:fill="FFFFFF"/>
            <w:tcMar>
              <w:top w:w="95" w:type="dxa"/>
              <w:left w:w="105" w:type="dxa"/>
              <w:bottom w:w="95" w:type="dxa"/>
              <w:right w:w="105" w:type="dxa"/>
            </w:tcMar>
            <w:vAlign w:val="center"/>
          </w:tcPr>
          <w:p w14:paraId="306B7F28" w14:textId="77777777" w:rsidR="00FE09D8" w:rsidRDefault="00000000">
            <w:pPr>
              <w:spacing w:after="0" w:line="283" w:lineRule="auto"/>
            </w:pPr>
            <w:proofErr w:type="spellStart"/>
            <w:r>
              <w:rPr>
                <w:sz w:val="15"/>
              </w:rPr>
              <w:t>複数商品追加が可能</w:t>
            </w:r>
            <w:proofErr w:type="spellEnd"/>
          </w:p>
        </w:tc>
      </w:tr>
      <w:tr w:rsidR="00FE09D8" w14:paraId="2B5ECBA3" w14:textId="77777777">
        <w:trPr>
          <w:cantSplit/>
          <w:jc w:val="center"/>
        </w:trPr>
        <w:tc>
          <w:tcPr>
            <w:tcW w:w="2376" w:type="dxa"/>
            <w:shd w:val="clear" w:color="auto" w:fill="F3F5F7"/>
            <w:tcMar>
              <w:top w:w="95" w:type="dxa"/>
              <w:left w:w="105" w:type="dxa"/>
              <w:bottom w:w="95" w:type="dxa"/>
              <w:right w:w="105" w:type="dxa"/>
            </w:tcMar>
            <w:vAlign w:val="center"/>
          </w:tcPr>
          <w:p w14:paraId="5C6A1CFF" w14:textId="77777777" w:rsidR="00FE09D8" w:rsidRDefault="00000000">
            <w:pPr>
              <w:spacing w:after="0" w:line="283" w:lineRule="auto"/>
            </w:pPr>
            <w:r>
              <w:rPr>
                <w:b/>
                <w:sz w:val="15"/>
              </w:rPr>
              <w:t>店舗管理</w:t>
            </w:r>
          </w:p>
        </w:tc>
        <w:tc>
          <w:tcPr>
            <w:tcW w:w="4608" w:type="dxa"/>
            <w:shd w:val="clear" w:color="auto" w:fill="F3F5F7"/>
            <w:tcMar>
              <w:top w:w="95" w:type="dxa"/>
              <w:left w:w="105" w:type="dxa"/>
              <w:bottom w:w="95" w:type="dxa"/>
              <w:right w:w="105" w:type="dxa"/>
            </w:tcMar>
            <w:vAlign w:val="center"/>
          </w:tcPr>
          <w:p w14:paraId="6DE74C5C" w14:textId="77777777" w:rsidR="00FE09D8" w:rsidRDefault="00000000">
            <w:pPr>
              <w:spacing w:after="0" w:line="283" w:lineRule="auto"/>
              <w:rPr>
                <w:lang w:eastAsia="ja-JP"/>
              </w:rPr>
            </w:pPr>
            <w:r>
              <w:rPr>
                <w:sz w:val="15"/>
                <w:lang w:eastAsia="ja-JP"/>
              </w:rPr>
              <w:t>発送先、メール宛先、専用リンク</w:t>
            </w:r>
          </w:p>
        </w:tc>
        <w:tc>
          <w:tcPr>
            <w:tcW w:w="2880" w:type="dxa"/>
            <w:shd w:val="clear" w:color="auto" w:fill="F3F5F7"/>
            <w:tcMar>
              <w:top w:w="95" w:type="dxa"/>
              <w:left w:w="105" w:type="dxa"/>
              <w:bottom w:w="95" w:type="dxa"/>
              <w:right w:w="105" w:type="dxa"/>
            </w:tcMar>
            <w:vAlign w:val="center"/>
          </w:tcPr>
          <w:p w14:paraId="5D694A93" w14:textId="77777777" w:rsidR="00FE09D8" w:rsidRDefault="00000000">
            <w:pPr>
              <w:spacing w:after="0" w:line="283" w:lineRule="auto"/>
              <w:rPr>
                <w:lang w:eastAsia="ja-JP"/>
              </w:rPr>
            </w:pPr>
            <w:r>
              <w:rPr>
                <w:sz w:val="15"/>
                <w:lang w:eastAsia="ja-JP"/>
              </w:rPr>
              <w:t>コピー・再発行・無効化</w:t>
            </w:r>
          </w:p>
        </w:tc>
      </w:tr>
      <w:tr w:rsidR="00FE09D8" w14:paraId="6660BF96" w14:textId="77777777">
        <w:trPr>
          <w:cantSplit/>
          <w:jc w:val="center"/>
        </w:trPr>
        <w:tc>
          <w:tcPr>
            <w:tcW w:w="2376" w:type="dxa"/>
            <w:shd w:val="clear" w:color="auto" w:fill="FFFFFF"/>
            <w:tcMar>
              <w:top w:w="95" w:type="dxa"/>
              <w:left w:w="105" w:type="dxa"/>
              <w:bottom w:w="95" w:type="dxa"/>
              <w:right w:w="105" w:type="dxa"/>
            </w:tcMar>
            <w:vAlign w:val="center"/>
          </w:tcPr>
          <w:p w14:paraId="6EB6E4B5" w14:textId="77777777" w:rsidR="00FE09D8" w:rsidRDefault="00000000">
            <w:pPr>
              <w:spacing w:after="0" w:line="283" w:lineRule="auto"/>
            </w:pPr>
            <w:proofErr w:type="spellStart"/>
            <w:r>
              <w:rPr>
                <w:b/>
                <w:sz w:val="15"/>
              </w:rPr>
              <w:t>月次請求</w:t>
            </w:r>
            <w:proofErr w:type="spellEnd"/>
          </w:p>
        </w:tc>
        <w:tc>
          <w:tcPr>
            <w:tcW w:w="4608" w:type="dxa"/>
            <w:shd w:val="clear" w:color="auto" w:fill="FFFFFF"/>
            <w:tcMar>
              <w:top w:w="95" w:type="dxa"/>
              <w:left w:w="105" w:type="dxa"/>
              <w:bottom w:w="95" w:type="dxa"/>
              <w:right w:w="105" w:type="dxa"/>
            </w:tcMar>
            <w:vAlign w:val="center"/>
          </w:tcPr>
          <w:p w14:paraId="7970F24E" w14:textId="77777777" w:rsidR="00FE09D8" w:rsidRDefault="00000000">
            <w:pPr>
              <w:spacing w:after="0" w:line="283" w:lineRule="auto"/>
              <w:rPr>
                <w:lang w:eastAsia="ja-JP"/>
              </w:rPr>
            </w:pPr>
            <w:r>
              <w:rPr>
                <w:sz w:val="15"/>
                <w:lang w:eastAsia="ja-JP"/>
              </w:rPr>
              <w:t>発送済み集計、請求書、明細、領収証</w:t>
            </w:r>
          </w:p>
        </w:tc>
        <w:tc>
          <w:tcPr>
            <w:tcW w:w="2880" w:type="dxa"/>
            <w:shd w:val="clear" w:color="auto" w:fill="FFFFFF"/>
            <w:tcMar>
              <w:top w:w="95" w:type="dxa"/>
              <w:left w:w="105" w:type="dxa"/>
              <w:bottom w:w="95" w:type="dxa"/>
              <w:right w:w="105" w:type="dxa"/>
            </w:tcMar>
            <w:vAlign w:val="center"/>
          </w:tcPr>
          <w:p w14:paraId="7D0C9298" w14:textId="77777777" w:rsidR="00FE09D8" w:rsidRDefault="00000000">
            <w:pPr>
              <w:spacing w:after="0" w:line="283" w:lineRule="auto"/>
            </w:pPr>
            <w:proofErr w:type="spellStart"/>
            <w:r>
              <w:rPr>
                <w:sz w:val="15"/>
              </w:rPr>
              <w:t>準備中・取消を除外</w:t>
            </w:r>
            <w:proofErr w:type="spellEnd"/>
          </w:p>
        </w:tc>
      </w:tr>
      <w:tr w:rsidR="00FE09D8" w14:paraId="06E5D241" w14:textId="77777777">
        <w:trPr>
          <w:cantSplit/>
          <w:jc w:val="center"/>
        </w:trPr>
        <w:tc>
          <w:tcPr>
            <w:tcW w:w="2376" w:type="dxa"/>
            <w:shd w:val="clear" w:color="auto" w:fill="F3F5F7"/>
            <w:tcMar>
              <w:top w:w="95" w:type="dxa"/>
              <w:left w:w="105" w:type="dxa"/>
              <w:bottom w:w="95" w:type="dxa"/>
              <w:right w:w="105" w:type="dxa"/>
            </w:tcMar>
            <w:vAlign w:val="center"/>
          </w:tcPr>
          <w:p w14:paraId="28A2CCC3" w14:textId="77777777" w:rsidR="00FE09D8" w:rsidRDefault="00000000">
            <w:pPr>
              <w:spacing w:after="0" w:line="283" w:lineRule="auto"/>
            </w:pPr>
            <w:r>
              <w:rPr>
                <w:b/>
                <w:sz w:val="15"/>
              </w:rPr>
              <w:t>連携・メール</w:t>
            </w:r>
          </w:p>
        </w:tc>
        <w:tc>
          <w:tcPr>
            <w:tcW w:w="4608" w:type="dxa"/>
            <w:shd w:val="clear" w:color="auto" w:fill="F3F5F7"/>
            <w:tcMar>
              <w:top w:w="95" w:type="dxa"/>
              <w:left w:w="105" w:type="dxa"/>
              <w:bottom w:w="95" w:type="dxa"/>
              <w:right w:w="105" w:type="dxa"/>
            </w:tcMar>
            <w:vAlign w:val="center"/>
          </w:tcPr>
          <w:p w14:paraId="08962491" w14:textId="77777777" w:rsidR="00FE09D8" w:rsidRDefault="00000000">
            <w:pPr>
              <w:spacing w:after="0" w:line="283" w:lineRule="auto"/>
            </w:pPr>
            <w:r>
              <w:rPr>
                <w:sz w:val="15"/>
              </w:rPr>
              <w:t>DB、Sheets、Excel、到達・再送ログ</w:t>
            </w:r>
          </w:p>
        </w:tc>
        <w:tc>
          <w:tcPr>
            <w:tcW w:w="2880" w:type="dxa"/>
            <w:shd w:val="clear" w:color="auto" w:fill="F3F5F7"/>
            <w:tcMar>
              <w:top w:w="95" w:type="dxa"/>
              <w:left w:w="105" w:type="dxa"/>
              <w:bottom w:w="95" w:type="dxa"/>
              <w:right w:w="105" w:type="dxa"/>
            </w:tcMar>
            <w:vAlign w:val="center"/>
          </w:tcPr>
          <w:p w14:paraId="03058C59" w14:textId="77777777" w:rsidR="00FE09D8" w:rsidRDefault="00000000">
            <w:pPr>
              <w:spacing w:after="0" w:line="283" w:lineRule="auto"/>
            </w:pPr>
            <w:r>
              <w:rPr>
                <w:sz w:val="15"/>
              </w:rPr>
              <w:t>宛先別に結果を表示</w:t>
            </w:r>
          </w:p>
        </w:tc>
      </w:tr>
    </w:tbl>
    <w:p w14:paraId="39BFC9A1" w14:textId="77777777" w:rsidR="00FE09D8" w:rsidRDefault="00FE09D8">
      <w:pPr>
        <w:spacing w:after="0"/>
      </w:pPr>
    </w:p>
    <w:p w14:paraId="0DA6F0EF" w14:textId="77777777" w:rsidR="00FE09D8" w:rsidRDefault="00000000">
      <w:pPr>
        <w:pStyle w:val="21"/>
        <w:spacing w:before="160" w:after="80" w:line="240" w:lineRule="auto"/>
      </w:pPr>
      <w:r>
        <w:rPr>
          <w:rFonts w:ascii="Noto Sans JP" w:eastAsia="Noto Sans JP" w:hAnsi="Noto Sans JP"/>
        </w:rPr>
        <w:t>14.1 共通UI</w:t>
      </w:r>
    </w:p>
    <w:p w14:paraId="5875C801" w14:textId="77777777" w:rsidR="00FE09D8" w:rsidRDefault="00000000">
      <w:pPr>
        <w:pStyle w:val="a0"/>
        <w:spacing w:after="60"/>
        <w:rPr>
          <w:lang w:eastAsia="ja-JP"/>
        </w:rPr>
      </w:pPr>
      <w:r>
        <w:rPr>
          <w:lang w:eastAsia="ja-JP"/>
        </w:rPr>
        <w:t>発送状態とメール状態は文字＋アイコン＋色で示し、色だけに依存しない。</w:t>
      </w:r>
    </w:p>
    <w:p w14:paraId="3986BDA2" w14:textId="77777777" w:rsidR="00FE09D8" w:rsidRDefault="00000000">
      <w:pPr>
        <w:pStyle w:val="a0"/>
        <w:spacing w:after="60"/>
        <w:rPr>
          <w:lang w:eastAsia="ja-JP"/>
        </w:rPr>
      </w:pPr>
      <w:r>
        <w:rPr>
          <w:lang w:eastAsia="ja-JP"/>
        </w:rPr>
        <w:t>危険操作（取消、リンク再発行、請求確定）は確認ダイアログを出す。</w:t>
      </w:r>
    </w:p>
    <w:p w14:paraId="0125BF94" w14:textId="77777777" w:rsidR="00FE09D8" w:rsidRDefault="00000000">
      <w:pPr>
        <w:pStyle w:val="a0"/>
        <w:spacing w:after="60"/>
        <w:rPr>
          <w:lang w:eastAsia="ja-JP"/>
        </w:rPr>
      </w:pPr>
      <w:r>
        <w:rPr>
          <w:lang w:eastAsia="ja-JP"/>
        </w:rPr>
        <w:t>店舗画面はスマートフォンの片手操作を想定し、主要ボタンを十分な高さにする。</w:t>
      </w:r>
    </w:p>
    <w:p w14:paraId="20334E6F" w14:textId="77777777" w:rsidR="00FE09D8" w:rsidRDefault="00000000">
      <w:pPr>
        <w:pStyle w:val="a0"/>
        <w:spacing w:after="60"/>
        <w:rPr>
          <w:lang w:eastAsia="ja-JP"/>
        </w:rPr>
      </w:pPr>
      <w:r>
        <w:rPr>
          <w:lang w:eastAsia="ja-JP"/>
        </w:rPr>
        <w:t>管理画面は検索、絞り込み、Excel出力を提供する。</w:t>
      </w:r>
    </w:p>
    <w:p w14:paraId="6B54BE9B" w14:textId="77777777" w:rsidR="00FE09D8" w:rsidRDefault="00000000">
      <w:pPr>
        <w:pStyle w:val="a0"/>
        <w:spacing w:after="60"/>
        <w:rPr>
          <w:lang w:eastAsia="ja-JP"/>
        </w:rPr>
      </w:pPr>
      <w:r>
        <w:rPr>
          <w:lang w:eastAsia="ja-JP"/>
        </w:rPr>
        <w:t>契約状態・承諾期限の管理UIは設置しない。契約書由来の変更・取消期限文言のみ表示する。</w:t>
      </w:r>
    </w:p>
    <w:p w14:paraId="2D213430" w14:textId="77777777" w:rsidR="00FE09D8" w:rsidRDefault="00FE09D8">
      <w:pPr>
        <w:pBdr>
          <w:bottom w:val="single" w:sz="8" w:space="1" w:color="D9E2E8"/>
        </w:pBdr>
        <w:spacing w:before="200" w:after="160"/>
        <w:rPr>
          <w:lang w:eastAsia="ja-JP"/>
        </w:rPr>
      </w:pPr>
    </w:p>
    <w:p w14:paraId="6DDBD8A5" w14:textId="77777777" w:rsidR="00FE09D8" w:rsidRDefault="00000000">
      <w:pPr>
        <w:spacing w:after="40" w:line="240" w:lineRule="auto"/>
        <w:rPr>
          <w:lang w:eastAsia="ja-JP"/>
        </w:rPr>
      </w:pPr>
      <w:r>
        <w:rPr>
          <w:b/>
          <w:color w:val="153F5B"/>
          <w:sz w:val="17"/>
          <w:shd w:val="clear" w:color="auto" w:fill="EAF3F8"/>
          <w:lang w:eastAsia="ja-JP"/>
        </w:rPr>
        <w:t>SECTION 15</w:t>
      </w:r>
    </w:p>
    <w:p w14:paraId="26132F86" w14:textId="77777777" w:rsidR="00FE09D8" w:rsidRDefault="00000000">
      <w:pPr>
        <w:pStyle w:val="1"/>
        <w:spacing w:before="60" w:after="80" w:line="240" w:lineRule="auto"/>
        <w:rPr>
          <w:lang w:eastAsia="ja-JP"/>
        </w:rPr>
      </w:pPr>
      <w:r>
        <w:rPr>
          <w:rFonts w:ascii="Noto Sans JP" w:eastAsia="Noto Sans JP" w:hAnsi="Noto Sans JP"/>
          <w:lang w:eastAsia="ja-JP"/>
        </w:rPr>
        <w:t>受入試験</w:t>
      </w:r>
    </w:p>
    <w:p w14:paraId="4912EBA4" w14:textId="77777777" w:rsidR="00FE09D8" w:rsidRDefault="00000000">
      <w:pPr>
        <w:spacing w:after="200" w:line="317" w:lineRule="auto"/>
        <w:rPr>
          <w:lang w:eastAsia="ja-JP"/>
        </w:rPr>
      </w:pPr>
      <w:r>
        <w:rPr>
          <w:color w:val="526273"/>
          <w:sz w:val="18"/>
          <w:lang w:eastAsia="ja-JP"/>
        </w:rPr>
        <w:t>本番公開前に、通常・例外・障害時の業務継続を確認する。</w:t>
      </w:r>
    </w:p>
    <w:tbl>
      <w:tblPr>
        <w:tblStyle w:val="afe"/>
        <w:tblW w:w="0" w:type="auto"/>
        <w:jc w:val="center"/>
        <w:tblLayout w:type="fixed"/>
        <w:tblLook w:val="04A0" w:firstRow="1" w:lastRow="0" w:firstColumn="1" w:lastColumn="0" w:noHBand="0" w:noVBand="1"/>
      </w:tblPr>
      <w:tblGrid>
        <w:gridCol w:w="1008"/>
        <w:gridCol w:w="3960"/>
        <w:gridCol w:w="4896"/>
      </w:tblGrid>
      <w:tr w:rsidR="00FE09D8" w14:paraId="4A224767" w14:textId="77777777">
        <w:trPr>
          <w:tblHeader/>
          <w:jc w:val="center"/>
        </w:trPr>
        <w:tc>
          <w:tcPr>
            <w:tcW w:w="1008" w:type="dxa"/>
            <w:shd w:val="clear" w:color="auto" w:fill="153F5B"/>
            <w:tcMar>
              <w:top w:w="95" w:type="dxa"/>
              <w:left w:w="105" w:type="dxa"/>
              <w:bottom w:w="95" w:type="dxa"/>
              <w:right w:w="105" w:type="dxa"/>
            </w:tcMar>
            <w:vAlign w:val="center"/>
          </w:tcPr>
          <w:p w14:paraId="75E6C2C0" w14:textId="77777777" w:rsidR="00FE09D8" w:rsidRDefault="00000000">
            <w:pPr>
              <w:spacing w:after="0" w:line="240" w:lineRule="auto"/>
            </w:pPr>
            <w:r>
              <w:rPr>
                <w:b/>
                <w:color w:val="FFFFFF"/>
                <w:sz w:val="15"/>
              </w:rPr>
              <w:t>ID</w:t>
            </w:r>
          </w:p>
        </w:tc>
        <w:tc>
          <w:tcPr>
            <w:tcW w:w="3960" w:type="dxa"/>
            <w:shd w:val="clear" w:color="auto" w:fill="153F5B"/>
            <w:tcMar>
              <w:top w:w="95" w:type="dxa"/>
              <w:left w:w="105" w:type="dxa"/>
              <w:bottom w:w="95" w:type="dxa"/>
              <w:right w:w="105" w:type="dxa"/>
            </w:tcMar>
            <w:vAlign w:val="center"/>
          </w:tcPr>
          <w:p w14:paraId="30CA273A" w14:textId="77777777" w:rsidR="00FE09D8" w:rsidRDefault="00000000">
            <w:pPr>
              <w:spacing w:after="0" w:line="240" w:lineRule="auto"/>
            </w:pPr>
            <w:r>
              <w:rPr>
                <w:b/>
                <w:color w:val="FFFFFF"/>
                <w:sz w:val="15"/>
              </w:rPr>
              <w:t>試験</w:t>
            </w:r>
          </w:p>
        </w:tc>
        <w:tc>
          <w:tcPr>
            <w:tcW w:w="4896" w:type="dxa"/>
            <w:shd w:val="clear" w:color="auto" w:fill="153F5B"/>
            <w:tcMar>
              <w:top w:w="95" w:type="dxa"/>
              <w:left w:w="105" w:type="dxa"/>
              <w:bottom w:w="95" w:type="dxa"/>
              <w:right w:w="105" w:type="dxa"/>
            </w:tcMar>
            <w:vAlign w:val="center"/>
          </w:tcPr>
          <w:p w14:paraId="564FB010" w14:textId="77777777" w:rsidR="00FE09D8" w:rsidRDefault="00000000">
            <w:pPr>
              <w:spacing w:after="0" w:line="240" w:lineRule="auto"/>
            </w:pPr>
            <w:r>
              <w:rPr>
                <w:b/>
                <w:color w:val="FFFFFF"/>
                <w:sz w:val="15"/>
              </w:rPr>
              <w:t>期待結果</w:t>
            </w:r>
          </w:p>
        </w:tc>
      </w:tr>
      <w:tr w:rsidR="00FE09D8" w14:paraId="0CF41703" w14:textId="77777777">
        <w:trPr>
          <w:cantSplit/>
          <w:jc w:val="center"/>
        </w:trPr>
        <w:tc>
          <w:tcPr>
            <w:tcW w:w="1008" w:type="dxa"/>
            <w:shd w:val="clear" w:color="auto" w:fill="FFFFFF"/>
            <w:tcMar>
              <w:top w:w="95" w:type="dxa"/>
              <w:left w:w="105" w:type="dxa"/>
              <w:bottom w:w="95" w:type="dxa"/>
              <w:right w:w="105" w:type="dxa"/>
            </w:tcMar>
            <w:vAlign w:val="center"/>
          </w:tcPr>
          <w:p w14:paraId="201A2259" w14:textId="77777777" w:rsidR="00FE09D8" w:rsidRDefault="00000000">
            <w:pPr>
              <w:spacing w:after="0" w:line="283" w:lineRule="auto"/>
            </w:pPr>
            <w:r>
              <w:rPr>
                <w:b/>
                <w:sz w:val="15"/>
              </w:rPr>
              <w:t>A-01</w:t>
            </w:r>
          </w:p>
        </w:tc>
        <w:tc>
          <w:tcPr>
            <w:tcW w:w="3960" w:type="dxa"/>
            <w:shd w:val="clear" w:color="auto" w:fill="FFFFFF"/>
            <w:tcMar>
              <w:top w:w="95" w:type="dxa"/>
              <w:left w:w="105" w:type="dxa"/>
              <w:bottom w:w="95" w:type="dxa"/>
              <w:right w:w="105" w:type="dxa"/>
            </w:tcMar>
            <w:vAlign w:val="center"/>
          </w:tcPr>
          <w:p w14:paraId="25A46156" w14:textId="77777777" w:rsidR="00FE09D8" w:rsidRDefault="00000000">
            <w:pPr>
              <w:spacing w:after="0" w:line="283" w:lineRule="auto"/>
              <w:rPr>
                <w:lang w:eastAsia="ja-JP"/>
              </w:rPr>
            </w:pPr>
            <w:r>
              <w:rPr>
                <w:sz w:val="15"/>
                <w:lang w:eastAsia="ja-JP"/>
              </w:rPr>
              <w:t>月寒店専用リンクを開く</w:t>
            </w:r>
          </w:p>
        </w:tc>
        <w:tc>
          <w:tcPr>
            <w:tcW w:w="4896" w:type="dxa"/>
            <w:shd w:val="clear" w:color="auto" w:fill="FFFFFF"/>
            <w:tcMar>
              <w:top w:w="95" w:type="dxa"/>
              <w:left w:w="105" w:type="dxa"/>
              <w:bottom w:w="95" w:type="dxa"/>
              <w:right w:w="105" w:type="dxa"/>
            </w:tcMar>
            <w:vAlign w:val="center"/>
          </w:tcPr>
          <w:p w14:paraId="2E36F224" w14:textId="77777777" w:rsidR="00FE09D8" w:rsidRDefault="00000000">
            <w:pPr>
              <w:spacing w:after="0" w:line="283" w:lineRule="auto"/>
              <w:rPr>
                <w:lang w:eastAsia="ja-JP"/>
              </w:rPr>
            </w:pPr>
            <w:r>
              <w:rPr>
                <w:sz w:val="15"/>
                <w:lang w:eastAsia="ja-JP"/>
              </w:rPr>
              <w:t>月寒店・発送先・登録宛先が自動表示され、変更不可</w:t>
            </w:r>
          </w:p>
        </w:tc>
      </w:tr>
      <w:tr w:rsidR="00FE09D8" w14:paraId="5AD73270" w14:textId="77777777">
        <w:trPr>
          <w:cantSplit/>
          <w:jc w:val="center"/>
        </w:trPr>
        <w:tc>
          <w:tcPr>
            <w:tcW w:w="1008" w:type="dxa"/>
            <w:shd w:val="clear" w:color="auto" w:fill="F3F5F7"/>
            <w:tcMar>
              <w:top w:w="95" w:type="dxa"/>
              <w:left w:w="105" w:type="dxa"/>
              <w:bottom w:w="95" w:type="dxa"/>
              <w:right w:w="105" w:type="dxa"/>
            </w:tcMar>
            <w:vAlign w:val="center"/>
          </w:tcPr>
          <w:p w14:paraId="0B238FF5" w14:textId="77777777" w:rsidR="00FE09D8" w:rsidRDefault="00000000">
            <w:pPr>
              <w:spacing w:after="0" w:line="283" w:lineRule="auto"/>
            </w:pPr>
            <w:r>
              <w:rPr>
                <w:b/>
                <w:sz w:val="15"/>
              </w:rPr>
              <w:t>A-02</w:t>
            </w:r>
          </w:p>
        </w:tc>
        <w:tc>
          <w:tcPr>
            <w:tcW w:w="3960" w:type="dxa"/>
            <w:shd w:val="clear" w:color="auto" w:fill="F3F5F7"/>
            <w:tcMar>
              <w:top w:w="95" w:type="dxa"/>
              <w:left w:w="105" w:type="dxa"/>
              <w:bottom w:w="95" w:type="dxa"/>
              <w:right w:w="105" w:type="dxa"/>
            </w:tcMar>
            <w:vAlign w:val="center"/>
          </w:tcPr>
          <w:p w14:paraId="6E565084" w14:textId="77777777" w:rsidR="00FE09D8" w:rsidRDefault="00000000">
            <w:pPr>
              <w:spacing w:after="0" w:line="283" w:lineRule="auto"/>
              <w:rPr>
                <w:lang w:eastAsia="ja-JP"/>
              </w:rPr>
            </w:pPr>
            <w:r>
              <w:rPr>
                <w:sz w:val="15"/>
                <w:lang w:eastAsia="ja-JP"/>
              </w:rPr>
              <w:t>有効な発送日を選び4箱注文</w:t>
            </w:r>
          </w:p>
        </w:tc>
        <w:tc>
          <w:tcPr>
            <w:tcW w:w="4896" w:type="dxa"/>
            <w:shd w:val="clear" w:color="auto" w:fill="F3F5F7"/>
            <w:tcMar>
              <w:top w:w="95" w:type="dxa"/>
              <w:left w:w="105" w:type="dxa"/>
              <w:bottom w:w="95" w:type="dxa"/>
              <w:right w:w="105" w:type="dxa"/>
            </w:tcMar>
            <w:vAlign w:val="center"/>
          </w:tcPr>
          <w:p w14:paraId="005BBFBC" w14:textId="77777777" w:rsidR="00FE09D8" w:rsidRDefault="00000000">
            <w:pPr>
              <w:spacing w:after="0" w:line="283" w:lineRule="auto"/>
              <w:rPr>
                <w:lang w:eastAsia="ja-JP"/>
              </w:rPr>
            </w:pPr>
            <w:r>
              <w:rPr>
                <w:sz w:val="15"/>
                <w:lang w:eastAsia="ja-JP"/>
              </w:rPr>
              <w:t>96kg・32袋へ換算され、注文が1件だけ保存</w:t>
            </w:r>
          </w:p>
        </w:tc>
      </w:tr>
      <w:tr w:rsidR="00FE09D8" w14:paraId="418780EA" w14:textId="77777777">
        <w:trPr>
          <w:cantSplit/>
          <w:jc w:val="center"/>
        </w:trPr>
        <w:tc>
          <w:tcPr>
            <w:tcW w:w="1008" w:type="dxa"/>
            <w:shd w:val="clear" w:color="auto" w:fill="FFFFFF"/>
            <w:tcMar>
              <w:top w:w="95" w:type="dxa"/>
              <w:left w:w="105" w:type="dxa"/>
              <w:bottom w:w="95" w:type="dxa"/>
              <w:right w:w="105" w:type="dxa"/>
            </w:tcMar>
            <w:vAlign w:val="center"/>
          </w:tcPr>
          <w:p w14:paraId="0CB6D3CD" w14:textId="77777777" w:rsidR="00FE09D8" w:rsidRDefault="00000000">
            <w:pPr>
              <w:spacing w:after="0" w:line="283" w:lineRule="auto"/>
            </w:pPr>
            <w:r>
              <w:rPr>
                <w:b/>
                <w:sz w:val="15"/>
              </w:rPr>
              <w:t>A-03</w:t>
            </w:r>
          </w:p>
        </w:tc>
        <w:tc>
          <w:tcPr>
            <w:tcW w:w="3960" w:type="dxa"/>
            <w:shd w:val="clear" w:color="auto" w:fill="FFFFFF"/>
            <w:tcMar>
              <w:top w:w="95" w:type="dxa"/>
              <w:left w:w="105" w:type="dxa"/>
              <w:bottom w:w="95" w:type="dxa"/>
              <w:right w:w="105" w:type="dxa"/>
            </w:tcMar>
            <w:vAlign w:val="center"/>
          </w:tcPr>
          <w:p w14:paraId="5CE80A8E" w14:textId="77777777" w:rsidR="00FE09D8" w:rsidRDefault="00000000">
            <w:pPr>
              <w:spacing w:after="0" w:line="283" w:lineRule="auto"/>
              <w:rPr>
                <w:lang w:eastAsia="ja-JP"/>
              </w:rPr>
            </w:pPr>
            <w:r>
              <w:rPr>
                <w:sz w:val="15"/>
                <w:lang w:eastAsia="ja-JP"/>
              </w:rPr>
              <w:t>休業日または非公開日</w:t>
            </w:r>
          </w:p>
        </w:tc>
        <w:tc>
          <w:tcPr>
            <w:tcW w:w="4896" w:type="dxa"/>
            <w:shd w:val="clear" w:color="auto" w:fill="FFFFFF"/>
            <w:tcMar>
              <w:top w:w="95" w:type="dxa"/>
              <w:left w:w="105" w:type="dxa"/>
              <w:bottom w:w="95" w:type="dxa"/>
              <w:right w:w="105" w:type="dxa"/>
            </w:tcMar>
            <w:vAlign w:val="center"/>
          </w:tcPr>
          <w:p w14:paraId="4CE9D46F" w14:textId="77777777" w:rsidR="00FE09D8" w:rsidRDefault="00000000">
            <w:pPr>
              <w:spacing w:after="0" w:line="283" w:lineRule="auto"/>
              <w:rPr>
                <w:lang w:eastAsia="ja-JP"/>
              </w:rPr>
            </w:pPr>
            <w:r>
              <w:rPr>
                <w:sz w:val="15"/>
                <w:lang w:eastAsia="ja-JP"/>
              </w:rPr>
              <w:t>申込画面の選択肢に表示されない</w:t>
            </w:r>
          </w:p>
        </w:tc>
      </w:tr>
      <w:tr w:rsidR="00FE09D8" w14:paraId="710D40AD" w14:textId="77777777">
        <w:trPr>
          <w:cantSplit/>
          <w:jc w:val="center"/>
        </w:trPr>
        <w:tc>
          <w:tcPr>
            <w:tcW w:w="1008" w:type="dxa"/>
            <w:shd w:val="clear" w:color="auto" w:fill="F3F5F7"/>
            <w:tcMar>
              <w:top w:w="95" w:type="dxa"/>
              <w:left w:w="105" w:type="dxa"/>
              <w:bottom w:w="95" w:type="dxa"/>
              <w:right w:w="105" w:type="dxa"/>
            </w:tcMar>
            <w:vAlign w:val="center"/>
          </w:tcPr>
          <w:p w14:paraId="06695BA4" w14:textId="77777777" w:rsidR="00FE09D8" w:rsidRDefault="00000000">
            <w:pPr>
              <w:spacing w:after="0" w:line="283" w:lineRule="auto"/>
            </w:pPr>
            <w:r>
              <w:rPr>
                <w:b/>
                <w:sz w:val="15"/>
              </w:rPr>
              <w:t>A-04</w:t>
            </w:r>
          </w:p>
        </w:tc>
        <w:tc>
          <w:tcPr>
            <w:tcW w:w="3960" w:type="dxa"/>
            <w:shd w:val="clear" w:color="auto" w:fill="F3F5F7"/>
            <w:tcMar>
              <w:top w:w="95" w:type="dxa"/>
              <w:left w:w="105" w:type="dxa"/>
              <w:bottom w:w="95" w:type="dxa"/>
              <w:right w:w="105" w:type="dxa"/>
            </w:tcMar>
            <w:vAlign w:val="center"/>
          </w:tcPr>
          <w:p w14:paraId="12ED52C3" w14:textId="77777777" w:rsidR="00FE09D8" w:rsidRDefault="00000000">
            <w:pPr>
              <w:spacing w:after="0" w:line="283" w:lineRule="auto"/>
            </w:pPr>
            <w:r>
              <w:rPr>
                <w:sz w:val="15"/>
              </w:rPr>
              <w:t>注文完了</w:t>
            </w:r>
          </w:p>
        </w:tc>
        <w:tc>
          <w:tcPr>
            <w:tcW w:w="4896" w:type="dxa"/>
            <w:shd w:val="clear" w:color="auto" w:fill="F3F5F7"/>
            <w:tcMar>
              <w:top w:w="95" w:type="dxa"/>
              <w:left w:w="105" w:type="dxa"/>
              <w:bottom w:w="95" w:type="dxa"/>
              <w:right w:w="105" w:type="dxa"/>
            </w:tcMar>
            <w:vAlign w:val="center"/>
          </w:tcPr>
          <w:p w14:paraId="358CAE73" w14:textId="77777777" w:rsidR="00FE09D8" w:rsidRDefault="00000000">
            <w:pPr>
              <w:spacing w:after="0" w:line="283" w:lineRule="auto"/>
              <w:rPr>
                <w:lang w:eastAsia="ja-JP"/>
              </w:rPr>
            </w:pPr>
            <w:r>
              <w:rPr>
                <w:sz w:val="15"/>
                <w:lang w:eastAsia="ja-JP"/>
              </w:rPr>
              <w:t>登録宛先すべてに個別送信し、宛先別状態を表示</w:t>
            </w:r>
          </w:p>
        </w:tc>
      </w:tr>
      <w:tr w:rsidR="00FE09D8" w14:paraId="10A0C8D2" w14:textId="77777777">
        <w:trPr>
          <w:cantSplit/>
          <w:jc w:val="center"/>
        </w:trPr>
        <w:tc>
          <w:tcPr>
            <w:tcW w:w="1008" w:type="dxa"/>
            <w:shd w:val="clear" w:color="auto" w:fill="FFFFFF"/>
            <w:tcMar>
              <w:top w:w="95" w:type="dxa"/>
              <w:left w:w="105" w:type="dxa"/>
              <w:bottom w:w="95" w:type="dxa"/>
              <w:right w:w="105" w:type="dxa"/>
            </w:tcMar>
            <w:vAlign w:val="center"/>
          </w:tcPr>
          <w:p w14:paraId="247710F4" w14:textId="77777777" w:rsidR="00FE09D8" w:rsidRDefault="00000000">
            <w:pPr>
              <w:spacing w:after="0" w:line="283" w:lineRule="auto"/>
            </w:pPr>
            <w:r>
              <w:rPr>
                <w:b/>
                <w:sz w:val="15"/>
              </w:rPr>
              <w:t>A-05</w:t>
            </w:r>
          </w:p>
        </w:tc>
        <w:tc>
          <w:tcPr>
            <w:tcW w:w="3960" w:type="dxa"/>
            <w:shd w:val="clear" w:color="auto" w:fill="FFFFFF"/>
            <w:tcMar>
              <w:top w:w="95" w:type="dxa"/>
              <w:left w:w="105" w:type="dxa"/>
              <w:bottom w:w="95" w:type="dxa"/>
              <w:right w:w="105" w:type="dxa"/>
            </w:tcMar>
            <w:vAlign w:val="center"/>
          </w:tcPr>
          <w:p w14:paraId="06D22DE5" w14:textId="77777777" w:rsidR="00FE09D8" w:rsidRDefault="00000000">
            <w:pPr>
              <w:spacing w:after="0" w:line="283" w:lineRule="auto"/>
            </w:pPr>
            <w:r>
              <w:rPr>
                <w:sz w:val="15"/>
              </w:rPr>
              <w:t>1宛先を強制バウンス</w:t>
            </w:r>
          </w:p>
        </w:tc>
        <w:tc>
          <w:tcPr>
            <w:tcW w:w="4896" w:type="dxa"/>
            <w:shd w:val="clear" w:color="auto" w:fill="FFFFFF"/>
            <w:tcMar>
              <w:top w:w="95" w:type="dxa"/>
              <w:left w:w="105" w:type="dxa"/>
              <w:bottom w:w="95" w:type="dxa"/>
              <w:right w:w="105" w:type="dxa"/>
            </w:tcMar>
            <w:vAlign w:val="center"/>
          </w:tcPr>
          <w:p w14:paraId="48376815" w14:textId="77777777" w:rsidR="00FE09D8" w:rsidRDefault="00000000">
            <w:pPr>
              <w:spacing w:after="0" w:line="283" w:lineRule="auto"/>
              <w:rPr>
                <w:lang w:eastAsia="ja-JP"/>
              </w:rPr>
            </w:pPr>
            <w:r>
              <w:rPr>
                <w:sz w:val="15"/>
                <w:lang w:eastAsia="ja-JP"/>
              </w:rPr>
              <w:t>一部未達となり、未達宛先だけ再送可能</w:t>
            </w:r>
          </w:p>
        </w:tc>
      </w:tr>
      <w:tr w:rsidR="00FE09D8" w14:paraId="4627AB4F" w14:textId="77777777">
        <w:trPr>
          <w:cantSplit/>
          <w:jc w:val="center"/>
        </w:trPr>
        <w:tc>
          <w:tcPr>
            <w:tcW w:w="1008" w:type="dxa"/>
            <w:shd w:val="clear" w:color="auto" w:fill="F3F5F7"/>
            <w:tcMar>
              <w:top w:w="95" w:type="dxa"/>
              <w:left w:w="105" w:type="dxa"/>
              <w:bottom w:w="95" w:type="dxa"/>
              <w:right w:w="105" w:type="dxa"/>
            </w:tcMar>
            <w:vAlign w:val="center"/>
          </w:tcPr>
          <w:p w14:paraId="0344D5F1" w14:textId="77777777" w:rsidR="00FE09D8" w:rsidRDefault="00000000">
            <w:pPr>
              <w:spacing w:after="0" w:line="283" w:lineRule="auto"/>
            </w:pPr>
            <w:r>
              <w:rPr>
                <w:b/>
                <w:sz w:val="15"/>
              </w:rPr>
              <w:lastRenderedPageBreak/>
              <w:t>A-06</w:t>
            </w:r>
          </w:p>
        </w:tc>
        <w:tc>
          <w:tcPr>
            <w:tcW w:w="3960" w:type="dxa"/>
            <w:shd w:val="clear" w:color="auto" w:fill="F3F5F7"/>
            <w:tcMar>
              <w:top w:w="95" w:type="dxa"/>
              <w:left w:w="105" w:type="dxa"/>
              <w:bottom w:w="95" w:type="dxa"/>
              <w:right w:w="105" w:type="dxa"/>
            </w:tcMar>
            <w:vAlign w:val="center"/>
          </w:tcPr>
          <w:p w14:paraId="02D03421" w14:textId="77777777" w:rsidR="00FE09D8" w:rsidRDefault="00000000">
            <w:pPr>
              <w:spacing w:after="0" w:line="283" w:lineRule="auto"/>
              <w:rPr>
                <w:lang w:eastAsia="ja-JP"/>
              </w:rPr>
            </w:pPr>
            <w:r>
              <w:rPr>
                <w:sz w:val="15"/>
                <w:lang w:eastAsia="ja-JP"/>
              </w:rPr>
              <w:t>メールAPI停止中に注文</w:t>
            </w:r>
          </w:p>
        </w:tc>
        <w:tc>
          <w:tcPr>
            <w:tcW w:w="4896" w:type="dxa"/>
            <w:shd w:val="clear" w:color="auto" w:fill="F3F5F7"/>
            <w:tcMar>
              <w:top w:w="95" w:type="dxa"/>
              <w:left w:w="105" w:type="dxa"/>
              <w:bottom w:w="95" w:type="dxa"/>
              <w:right w:w="105" w:type="dxa"/>
            </w:tcMar>
            <w:vAlign w:val="center"/>
          </w:tcPr>
          <w:p w14:paraId="086C849A" w14:textId="77777777" w:rsidR="00FE09D8" w:rsidRDefault="00000000">
            <w:pPr>
              <w:spacing w:after="0" w:line="283" w:lineRule="auto"/>
              <w:rPr>
                <w:lang w:eastAsia="ja-JP"/>
              </w:rPr>
            </w:pPr>
            <w:r>
              <w:rPr>
                <w:sz w:val="15"/>
                <w:lang w:eastAsia="ja-JP"/>
              </w:rPr>
              <w:t>注文保存は成功し、メールは再送待ち</w:t>
            </w:r>
          </w:p>
        </w:tc>
      </w:tr>
      <w:tr w:rsidR="00FE09D8" w14:paraId="31D3E27D" w14:textId="77777777">
        <w:trPr>
          <w:cantSplit/>
          <w:jc w:val="center"/>
        </w:trPr>
        <w:tc>
          <w:tcPr>
            <w:tcW w:w="1008" w:type="dxa"/>
            <w:shd w:val="clear" w:color="auto" w:fill="FFFFFF"/>
            <w:tcMar>
              <w:top w:w="95" w:type="dxa"/>
              <w:left w:w="105" w:type="dxa"/>
              <w:bottom w:w="95" w:type="dxa"/>
              <w:right w:w="105" w:type="dxa"/>
            </w:tcMar>
            <w:vAlign w:val="center"/>
          </w:tcPr>
          <w:p w14:paraId="7AE3BDB9" w14:textId="77777777" w:rsidR="00FE09D8" w:rsidRDefault="00000000">
            <w:pPr>
              <w:spacing w:after="0" w:line="283" w:lineRule="auto"/>
            </w:pPr>
            <w:r>
              <w:rPr>
                <w:b/>
                <w:sz w:val="15"/>
              </w:rPr>
              <w:t>A-07</w:t>
            </w:r>
          </w:p>
        </w:tc>
        <w:tc>
          <w:tcPr>
            <w:tcW w:w="3960" w:type="dxa"/>
            <w:shd w:val="clear" w:color="auto" w:fill="FFFFFF"/>
            <w:tcMar>
              <w:top w:w="95" w:type="dxa"/>
              <w:left w:w="105" w:type="dxa"/>
              <w:bottom w:w="95" w:type="dxa"/>
              <w:right w:w="105" w:type="dxa"/>
            </w:tcMar>
            <w:vAlign w:val="center"/>
          </w:tcPr>
          <w:p w14:paraId="0DF24989" w14:textId="77777777" w:rsidR="00FE09D8" w:rsidRDefault="00000000">
            <w:pPr>
              <w:spacing w:after="0" w:line="283" w:lineRule="auto"/>
            </w:pPr>
            <w:r>
              <w:rPr>
                <w:sz w:val="15"/>
              </w:rPr>
              <w:t>Google API停止中に注文</w:t>
            </w:r>
          </w:p>
        </w:tc>
        <w:tc>
          <w:tcPr>
            <w:tcW w:w="4896" w:type="dxa"/>
            <w:shd w:val="clear" w:color="auto" w:fill="FFFFFF"/>
            <w:tcMar>
              <w:top w:w="95" w:type="dxa"/>
              <w:left w:w="105" w:type="dxa"/>
              <w:bottom w:w="95" w:type="dxa"/>
              <w:right w:w="105" w:type="dxa"/>
            </w:tcMar>
            <w:vAlign w:val="center"/>
          </w:tcPr>
          <w:p w14:paraId="22FBD2D4" w14:textId="77777777" w:rsidR="00FE09D8" w:rsidRDefault="00000000">
            <w:pPr>
              <w:spacing w:after="0" w:line="283" w:lineRule="auto"/>
              <w:rPr>
                <w:lang w:eastAsia="ja-JP"/>
              </w:rPr>
            </w:pPr>
            <w:r>
              <w:rPr>
                <w:sz w:val="15"/>
                <w:lang w:eastAsia="ja-JP"/>
              </w:rPr>
              <w:t>注文保存は成功し、再同期後に重複なし</w:t>
            </w:r>
          </w:p>
        </w:tc>
      </w:tr>
      <w:tr w:rsidR="00FE09D8" w14:paraId="6E7E0420" w14:textId="77777777">
        <w:trPr>
          <w:cantSplit/>
          <w:jc w:val="center"/>
        </w:trPr>
        <w:tc>
          <w:tcPr>
            <w:tcW w:w="1008" w:type="dxa"/>
            <w:shd w:val="clear" w:color="auto" w:fill="F3F5F7"/>
            <w:tcMar>
              <w:top w:w="95" w:type="dxa"/>
              <w:left w:w="105" w:type="dxa"/>
              <w:bottom w:w="95" w:type="dxa"/>
              <w:right w:w="105" w:type="dxa"/>
            </w:tcMar>
            <w:vAlign w:val="center"/>
          </w:tcPr>
          <w:p w14:paraId="28A4963A" w14:textId="77777777" w:rsidR="00FE09D8" w:rsidRDefault="00000000">
            <w:pPr>
              <w:spacing w:after="0" w:line="283" w:lineRule="auto"/>
            </w:pPr>
            <w:r>
              <w:rPr>
                <w:b/>
                <w:sz w:val="15"/>
              </w:rPr>
              <w:t>A-08</w:t>
            </w:r>
          </w:p>
        </w:tc>
        <w:tc>
          <w:tcPr>
            <w:tcW w:w="3960" w:type="dxa"/>
            <w:shd w:val="clear" w:color="auto" w:fill="F3F5F7"/>
            <w:tcMar>
              <w:top w:w="95" w:type="dxa"/>
              <w:left w:w="105" w:type="dxa"/>
              <w:bottom w:w="95" w:type="dxa"/>
              <w:right w:w="105" w:type="dxa"/>
            </w:tcMar>
            <w:vAlign w:val="center"/>
          </w:tcPr>
          <w:p w14:paraId="4D23E71E" w14:textId="77777777" w:rsidR="00FE09D8" w:rsidRDefault="00000000">
            <w:pPr>
              <w:spacing w:after="0" w:line="283" w:lineRule="auto"/>
              <w:rPr>
                <w:lang w:eastAsia="ja-JP"/>
              </w:rPr>
            </w:pPr>
            <w:r>
              <w:rPr>
                <w:sz w:val="15"/>
                <w:lang w:eastAsia="ja-JP"/>
              </w:rPr>
              <w:t>発送準備中から発送済みに変更</w:t>
            </w:r>
          </w:p>
        </w:tc>
        <w:tc>
          <w:tcPr>
            <w:tcW w:w="4896" w:type="dxa"/>
            <w:shd w:val="clear" w:color="auto" w:fill="F3F5F7"/>
            <w:tcMar>
              <w:top w:w="95" w:type="dxa"/>
              <w:left w:w="105" w:type="dxa"/>
              <w:bottom w:w="95" w:type="dxa"/>
              <w:right w:w="105" w:type="dxa"/>
            </w:tcMar>
            <w:vAlign w:val="center"/>
          </w:tcPr>
          <w:p w14:paraId="75663EA4" w14:textId="77777777" w:rsidR="00FE09D8" w:rsidRDefault="00000000">
            <w:pPr>
              <w:spacing w:after="0" w:line="283" w:lineRule="auto"/>
              <w:rPr>
                <w:lang w:eastAsia="ja-JP"/>
              </w:rPr>
            </w:pPr>
            <w:r>
              <w:rPr>
                <w:sz w:val="15"/>
                <w:lang w:eastAsia="ja-JP"/>
              </w:rPr>
              <w:t>更新日時を記録し、当月請求対象に入る</w:t>
            </w:r>
          </w:p>
        </w:tc>
      </w:tr>
      <w:tr w:rsidR="00FE09D8" w14:paraId="67F59B81" w14:textId="77777777">
        <w:trPr>
          <w:cantSplit/>
          <w:jc w:val="center"/>
        </w:trPr>
        <w:tc>
          <w:tcPr>
            <w:tcW w:w="1008" w:type="dxa"/>
            <w:shd w:val="clear" w:color="auto" w:fill="FFFFFF"/>
            <w:tcMar>
              <w:top w:w="95" w:type="dxa"/>
              <w:left w:w="105" w:type="dxa"/>
              <w:bottom w:w="95" w:type="dxa"/>
              <w:right w:w="105" w:type="dxa"/>
            </w:tcMar>
            <w:vAlign w:val="center"/>
          </w:tcPr>
          <w:p w14:paraId="737124DA" w14:textId="77777777" w:rsidR="00FE09D8" w:rsidRDefault="00000000">
            <w:pPr>
              <w:spacing w:after="0" w:line="283" w:lineRule="auto"/>
            </w:pPr>
            <w:r>
              <w:rPr>
                <w:b/>
                <w:sz w:val="15"/>
              </w:rPr>
              <w:t>A-09</w:t>
            </w:r>
          </w:p>
        </w:tc>
        <w:tc>
          <w:tcPr>
            <w:tcW w:w="3960" w:type="dxa"/>
            <w:shd w:val="clear" w:color="auto" w:fill="FFFFFF"/>
            <w:tcMar>
              <w:top w:w="95" w:type="dxa"/>
              <w:left w:w="105" w:type="dxa"/>
              <w:bottom w:w="95" w:type="dxa"/>
              <w:right w:w="105" w:type="dxa"/>
            </w:tcMar>
            <w:vAlign w:val="center"/>
          </w:tcPr>
          <w:p w14:paraId="569FA852" w14:textId="77777777" w:rsidR="00FE09D8" w:rsidRDefault="00000000">
            <w:pPr>
              <w:spacing w:after="0" w:line="283" w:lineRule="auto"/>
              <w:rPr>
                <w:lang w:eastAsia="ja-JP"/>
              </w:rPr>
            </w:pPr>
            <w:r>
              <w:rPr>
                <w:sz w:val="15"/>
                <w:lang w:eastAsia="ja-JP"/>
              </w:rPr>
              <w:t>期限内の取消連絡を管理者処理</w:t>
            </w:r>
          </w:p>
        </w:tc>
        <w:tc>
          <w:tcPr>
            <w:tcW w:w="4896" w:type="dxa"/>
            <w:shd w:val="clear" w:color="auto" w:fill="FFFFFF"/>
            <w:tcMar>
              <w:top w:w="95" w:type="dxa"/>
              <w:left w:w="105" w:type="dxa"/>
              <w:bottom w:w="95" w:type="dxa"/>
              <w:right w:w="105" w:type="dxa"/>
            </w:tcMar>
            <w:vAlign w:val="center"/>
          </w:tcPr>
          <w:p w14:paraId="460925A2" w14:textId="77777777" w:rsidR="00FE09D8" w:rsidRDefault="00000000">
            <w:pPr>
              <w:spacing w:after="0" w:line="283" w:lineRule="auto"/>
              <w:rPr>
                <w:lang w:eastAsia="ja-JP"/>
              </w:rPr>
            </w:pPr>
            <w:r>
              <w:rPr>
                <w:sz w:val="15"/>
                <w:lang w:eastAsia="ja-JP"/>
              </w:rPr>
              <w:t>注文・明細・メールデータを削除し、発送・請求から消える</w:t>
            </w:r>
          </w:p>
        </w:tc>
      </w:tr>
      <w:tr w:rsidR="00FE09D8" w14:paraId="585CAC8A" w14:textId="77777777">
        <w:trPr>
          <w:cantSplit/>
          <w:jc w:val="center"/>
        </w:trPr>
        <w:tc>
          <w:tcPr>
            <w:tcW w:w="1008" w:type="dxa"/>
            <w:shd w:val="clear" w:color="auto" w:fill="F3F5F7"/>
            <w:tcMar>
              <w:top w:w="95" w:type="dxa"/>
              <w:left w:w="105" w:type="dxa"/>
              <w:bottom w:w="95" w:type="dxa"/>
              <w:right w:w="105" w:type="dxa"/>
            </w:tcMar>
            <w:vAlign w:val="center"/>
          </w:tcPr>
          <w:p w14:paraId="545B9408" w14:textId="77777777" w:rsidR="00FE09D8" w:rsidRDefault="00000000">
            <w:pPr>
              <w:spacing w:after="0" w:line="283" w:lineRule="auto"/>
            </w:pPr>
            <w:r>
              <w:rPr>
                <w:b/>
                <w:sz w:val="15"/>
              </w:rPr>
              <w:t>A-10</w:t>
            </w:r>
          </w:p>
        </w:tc>
        <w:tc>
          <w:tcPr>
            <w:tcW w:w="3960" w:type="dxa"/>
            <w:shd w:val="clear" w:color="auto" w:fill="F3F5F7"/>
            <w:tcMar>
              <w:top w:w="95" w:type="dxa"/>
              <w:left w:w="105" w:type="dxa"/>
              <w:bottom w:w="95" w:type="dxa"/>
              <w:right w:w="105" w:type="dxa"/>
            </w:tcMar>
            <w:vAlign w:val="center"/>
          </w:tcPr>
          <w:p w14:paraId="584ACD86" w14:textId="77777777" w:rsidR="00FE09D8" w:rsidRDefault="00000000">
            <w:pPr>
              <w:spacing w:after="0" w:line="283" w:lineRule="auto"/>
            </w:pPr>
            <w:r>
              <w:rPr>
                <w:sz w:val="15"/>
              </w:rPr>
              <w:t>月次請求プレビュー</w:t>
            </w:r>
          </w:p>
        </w:tc>
        <w:tc>
          <w:tcPr>
            <w:tcW w:w="4896" w:type="dxa"/>
            <w:shd w:val="clear" w:color="auto" w:fill="F3F5F7"/>
            <w:tcMar>
              <w:top w:w="95" w:type="dxa"/>
              <w:left w:w="105" w:type="dxa"/>
              <w:bottom w:w="95" w:type="dxa"/>
              <w:right w:w="105" w:type="dxa"/>
            </w:tcMar>
            <w:vAlign w:val="center"/>
          </w:tcPr>
          <w:p w14:paraId="48BB669F" w14:textId="77777777" w:rsidR="00FE09D8" w:rsidRDefault="00000000">
            <w:pPr>
              <w:spacing w:after="0" w:line="283" w:lineRule="auto"/>
              <w:rPr>
                <w:lang w:eastAsia="ja-JP"/>
              </w:rPr>
            </w:pPr>
            <w:r>
              <w:rPr>
                <w:sz w:val="15"/>
                <w:lang w:eastAsia="ja-JP"/>
              </w:rPr>
              <w:t>発送済みのみ集計し、30店舗を本部1か所へ請求</w:t>
            </w:r>
          </w:p>
        </w:tc>
      </w:tr>
      <w:tr w:rsidR="00FE09D8" w14:paraId="0F7B5442" w14:textId="77777777">
        <w:trPr>
          <w:cantSplit/>
          <w:jc w:val="center"/>
        </w:trPr>
        <w:tc>
          <w:tcPr>
            <w:tcW w:w="1008" w:type="dxa"/>
            <w:shd w:val="clear" w:color="auto" w:fill="FFFFFF"/>
            <w:tcMar>
              <w:top w:w="95" w:type="dxa"/>
              <w:left w:w="105" w:type="dxa"/>
              <w:bottom w:w="95" w:type="dxa"/>
              <w:right w:w="105" w:type="dxa"/>
            </w:tcMar>
            <w:vAlign w:val="center"/>
          </w:tcPr>
          <w:p w14:paraId="76540E9C" w14:textId="77777777" w:rsidR="00FE09D8" w:rsidRDefault="00000000">
            <w:pPr>
              <w:spacing w:after="0" w:line="283" w:lineRule="auto"/>
            </w:pPr>
            <w:r>
              <w:rPr>
                <w:b/>
                <w:sz w:val="15"/>
              </w:rPr>
              <w:t>A-11</w:t>
            </w:r>
          </w:p>
        </w:tc>
        <w:tc>
          <w:tcPr>
            <w:tcW w:w="3960" w:type="dxa"/>
            <w:shd w:val="clear" w:color="auto" w:fill="FFFFFF"/>
            <w:tcMar>
              <w:top w:w="95" w:type="dxa"/>
              <w:left w:w="105" w:type="dxa"/>
              <w:bottom w:w="95" w:type="dxa"/>
              <w:right w:w="105" w:type="dxa"/>
            </w:tcMar>
            <w:vAlign w:val="center"/>
          </w:tcPr>
          <w:p w14:paraId="11C166C5" w14:textId="77777777" w:rsidR="00FE09D8" w:rsidRDefault="00000000">
            <w:pPr>
              <w:spacing w:after="0" w:line="283" w:lineRule="auto"/>
            </w:pPr>
            <w:r>
              <w:rPr>
                <w:sz w:val="15"/>
              </w:rPr>
              <w:t>商品を2点目追加</w:t>
            </w:r>
          </w:p>
        </w:tc>
        <w:tc>
          <w:tcPr>
            <w:tcW w:w="4896" w:type="dxa"/>
            <w:shd w:val="clear" w:color="auto" w:fill="FFFFFF"/>
            <w:tcMar>
              <w:top w:w="95" w:type="dxa"/>
              <w:left w:w="105" w:type="dxa"/>
              <w:bottom w:w="95" w:type="dxa"/>
              <w:right w:w="105" w:type="dxa"/>
            </w:tcMar>
            <w:vAlign w:val="center"/>
          </w:tcPr>
          <w:p w14:paraId="43903CDA" w14:textId="77777777" w:rsidR="00FE09D8" w:rsidRDefault="00000000">
            <w:pPr>
              <w:spacing w:after="0" w:line="283" w:lineRule="auto"/>
              <w:rPr>
                <w:lang w:eastAsia="ja-JP"/>
              </w:rPr>
            </w:pPr>
            <w:r>
              <w:rPr>
                <w:sz w:val="15"/>
                <w:lang w:eastAsia="ja-JP"/>
              </w:rPr>
              <w:t>既存注文を変えず、新規申込で商品選択可能</w:t>
            </w:r>
          </w:p>
        </w:tc>
      </w:tr>
      <w:tr w:rsidR="00FE09D8" w14:paraId="7C4042E9" w14:textId="77777777">
        <w:trPr>
          <w:cantSplit/>
          <w:jc w:val="center"/>
        </w:trPr>
        <w:tc>
          <w:tcPr>
            <w:tcW w:w="1008" w:type="dxa"/>
            <w:shd w:val="clear" w:color="auto" w:fill="F3F5F7"/>
            <w:tcMar>
              <w:top w:w="95" w:type="dxa"/>
              <w:left w:w="105" w:type="dxa"/>
              <w:bottom w:w="95" w:type="dxa"/>
              <w:right w:w="105" w:type="dxa"/>
            </w:tcMar>
            <w:vAlign w:val="center"/>
          </w:tcPr>
          <w:p w14:paraId="095C3262" w14:textId="77777777" w:rsidR="00FE09D8" w:rsidRDefault="00000000">
            <w:pPr>
              <w:spacing w:after="0" w:line="283" w:lineRule="auto"/>
            </w:pPr>
            <w:r>
              <w:rPr>
                <w:b/>
                <w:sz w:val="15"/>
              </w:rPr>
              <w:t>A-12</w:t>
            </w:r>
          </w:p>
        </w:tc>
        <w:tc>
          <w:tcPr>
            <w:tcW w:w="3960" w:type="dxa"/>
            <w:shd w:val="clear" w:color="auto" w:fill="F3F5F7"/>
            <w:tcMar>
              <w:top w:w="95" w:type="dxa"/>
              <w:left w:w="105" w:type="dxa"/>
              <w:bottom w:w="95" w:type="dxa"/>
              <w:right w:w="105" w:type="dxa"/>
            </w:tcMar>
            <w:vAlign w:val="center"/>
          </w:tcPr>
          <w:p w14:paraId="31059B3D" w14:textId="77777777" w:rsidR="00FE09D8" w:rsidRDefault="00000000">
            <w:pPr>
              <w:spacing w:after="0" w:line="283" w:lineRule="auto"/>
            </w:pPr>
            <w:r>
              <w:rPr>
                <w:sz w:val="15"/>
              </w:rPr>
              <w:t>店舗リンクを再発行</w:t>
            </w:r>
          </w:p>
        </w:tc>
        <w:tc>
          <w:tcPr>
            <w:tcW w:w="4896" w:type="dxa"/>
            <w:shd w:val="clear" w:color="auto" w:fill="F3F5F7"/>
            <w:tcMar>
              <w:top w:w="95" w:type="dxa"/>
              <w:left w:w="105" w:type="dxa"/>
              <w:bottom w:w="95" w:type="dxa"/>
              <w:right w:w="105" w:type="dxa"/>
            </w:tcMar>
            <w:vAlign w:val="center"/>
          </w:tcPr>
          <w:p w14:paraId="3F21517F" w14:textId="77777777" w:rsidR="00FE09D8" w:rsidRDefault="00000000">
            <w:pPr>
              <w:spacing w:after="0" w:line="283" w:lineRule="auto"/>
              <w:rPr>
                <w:lang w:eastAsia="ja-JP"/>
              </w:rPr>
            </w:pPr>
            <w:r>
              <w:rPr>
                <w:sz w:val="15"/>
                <w:lang w:eastAsia="ja-JP"/>
              </w:rPr>
              <w:t>旧リンクが無効、新リンクで店舗が正しく自動設定</w:t>
            </w:r>
          </w:p>
        </w:tc>
      </w:tr>
      <w:tr w:rsidR="00FE09D8" w14:paraId="7FFA5647" w14:textId="77777777">
        <w:trPr>
          <w:cantSplit/>
          <w:jc w:val="center"/>
        </w:trPr>
        <w:tc>
          <w:tcPr>
            <w:tcW w:w="1008" w:type="dxa"/>
            <w:shd w:val="clear" w:color="auto" w:fill="FFFFFF"/>
            <w:tcMar>
              <w:top w:w="95" w:type="dxa"/>
              <w:left w:w="105" w:type="dxa"/>
              <w:bottom w:w="95" w:type="dxa"/>
              <w:right w:w="105" w:type="dxa"/>
            </w:tcMar>
            <w:vAlign w:val="center"/>
          </w:tcPr>
          <w:p w14:paraId="4853D350" w14:textId="77777777" w:rsidR="00FE09D8" w:rsidRDefault="00000000">
            <w:pPr>
              <w:spacing w:after="0" w:line="283" w:lineRule="auto"/>
            </w:pPr>
            <w:r>
              <w:rPr>
                <w:b/>
                <w:sz w:val="15"/>
              </w:rPr>
              <w:t>A-13</w:t>
            </w:r>
          </w:p>
        </w:tc>
        <w:tc>
          <w:tcPr>
            <w:tcW w:w="3960" w:type="dxa"/>
            <w:shd w:val="clear" w:color="auto" w:fill="FFFFFF"/>
            <w:tcMar>
              <w:top w:w="95" w:type="dxa"/>
              <w:left w:w="105" w:type="dxa"/>
              <w:bottom w:w="95" w:type="dxa"/>
              <w:right w:w="105" w:type="dxa"/>
            </w:tcMar>
            <w:vAlign w:val="center"/>
          </w:tcPr>
          <w:p w14:paraId="52DE88D7" w14:textId="77777777" w:rsidR="00FE09D8" w:rsidRDefault="00000000">
            <w:pPr>
              <w:spacing w:after="0" w:line="283" w:lineRule="auto"/>
            </w:pPr>
            <w:r>
              <w:rPr>
                <w:sz w:val="15"/>
              </w:rPr>
              <w:t>同じ注文を二重送信</w:t>
            </w:r>
          </w:p>
        </w:tc>
        <w:tc>
          <w:tcPr>
            <w:tcW w:w="4896" w:type="dxa"/>
            <w:shd w:val="clear" w:color="auto" w:fill="FFFFFF"/>
            <w:tcMar>
              <w:top w:w="95" w:type="dxa"/>
              <w:left w:w="105" w:type="dxa"/>
              <w:bottom w:w="95" w:type="dxa"/>
              <w:right w:w="105" w:type="dxa"/>
            </w:tcMar>
            <w:vAlign w:val="center"/>
          </w:tcPr>
          <w:p w14:paraId="3E3485B5" w14:textId="77777777" w:rsidR="00FE09D8" w:rsidRDefault="00000000">
            <w:pPr>
              <w:spacing w:after="0" w:line="283" w:lineRule="auto"/>
              <w:rPr>
                <w:lang w:eastAsia="ja-JP"/>
              </w:rPr>
            </w:pPr>
            <w:r>
              <w:rPr>
                <w:sz w:val="15"/>
                <w:lang w:eastAsia="ja-JP"/>
              </w:rPr>
              <w:t>冪等性キーで注文は1件のみ</w:t>
            </w:r>
          </w:p>
        </w:tc>
      </w:tr>
      <w:tr w:rsidR="00FE09D8" w14:paraId="153E6E4A" w14:textId="77777777">
        <w:trPr>
          <w:cantSplit/>
          <w:jc w:val="center"/>
        </w:trPr>
        <w:tc>
          <w:tcPr>
            <w:tcW w:w="1008" w:type="dxa"/>
            <w:shd w:val="clear" w:color="auto" w:fill="F3F5F7"/>
            <w:tcMar>
              <w:top w:w="95" w:type="dxa"/>
              <w:left w:w="105" w:type="dxa"/>
              <w:bottom w:w="95" w:type="dxa"/>
              <w:right w:w="105" w:type="dxa"/>
            </w:tcMar>
            <w:vAlign w:val="center"/>
          </w:tcPr>
          <w:p w14:paraId="41CCE6B7" w14:textId="77777777" w:rsidR="00FE09D8" w:rsidRDefault="00000000">
            <w:pPr>
              <w:spacing w:after="0" w:line="283" w:lineRule="auto"/>
            </w:pPr>
            <w:r>
              <w:rPr>
                <w:b/>
                <w:sz w:val="15"/>
              </w:rPr>
              <w:t>A-14</w:t>
            </w:r>
          </w:p>
        </w:tc>
        <w:tc>
          <w:tcPr>
            <w:tcW w:w="3960" w:type="dxa"/>
            <w:shd w:val="clear" w:color="auto" w:fill="F3F5F7"/>
            <w:tcMar>
              <w:top w:w="95" w:type="dxa"/>
              <w:left w:w="105" w:type="dxa"/>
              <w:bottom w:w="95" w:type="dxa"/>
              <w:right w:w="105" w:type="dxa"/>
            </w:tcMar>
            <w:vAlign w:val="center"/>
          </w:tcPr>
          <w:p w14:paraId="6CBBDD4F" w14:textId="77777777" w:rsidR="00FE09D8" w:rsidRDefault="00000000">
            <w:pPr>
              <w:spacing w:after="0" w:line="283" w:lineRule="auto"/>
              <w:rPr>
                <w:lang w:eastAsia="ja-JP"/>
              </w:rPr>
            </w:pPr>
            <w:r>
              <w:rPr>
                <w:sz w:val="15"/>
                <w:lang w:eastAsia="ja-JP"/>
              </w:rPr>
              <w:t>バックアップから復元</w:t>
            </w:r>
          </w:p>
        </w:tc>
        <w:tc>
          <w:tcPr>
            <w:tcW w:w="4896" w:type="dxa"/>
            <w:shd w:val="clear" w:color="auto" w:fill="F3F5F7"/>
            <w:tcMar>
              <w:top w:w="95" w:type="dxa"/>
              <w:left w:w="105" w:type="dxa"/>
              <w:bottom w:w="95" w:type="dxa"/>
              <w:right w:w="105" w:type="dxa"/>
            </w:tcMar>
            <w:vAlign w:val="center"/>
          </w:tcPr>
          <w:p w14:paraId="7E260FF0" w14:textId="77777777" w:rsidR="00FE09D8" w:rsidRDefault="00000000">
            <w:pPr>
              <w:spacing w:after="0" w:line="283" w:lineRule="auto"/>
              <w:rPr>
                <w:lang w:eastAsia="ja-JP"/>
              </w:rPr>
            </w:pPr>
            <w:r>
              <w:rPr>
                <w:sz w:val="15"/>
                <w:lang w:eastAsia="ja-JP"/>
              </w:rPr>
              <w:t>注文・店舗・商品・発送日・請求が整合して復元</w:t>
            </w:r>
          </w:p>
        </w:tc>
      </w:tr>
    </w:tbl>
    <w:p w14:paraId="1719C95A" w14:textId="77777777" w:rsidR="00FE09D8" w:rsidRDefault="00FE09D8">
      <w:pPr>
        <w:spacing w:after="0"/>
        <w:rPr>
          <w:lang w:eastAsia="ja-JP"/>
        </w:rPr>
      </w:pPr>
    </w:p>
    <w:p w14:paraId="534E4B93" w14:textId="77777777" w:rsidR="00FE09D8" w:rsidRDefault="00000000">
      <w:pPr>
        <w:pStyle w:val="21"/>
        <w:spacing w:before="160" w:after="80" w:line="240" w:lineRule="auto"/>
      </w:pPr>
      <w:r>
        <w:rPr>
          <w:rFonts w:ascii="Noto Sans JP" w:eastAsia="Noto Sans JP" w:hAnsi="Noto Sans JP"/>
        </w:rPr>
        <w:t xml:space="preserve">15.1 </w:t>
      </w:r>
      <w:proofErr w:type="spellStart"/>
      <w:r>
        <w:rPr>
          <w:rFonts w:ascii="Noto Sans JP" w:eastAsia="Noto Sans JP" w:hAnsi="Noto Sans JP"/>
        </w:rPr>
        <w:t>公開判定</w:t>
      </w:r>
      <w:proofErr w:type="spellEnd"/>
    </w:p>
    <w:p w14:paraId="7DB623FC" w14:textId="77777777" w:rsidR="00FE09D8" w:rsidRDefault="00000000">
      <w:pPr>
        <w:pStyle w:val="a0"/>
        <w:spacing w:after="60"/>
        <w:rPr>
          <w:lang w:eastAsia="ja-JP"/>
        </w:rPr>
      </w:pPr>
      <w:r>
        <w:rPr>
          <w:lang w:eastAsia="ja-JP"/>
        </w:rPr>
        <w:t>重大度Highの不具合が0件であること。</w:t>
      </w:r>
    </w:p>
    <w:p w14:paraId="4F8F75BA" w14:textId="77777777" w:rsidR="00FE09D8" w:rsidRDefault="00000000">
      <w:pPr>
        <w:pStyle w:val="a0"/>
        <w:spacing w:after="60"/>
        <w:rPr>
          <w:lang w:eastAsia="ja-JP"/>
        </w:rPr>
      </w:pPr>
      <w:r>
        <w:rPr>
          <w:lang w:eastAsia="ja-JP"/>
        </w:rPr>
        <w:t>A-01〜A-14がすべて合格し、メール・Sheets障害時の再送を確認済みであること。</w:t>
      </w:r>
    </w:p>
    <w:p w14:paraId="4DA45216" w14:textId="77777777" w:rsidR="00FE09D8" w:rsidRDefault="00000000">
      <w:pPr>
        <w:pStyle w:val="a0"/>
        <w:spacing w:after="60"/>
        <w:rPr>
          <w:lang w:eastAsia="ja-JP"/>
        </w:rPr>
      </w:pPr>
      <w:r>
        <w:rPr>
          <w:lang w:eastAsia="ja-JP"/>
        </w:rPr>
        <w:t>さくらインターネット上の本番同等環境で負荷・バックアップ・復元を確認済みであること。</w:t>
      </w:r>
    </w:p>
    <w:p w14:paraId="33EDF6F3" w14:textId="77777777" w:rsidR="00FE09D8" w:rsidRDefault="00000000">
      <w:pPr>
        <w:pStyle w:val="a0"/>
        <w:spacing w:after="60"/>
        <w:rPr>
          <w:lang w:eastAsia="ja-JP"/>
        </w:rPr>
      </w:pPr>
      <w:r>
        <w:rPr>
          <w:lang w:eastAsia="ja-JP"/>
        </w:rPr>
        <w:t>運用担当者が取消、発送更新、未達再送、請求確定の手順を実施できること。</w:t>
      </w:r>
    </w:p>
    <w:p w14:paraId="4B27A3C4" w14:textId="77777777" w:rsidR="00FE09D8" w:rsidRDefault="00FE09D8">
      <w:pPr>
        <w:pBdr>
          <w:bottom w:val="single" w:sz="8" w:space="1" w:color="D9E2E8"/>
        </w:pBdr>
        <w:spacing w:before="200" w:after="160"/>
        <w:rPr>
          <w:lang w:eastAsia="ja-JP"/>
        </w:rPr>
      </w:pPr>
    </w:p>
    <w:p w14:paraId="4AC267BA" w14:textId="77777777" w:rsidR="00FE09D8" w:rsidRDefault="00000000">
      <w:pPr>
        <w:spacing w:after="40" w:line="240" w:lineRule="auto"/>
        <w:rPr>
          <w:lang w:eastAsia="ja-JP"/>
        </w:rPr>
      </w:pPr>
      <w:r>
        <w:rPr>
          <w:b/>
          <w:color w:val="153F5B"/>
          <w:sz w:val="17"/>
          <w:shd w:val="clear" w:color="auto" w:fill="EAF3F8"/>
          <w:lang w:eastAsia="ja-JP"/>
        </w:rPr>
        <w:t>SECTION 16</w:t>
      </w:r>
    </w:p>
    <w:p w14:paraId="1F121607" w14:textId="77777777" w:rsidR="00FE09D8" w:rsidRDefault="00000000">
      <w:pPr>
        <w:pStyle w:val="1"/>
        <w:spacing w:before="60" w:after="80" w:line="240" w:lineRule="auto"/>
        <w:rPr>
          <w:lang w:eastAsia="ja-JP"/>
        </w:rPr>
      </w:pPr>
      <w:r>
        <w:rPr>
          <w:rFonts w:ascii="Noto Sans JP" w:eastAsia="Noto Sans JP" w:hAnsi="Noto Sans JP"/>
          <w:lang w:eastAsia="ja-JP"/>
        </w:rPr>
        <w:t>確定待ちパラメータ・納品物</w:t>
      </w:r>
    </w:p>
    <w:p w14:paraId="13E3BAA6" w14:textId="77777777" w:rsidR="00FE09D8" w:rsidRDefault="00000000">
      <w:pPr>
        <w:spacing w:after="200" w:line="317" w:lineRule="auto"/>
        <w:rPr>
          <w:lang w:eastAsia="ja-JP"/>
        </w:rPr>
      </w:pPr>
      <w:r>
        <w:rPr>
          <w:color w:val="526273"/>
          <w:sz w:val="18"/>
          <w:lang w:eastAsia="ja-JP"/>
        </w:rPr>
        <w:t>実装前に契約書と業務担当者から確定すべき値を明示する。</w:t>
      </w:r>
    </w:p>
    <w:tbl>
      <w:tblPr>
        <w:tblStyle w:val="afe"/>
        <w:tblW w:w="0" w:type="auto"/>
        <w:jc w:val="center"/>
        <w:tblLayout w:type="fixed"/>
        <w:tblLook w:val="04A0" w:firstRow="1" w:lastRow="0" w:firstColumn="1" w:lastColumn="0" w:noHBand="0" w:noVBand="1"/>
      </w:tblPr>
      <w:tblGrid>
        <w:gridCol w:w="792"/>
        <w:gridCol w:w="2880"/>
        <w:gridCol w:w="4176"/>
        <w:gridCol w:w="2016"/>
      </w:tblGrid>
      <w:tr w:rsidR="00FE09D8" w14:paraId="392AC8FF" w14:textId="77777777">
        <w:trPr>
          <w:tblHeader/>
          <w:jc w:val="center"/>
        </w:trPr>
        <w:tc>
          <w:tcPr>
            <w:tcW w:w="792" w:type="dxa"/>
            <w:shd w:val="clear" w:color="auto" w:fill="153F5B"/>
            <w:tcMar>
              <w:top w:w="95" w:type="dxa"/>
              <w:left w:w="105" w:type="dxa"/>
              <w:bottom w:w="95" w:type="dxa"/>
              <w:right w:w="105" w:type="dxa"/>
            </w:tcMar>
            <w:vAlign w:val="center"/>
          </w:tcPr>
          <w:p w14:paraId="227C3D4F" w14:textId="77777777" w:rsidR="00FE09D8" w:rsidRDefault="00000000">
            <w:pPr>
              <w:spacing w:after="0" w:line="240" w:lineRule="auto"/>
            </w:pPr>
            <w:r>
              <w:rPr>
                <w:b/>
                <w:color w:val="FFFFFF"/>
                <w:sz w:val="16"/>
              </w:rPr>
              <w:t>No.</w:t>
            </w:r>
          </w:p>
        </w:tc>
        <w:tc>
          <w:tcPr>
            <w:tcW w:w="2880" w:type="dxa"/>
            <w:shd w:val="clear" w:color="auto" w:fill="153F5B"/>
            <w:tcMar>
              <w:top w:w="95" w:type="dxa"/>
              <w:left w:w="105" w:type="dxa"/>
              <w:bottom w:w="95" w:type="dxa"/>
              <w:right w:w="105" w:type="dxa"/>
            </w:tcMar>
            <w:vAlign w:val="center"/>
          </w:tcPr>
          <w:p w14:paraId="1348D2B9" w14:textId="77777777" w:rsidR="00FE09D8" w:rsidRDefault="00000000">
            <w:pPr>
              <w:spacing w:after="0" w:line="240" w:lineRule="auto"/>
            </w:pPr>
            <w:r>
              <w:rPr>
                <w:b/>
                <w:color w:val="FFFFFF"/>
                <w:sz w:val="16"/>
              </w:rPr>
              <w:t>確定項目</w:t>
            </w:r>
          </w:p>
        </w:tc>
        <w:tc>
          <w:tcPr>
            <w:tcW w:w="4176" w:type="dxa"/>
            <w:shd w:val="clear" w:color="auto" w:fill="153F5B"/>
            <w:tcMar>
              <w:top w:w="95" w:type="dxa"/>
              <w:left w:w="105" w:type="dxa"/>
              <w:bottom w:w="95" w:type="dxa"/>
              <w:right w:w="105" w:type="dxa"/>
            </w:tcMar>
            <w:vAlign w:val="center"/>
          </w:tcPr>
          <w:p w14:paraId="6BC8C092" w14:textId="77777777" w:rsidR="00FE09D8" w:rsidRDefault="00000000">
            <w:pPr>
              <w:spacing w:after="0" w:line="240" w:lineRule="auto"/>
              <w:rPr>
                <w:lang w:eastAsia="ja-JP"/>
              </w:rPr>
            </w:pPr>
            <w:r>
              <w:rPr>
                <w:b/>
                <w:color w:val="FFFFFF"/>
                <w:sz w:val="16"/>
                <w:lang w:eastAsia="ja-JP"/>
              </w:rPr>
              <w:t>現在の表示例／選択肢</w:t>
            </w:r>
          </w:p>
        </w:tc>
        <w:tc>
          <w:tcPr>
            <w:tcW w:w="2016" w:type="dxa"/>
            <w:shd w:val="clear" w:color="auto" w:fill="153F5B"/>
            <w:tcMar>
              <w:top w:w="95" w:type="dxa"/>
              <w:left w:w="105" w:type="dxa"/>
              <w:bottom w:w="95" w:type="dxa"/>
              <w:right w:w="105" w:type="dxa"/>
            </w:tcMar>
            <w:vAlign w:val="center"/>
          </w:tcPr>
          <w:p w14:paraId="0F90982E" w14:textId="77777777" w:rsidR="00FE09D8" w:rsidRDefault="00000000">
            <w:pPr>
              <w:spacing w:after="0" w:line="240" w:lineRule="auto"/>
            </w:pPr>
            <w:proofErr w:type="spellStart"/>
            <w:r>
              <w:rPr>
                <w:b/>
                <w:color w:val="FFFFFF"/>
                <w:sz w:val="16"/>
              </w:rPr>
              <w:t>確定担当</w:t>
            </w:r>
            <w:proofErr w:type="spellEnd"/>
          </w:p>
        </w:tc>
      </w:tr>
      <w:tr w:rsidR="00FE09D8" w14:paraId="4528DA6D" w14:textId="77777777">
        <w:trPr>
          <w:cantSplit/>
          <w:jc w:val="center"/>
        </w:trPr>
        <w:tc>
          <w:tcPr>
            <w:tcW w:w="792" w:type="dxa"/>
            <w:shd w:val="clear" w:color="auto" w:fill="FFFFFF"/>
            <w:tcMar>
              <w:top w:w="95" w:type="dxa"/>
              <w:left w:w="105" w:type="dxa"/>
              <w:bottom w:w="95" w:type="dxa"/>
              <w:right w:w="105" w:type="dxa"/>
            </w:tcMar>
            <w:vAlign w:val="center"/>
          </w:tcPr>
          <w:p w14:paraId="396D9F86" w14:textId="77777777" w:rsidR="00FE09D8" w:rsidRDefault="00000000">
            <w:pPr>
              <w:spacing w:after="0" w:line="283" w:lineRule="auto"/>
            </w:pPr>
            <w:r>
              <w:rPr>
                <w:b/>
                <w:sz w:val="16"/>
              </w:rPr>
              <w:t>1</w:t>
            </w:r>
          </w:p>
        </w:tc>
        <w:tc>
          <w:tcPr>
            <w:tcW w:w="2880" w:type="dxa"/>
            <w:shd w:val="clear" w:color="auto" w:fill="FFFFFF"/>
            <w:tcMar>
              <w:top w:w="95" w:type="dxa"/>
              <w:left w:w="105" w:type="dxa"/>
              <w:bottom w:w="95" w:type="dxa"/>
              <w:right w:w="105" w:type="dxa"/>
            </w:tcMar>
            <w:vAlign w:val="center"/>
          </w:tcPr>
          <w:p w14:paraId="3D8DBD0F" w14:textId="77777777" w:rsidR="00FE09D8" w:rsidRDefault="00000000">
            <w:pPr>
              <w:spacing w:after="0" w:line="283" w:lineRule="auto"/>
              <w:rPr>
                <w:lang w:eastAsia="ja-JP"/>
              </w:rPr>
            </w:pPr>
            <w:r>
              <w:rPr>
                <w:sz w:val="16"/>
                <w:lang w:eastAsia="ja-JP"/>
              </w:rPr>
              <w:t>変更・取消の連絡期限</w:t>
            </w:r>
          </w:p>
        </w:tc>
        <w:tc>
          <w:tcPr>
            <w:tcW w:w="4176" w:type="dxa"/>
            <w:shd w:val="clear" w:color="auto" w:fill="FFFFFF"/>
            <w:tcMar>
              <w:top w:w="95" w:type="dxa"/>
              <w:left w:w="105" w:type="dxa"/>
              <w:bottom w:w="95" w:type="dxa"/>
              <w:right w:w="105" w:type="dxa"/>
            </w:tcMar>
            <w:vAlign w:val="center"/>
          </w:tcPr>
          <w:p w14:paraId="019AB914" w14:textId="77777777" w:rsidR="00FE09D8" w:rsidRDefault="00000000">
            <w:pPr>
              <w:spacing w:after="0" w:line="283" w:lineRule="auto"/>
            </w:pPr>
            <w:r>
              <w:rPr>
                <w:sz w:val="16"/>
              </w:rPr>
              <w:t>発送日の2営業日前 17:00</w:t>
            </w:r>
          </w:p>
        </w:tc>
        <w:tc>
          <w:tcPr>
            <w:tcW w:w="2016" w:type="dxa"/>
            <w:shd w:val="clear" w:color="auto" w:fill="FFFFFF"/>
            <w:tcMar>
              <w:top w:w="95" w:type="dxa"/>
              <w:left w:w="105" w:type="dxa"/>
              <w:bottom w:w="95" w:type="dxa"/>
              <w:right w:w="105" w:type="dxa"/>
            </w:tcMar>
            <w:vAlign w:val="center"/>
          </w:tcPr>
          <w:p w14:paraId="27BAD277" w14:textId="77777777" w:rsidR="00FE09D8" w:rsidRDefault="00000000">
            <w:pPr>
              <w:spacing w:after="0" w:line="283" w:lineRule="auto"/>
            </w:pPr>
            <w:r>
              <w:rPr>
                <w:sz w:val="16"/>
              </w:rPr>
              <w:t>契約・業務担当</w:t>
            </w:r>
          </w:p>
        </w:tc>
      </w:tr>
      <w:tr w:rsidR="00FE09D8" w14:paraId="6726292D" w14:textId="77777777">
        <w:trPr>
          <w:cantSplit/>
          <w:jc w:val="center"/>
        </w:trPr>
        <w:tc>
          <w:tcPr>
            <w:tcW w:w="792" w:type="dxa"/>
            <w:shd w:val="clear" w:color="auto" w:fill="F3F5F7"/>
            <w:tcMar>
              <w:top w:w="95" w:type="dxa"/>
              <w:left w:w="105" w:type="dxa"/>
              <w:bottom w:w="95" w:type="dxa"/>
              <w:right w:w="105" w:type="dxa"/>
            </w:tcMar>
            <w:vAlign w:val="center"/>
          </w:tcPr>
          <w:p w14:paraId="4B50599B" w14:textId="77777777" w:rsidR="00FE09D8" w:rsidRDefault="00000000">
            <w:pPr>
              <w:spacing w:after="0" w:line="283" w:lineRule="auto"/>
            </w:pPr>
            <w:r>
              <w:rPr>
                <w:b/>
                <w:sz w:val="16"/>
              </w:rPr>
              <w:t>2</w:t>
            </w:r>
          </w:p>
        </w:tc>
        <w:tc>
          <w:tcPr>
            <w:tcW w:w="2880" w:type="dxa"/>
            <w:shd w:val="clear" w:color="auto" w:fill="F3F5F7"/>
            <w:tcMar>
              <w:top w:w="95" w:type="dxa"/>
              <w:left w:w="105" w:type="dxa"/>
              <w:bottom w:w="95" w:type="dxa"/>
              <w:right w:w="105" w:type="dxa"/>
            </w:tcMar>
            <w:vAlign w:val="center"/>
          </w:tcPr>
          <w:p w14:paraId="648A74E9" w14:textId="77777777" w:rsidR="00FE09D8" w:rsidRDefault="00000000">
            <w:pPr>
              <w:spacing w:after="0" w:line="283" w:lineRule="auto"/>
            </w:pPr>
            <w:r>
              <w:rPr>
                <w:sz w:val="16"/>
              </w:rPr>
              <w:t>「営業日」の定義</w:t>
            </w:r>
          </w:p>
        </w:tc>
        <w:tc>
          <w:tcPr>
            <w:tcW w:w="4176" w:type="dxa"/>
            <w:shd w:val="clear" w:color="auto" w:fill="F3F5F7"/>
            <w:tcMar>
              <w:top w:w="95" w:type="dxa"/>
              <w:left w:w="105" w:type="dxa"/>
              <w:bottom w:w="95" w:type="dxa"/>
              <w:right w:w="105" w:type="dxa"/>
            </w:tcMar>
            <w:vAlign w:val="center"/>
          </w:tcPr>
          <w:p w14:paraId="2EB3F42C" w14:textId="77777777" w:rsidR="00FE09D8" w:rsidRDefault="00000000">
            <w:pPr>
              <w:spacing w:after="0" w:line="283" w:lineRule="auto"/>
              <w:rPr>
                <w:lang w:eastAsia="ja-JP"/>
              </w:rPr>
            </w:pPr>
            <w:r>
              <w:rPr>
                <w:sz w:val="16"/>
                <w:lang w:eastAsia="ja-JP"/>
              </w:rPr>
              <w:t>土日祝を除く／独自休業日を含む</w:t>
            </w:r>
          </w:p>
        </w:tc>
        <w:tc>
          <w:tcPr>
            <w:tcW w:w="2016" w:type="dxa"/>
            <w:shd w:val="clear" w:color="auto" w:fill="F3F5F7"/>
            <w:tcMar>
              <w:top w:w="95" w:type="dxa"/>
              <w:left w:w="105" w:type="dxa"/>
              <w:bottom w:w="95" w:type="dxa"/>
              <w:right w:w="105" w:type="dxa"/>
            </w:tcMar>
            <w:vAlign w:val="center"/>
          </w:tcPr>
          <w:p w14:paraId="48AB1A8B" w14:textId="77777777" w:rsidR="00FE09D8" w:rsidRDefault="00000000">
            <w:pPr>
              <w:spacing w:after="0" w:line="283" w:lineRule="auto"/>
            </w:pPr>
            <w:proofErr w:type="spellStart"/>
            <w:r>
              <w:rPr>
                <w:sz w:val="16"/>
              </w:rPr>
              <w:t>契約・業務担当</w:t>
            </w:r>
            <w:proofErr w:type="spellEnd"/>
          </w:p>
        </w:tc>
      </w:tr>
      <w:tr w:rsidR="00FE09D8" w14:paraId="0AFDE396" w14:textId="77777777">
        <w:trPr>
          <w:cantSplit/>
          <w:jc w:val="center"/>
        </w:trPr>
        <w:tc>
          <w:tcPr>
            <w:tcW w:w="792" w:type="dxa"/>
            <w:shd w:val="clear" w:color="auto" w:fill="FFFFFF"/>
            <w:tcMar>
              <w:top w:w="95" w:type="dxa"/>
              <w:left w:w="105" w:type="dxa"/>
              <w:bottom w:w="95" w:type="dxa"/>
              <w:right w:w="105" w:type="dxa"/>
            </w:tcMar>
            <w:vAlign w:val="center"/>
          </w:tcPr>
          <w:p w14:paraId="3E0685A7" w14:textId="77777777" w:rsidR="00FE09D8" w:rsidRDefault="00000000">
            <w:pPr>
              <w:spacing w:after="0" w:line="283" w:lineRule="auto"/>
            </w:pPr>
            <w:r>
              <w:rPr>
                <w:b/>
                <w:sz w:val="16"/>
              </w:rPr>
              <w:t>3</w:t>
            </w:r>
          </w:p>
        </w:tc>
        <w:tc>
          <w:tcPr>
            <w:tcW w:w="2880" w:type="dxa"/>
            <w:shd w:val="clear" w:color="auto" w:fill="FFFFFF"/>
            <w:tcMar>
              <w:top w:w="95" w:type="dxa"/>
              <w:left w:w="105" w:type="dxa"/>
              <w:bottom w:w="95" w:type="dxa"/>
              <w:right w:w="105" w:type="dxa"/>
            </w:tcMar>
            <w:vAlign w:val="center"/>
          </w:tcPr>
          <w:p w14:paraId="1B423D80" w14:textId="77777777" w:rsidR="00FE09D8" w:rsidRDefault="00000000">
            <w:pPr>
              <w:spacing w:after="0" w:line="283" w:lineRule="auto"/>
            </w:pPr>
            <w:r>
              <w:rPr>
                <w:sz w:val="16"/>
              </w:rPr>
              <w:t>期限超過後の扱い</w:t>
            </w:r>
          </w:p>
        </w:tc>
        <w:tc>
          <w:tcPr>
            <w:tcW w:w="4176" w:type="dxa"/>
            <w:shd w:val="clear" w:color="auto" w:fill="FFFFFF"/>
            <w:tcMar>
              <w:top w:w="95" w:type="dxa"/>
              <w:left w:w="105" w:type="dxa"/>
              <w:bottom w:w="95" w:type="dxa"/>
              <w:right w:w="105" w:type="dxa"/>
            </w:tcMar>
            <w:vAlign w:val="center"/>
          </w:tcPr>
          <w:p w14:paraId="573E0535" w14:textId="77777777" w:rsidR="00FE09D8" w:rsidRDefault="00000000">
            <w:pPr>
              <w:spacing w:after="0" w:line="283" w:lineRule="auto"/>
            </w:pPr>
            <w:r>
              <w:rPr>
                <w:sz w:val="16"/>
              </w:rPr>
              <w:t>原則取消不可／個別協議</w:t>
            </w:r>
          </w:p>
        </w:tc>
        <w:tc>
          <w:tcPr>
            <w:tcW w:w="2016" w:type="dxa"/>
            <w:shd w:val="clear" w:color="auto" w:fill="FFFFFF"/>
            <w:tcMar>
              <w:top w:w="95" w:type="dxa"/>
              <w:left w:w="105" w:type="dxa"/>
              <w:bottom w:w="95" w:type="dxa"/>
              <w:right w:w="105" w:type="dxa"/>
            </w:tcMar>
            <w:vAlign w:val="center"/>
          </w:tcPr>
          <w:p w14:paraId="015A9474" w14:textId="77777777" w:rsidR="00FE09D8" w:rsidRDefault="00000000">
            <w:pPr>
              <w:spacing w:after="0" w:line="283" w:lineRule="auto"/>
            </w:pPr>
            <w:r>
              <w:rPr>
                <w:sz w:val="16"/>
              </w:rPr>
              <w:t>契約・業務担当</w:t>
            </w:r>
          </w:p>
        </w:tc>
      </w:tr>
      <w:tr w:rsidR="00FE09D8" w14:paraId="1DD21904" w14:textId="77777777">
        <w:trPr>
          <w:cantSplit/>
          <w:jc w:val="center"/>
        </w:trPr>
        <w:tc>
          <w:tcPr>
            <w:tcW w:w="792" w:type="dxa"/>
            <w:shd w:val="clear" w:color="auto" w:fill="F3F5F7"/>
            <w:tcMar>
              <w:top w:w="95" w:type="dxa"/>
              <w:left w:w="105" w:type="dxa"/>
              <w:bottom w:w="95" w:type="dxa"/>
              <w:right w:w="105" w:type="dxa"/>
            </w:tcMar>
            <w:vAlign w:val="center"/>
          </w:tcPr>
          <w:p w14:paraId="4910A2DF" w14:textId="77777777" w:rsidR="00FE09D8" w:rsidRDefault="00000000">
            <w:pPr>
              <w:spacing w:after="0" w:line="283" w:lineRule="auto"/>
            </w:pPr>
            <w:r>
              <w:rPr>
                <w:b/>
                <w:sz w:val="16"/>
              </w:rPr>
              <w:t>4</w:t>
            </w:r>
          </w:p>
        </w:tc>
        <w:tc>
          <w:tcPr>
            <w:tcW w:w="2880" w:type="dxa"/>
            <w:shd w:val="clear" w:color="auto" w:fill="F3F5F7"/>
            <w:tcMar>
              <w:top w:w="95" w:type="dxa"/>
              <w:left w:w="105" w:type="dxa"/>
              <w:bottom w:w="95" w:type="dxa"/>
              <w:right w:w="105" w:type="dxa"/>
            </w:tcMar>
            <w:vAlign w:val="center"/>
          </w:tcPr>
          <w:p w14:paraId="1E451EE4" w14:textId="77777777" w:rsidR="00FE09D8" w:rsidRDefault="00000000">
            <w:pPr>
              <w:spacing w:after="0" w:line="283" w:lineRule="auto"/>
              <w:rPr>
                <w:lang w:eastAsia="ja-JP"/>
              </w:rPr>
            </w:pPr>
            <w:r>
              <w:rPr>
                <w:sz w:val="16"/>
                <w:lang w:eastAsia="ja-JP"/>
              </w:rPr>
              <w:t>発送済み後の返品・訂正</w:t>
            </w:r>
          </w:p>
        </w:tc>
        <w:tc>
          <w:tcPr>
            <w:tcW w:w="4176" w:type="dxa"/>
            <w:shd w:val="clear" w:color="auto" w:fill="F3F5F7"/>
            <w:tcMar>
              <w:top w:w="95" w:type="dxa"/>
              <w:left w:w="105" w:type="dxa"/>
              <w:bottom w:w="95" w:type="dxa"/>
              <w:right w:w="105" w:type="dxa"/>
            </w:tcMar>
            <w:vAlign w:val="center"/>
          </w:tcPr>
          <w:p w14:paraId="5CBED2C3" w14:textId="77777777" w:rsidR="00FE09D8" w:rsidRDefault="00000000">
            <w:pPr>
              <w:spacing w:after="0" w:line="283" w:lineRule="auto"/>
            </w:pPr>
            <w:proofErr w:type="spellStart"/>
            <w:r>
              <w:rPr>
                <w:sz w:val="16"/>
              </w:rPr>
              <w:t>別業務フロ</w:t>
            </w:r>
            <w:proofErr w:type="spellEnd"/>
            <w:r>
              <w:rPr>
                <w:sz w:val="16"/>
              </w:rPr>
              <w:t>ー</w:t>
            </w:r>
          </w:p>
        </w:tc>
        <w:tc>
          <w:tcPr>
            <w:tcW w:w="2016" w:type="dxa"/>
            <w:shd w:val="clear" w:color="auto" w:fill="F3F5F7"/>
            <w:tcMar>
              <w:top w:w="95" w:type="dxa"/>
              <w:left w:w="105" w:type="dxa"/>
              <w:bottom w:w="95" w:type="dxa"/>
              <w:right w:w="105" w:type="dxa"/>
            </w:tcMar>
            <w:vAlign w:val="center"/>
          </w:tcPr>
          <w:p w14:paraId="1FA87D0D" w14:textId="77777777" w:rsidR="00FE09D8" w:rsidRDefault="00000000">
            <w:pPr>
              <w:spacing w:after="0" w:line="283" w:lineRule="auto"/>
            </w:pPr>
            <w:r>
              <w:rPr>
                <w:sz w:val="16"/>
              </w:rPr>
              <w:t>物流・経理担当</w:t>
            </w:r>
          </w:p>
        </w:tc>
      </w:tr>
      <w:tr w:rsidR="00FE09D8" w14:paraId="0FFBB7F7" w14:textId="77777777">
        <w:trPr>
          <w:cantSplit/>
          <w:jc w:val="center"/>
        </w:trPr>
        <w:tc>
          <w:tcPr>
            <w:tcW w:w="792" w:type="dxa"/>
            <w:shd w:val="clear" w:color="auto" w:fill="FFFFFF"/>
            <w:tcMar>
              <w:top w:w="95" w:type="dxa"/>
              <w:left w:w="105" w:type="dxa"/>
              <w:bottom w:w="95" w:type="dxa"/>
              <w:right w:w="105" w:type="dxa"/>
            </w:tcMar>
            <w:vAlign w:val="center"/>
          </w:tcPr>
          <w:p w14:paraId="20167843" w14:textId="77777777" w:rsidR="00FE09D8" w:rsidRDefault="00000000">
            <w:pPr>
              <w:spacing w:after="0" w:line="283" w:lineRule="auto"/>
            </w:pPr>
            <w:r>
              <w:rPr>
                <w:b/>
                <w:sz w:val="16"/>
              </w:rPr>
              <w:lastRenderedPageBreak/>
              <w:t>5</w:t>
            </w:r>
          </w:p>
        </w:tc>
        <w:tc>
          <w:tcPr>
            <w:tcW w:w="2880" w:type="dxa"/>
            <w:shd w:val="clear" w:color="auto" w:fill="FFFFFF"/>
            <w:tcMar>
              <w:top w:w="95" w:type="dxa"/>
              <w:left w:w="105" w:type="dxa"/>
              <w:bottom w:w="95" w:type="dxa"/>
              <w:right w:w="105" w:type="dxa"/>
            </w:tcMar>
            <w:vAlign w:val="center"/>
          </w:tcPr>
          <w:p w14:paraId="19105299" w14:textId="77777777" w:rsidR="00FE09D8" w:rsidRDefault="00000000">
            <w:pPr>
              <w:spacing w:after="0" w:line="283" w:lineRule="auto"/>
              <w:rPr>
                <w:lang w:eastAsia="ja-JP"/>
              </w:rPr>
            </w:pPr>
            <w:r>
              <w:rPr>
                <w:sz w:val="16"/>
                <w:lang w:eastAsia="ja-JP"/>
              </w:rPr>
              <w:t>請求書の送付・必着確認方法</w:t>
            </w:r>
          </w:p>
        </w:tc>
        <w:tc>
          <w:tcPr>
            <w:tcW w:w="4176" w:type="dxa"/>
            <w:shd w:val="clear" w:color="auto" w:fill="FFFFFF"/>
            <w:tcMar>
              <w:top w:w="95" w:type="dxa"/>
              <w:left w:w="105" w:type="dxa"/>
              <w:bottom w:w="95" w:type="dxa"/>
              <w:right w:w="105" w:type="dxa"/>
            </w:tcMar>
            <w:vAlign w:val="center"/>
          </w:tcPr>
          <w:p w14:paraId="223D6A29" w14:textId="77777777" w:rsidR="00FE09D8" w:rsidRDefault="00000000">
            <w:pPr>
              <w:spacing w:after="0" w:line="283" w:lineRule="auto"/>
              <w:rPr>
                <w:lang w:eastAsia="ja-JP"/>
              </w:rPr>
            </w:pPr>
            <w:r>
              <w:rPr>
                <w:sz w:val="16"/>
                <w:lang w:eastAsia="ja-JP"/>
              </w:rPr>
              <w:t>メール、郵送、受領確認</w:t>
            </w:r>
          </w:p>
        </w:tc>
        <w:tc>
          <w:tcPr>
            <w:tcW w:w="2016" w:type="dxa"/>
            <w:shd w:val="clear" w:color="auto" w:fill="FFFFFF"/>
            <w:tcMar>
              <w:top w:w="95" w:type="dxa"/>
              <w:left w:w="105" w:type="dxa"/>
              <w:bottom w:w="95" w:type="dxa"/>
              <w:right w:w="105" w:type="dxa"/>
            </w:tcMar>
            <w:vAlign w:val="center"/>
          </w:tcPr>
          <w:p w14:paraId="291E71AD" w14:textId="77777777" w:rsidR="00FE09D8" w:rsidRDefault="00000000">
            <w:pPr>
              <w:spacing w:after="0" w:line="283" w:lineRule="auto"/>
            </w:pPr>
            <w:proofErr w:type="spellStart"/>
            <w:r>
              <w:rPr>
                <w:sz w:val="16"/>
              </w:rPr>
              <w:t>経理担当</w:t>
            </w:r>
            <w:proofErr w:type="spellEnd"/>
          </w:p>
        </w:tc>
      </w:tr>
      <w:tr w:rsidR="00FE09D8" w14:paraId="06C77B90" w14:textId="77777777">
        <w:trPr>
          <w:cantSplit/>
          <w:jc w:val="center"/>
        </w:trPr>
        <w:tc>
          <w:tcPr>
            <w:tcW w:w="792" w:type="dxa"/>
            <w:shd w:val="clear" w:color="auto" w:fill="F3F5F7"/>
            <w:tcMar>
              <w:top w:w="95" w:type="dxa"/>
              <w:left w:w="105" w:type="dxa"/>
              <w:bottom w:w="95" w:type="dxa"/>
              <w:right w:w="105" w:type="dxa"/>
            </w:tcMar>
            <w:vAlign w:val="center"/>
          </w:tcPr>
          <w:p w14:paraId="46CD4876" w14:textId="77777777" w:rsidR="00FE09D8" w:rsidRDefault="00000000">
            <w:pPr>
              <w:spacing w:after="0" w:line="283" w:lineRule="auto"/>
            </w:pPr>
            <w:r>
              <w:rPr>
                <w:b/>
                <w:sz w:val="16"/>
              </w:rPr>
              <w:t>6</w:t>
            </w:r>
          </w:p>
        </w:tc>
        <w:tc>
          <w:tcPr>
            <w:tcW w:w="2880" w:type="dxa"/>
            <w:shd w:val="clear" w:color="auto" w:fill="F3F5F7"/>
            <w:tcMar>
              <w:top w:w="95" w:type="dxa"/>
              <w:left w:w="105" w:type="dxa"/>
              <w:bottom w:w="95" w:type="dxa"/>
              <w:right w:w="105" w:type="dxa"/>
            </w:tcMar>
            <w:vAlign w:val="center"/>
          </w:tcPr>
          <w:p w14:paraId="4C61A684" w14:textId="77777777" w:rsidR="00FE09D8" w:rsidRDefault="00000000">
            <w:pPr>
              <w:spacing w:after="0" w:line="283" w:lineRule="auto"/>
            </w:pPr>
            <w:r>
              <w:rPr>
                <w:sz w:val="16"/>
              </w:rPr>
              <w:t>メール配信基盤</w:t>
            </w:r>
          </w:p>
        </w:tc>
        <w:tc>
          <w:tcPr>
            <w:tcW w:w="4176" w:type="dxa"/>
            <w:shd w:val="clear" w:color="auto" w:fill="F3F5F7"/>
            <w:tcMar>
              <w:top w:w="95" w:type="dxa"/>
              <w:left w:w="105" w:type="dxa"/>
              <w:bottom w:w="95" w:type="dxa"/>
              <w:right w:w="105" w:type="dxa"/>
            </w:tcMar>
            <w:vAlign w:val="center"/>
          </w:tcPr>
          <w:p w14:paraId="593DF303" w14:textId="77777777" w:rsidR="00FE09D8" w:rsidRDefault="00000000">
            <w:pPr>
              <w:spacing w:after="0" w:line="283" w:lineRule="auto"/>
            </w:pPr>
            <w:r>
              <w:rPr>
                <w:sz w:val="16"/>
              </w:rPr>
              <w:t>delivered／bounce Webhook対応</w:t>
            </w:r>
          </w:p>
        </w:tc>
        <w:tc>
          <w:tcPr>
            <w:tcW w:w="2016" w:type="dxa"/>
            <w:shd w:val="clear" w:color="auto" w:fill="F3F5F7"/>
            <w:tcMar>
              <w:top w:w="95" w:type="dxa"/>
              <w:left w:w="105" w:type="dxa"/>
              <w:bottom w:w="95" w:type="dxa"/>
              <w:right w:w="105" w:type="dxa"/>
            </w:tcMar>
            <w:vAlign w:val="center"/>
          </w:tcPr>
          <w:p w14:paraId="38A0AADC" w14:textId="77777777" w:rsidR="00FE09D8" w:rsidRDefault="00000000">
            <w:pPr>
              <w:spacing w:after="0" w:line="283" w:lineRule="auto"/>
            </w:pPr>
            <w:r>
              <w:rPr>
                <w:sz w:val="16"/>
              </w:rPr>
              <w:t>システム担当</w:t>
            </w:r>
          </w:p>
        </w:tc>
      </w:tr>
      <w:tr w:rsidR="00FE09D8" w14:paraId="4D29699F" w14:textId="77777777">
        <w:trPr>
          <w:cantSplit/>
          <w:jc w:val="center"/>
        </w:trPr>
        <w:tc>
          <w:tcPr>
            <w:tcW w:w="792" w:type="dxa"/>
            <w:shd w:val="clear" w:color="auto" w:fill="FFFFFF"/>
            <w:tcMar>
              <w:top w:w="95" w:type="dxa"/>
              <w:left w:w="105" w:type="dxa"/>
              <w:bottom w:w="95" w:type="dxa"/>
              <w:right w:w="105" w:type="dxa"/>
            </w:tcMar>
            <w:vAlign w:val="center"/>
          </w:tcPr>
          <w:p w14:paraId="2DDBFB49" w14:textId="77777777" w:rsidR="00FE09D8" w:rsidRDefault="00000000">
            <w:pPr>
              <w:spacing w:after="0" w:line="283" w:lineRule="auto"/>
            </w:pPr>
            <w:r>
              <w:rPr>
                <w:b/>
                <w:sz w:val="16"/>
              </w:rPr>
              <w:t>7</w:t>
            </w:r>
          </w:p>
        </w:tc>
        <w:tc>
          <w:tcPr>
            <w:tcW w:w="2880" w:type="dxa"/>
            <w:shd w:val="clear" w:color="auto" w:fill="FFFFFF"/>
            <w:tcMar>
              <w:top w:w="95" w:type="dxa"/>
              <w:left w:w="105" w:type="dxa"/>
              <w:bottom w:w="95" w:type="dxa"/>
              <w:right w:w="105" w:type="dxa"/>
            </w:tcMar>
            <w:vAlign w:val="center"/>
          </w:tcPr>
          <w:p w14:paraId="6B43ED4B" w14:textId="77777777" w:rsidR="00FE09D8" w:rsidRDefault="00000000">
            <w:pPr>
              <w:spacing w:after="0" w:line="283" w:lineRule="auto"/>
              <w:rPr>
                <w:lang w:eastAsia="ja-JP"/>
              </w:rPr>
            </w:pPr>
            <w:r>
              <w:rPr>
                <w:sz w:val="16"/>
                <w:lang w:eastAsia="ja-JP"/>
              </w:rPr>
              <w:t>バックアップ保持世代</w:t>
            </w:r>
          </w:p>
        </w:tc>
        <w:tc>
          <w:tcPr>
            <w:tcW w:w="4176" w:type="dxa"/>
            <w:shd w:val="clear" w:color="auto" w:fill="FFFFFF"/>
            <w:tcMar>
              <w:top w:w="95" w:type="dxa"/>
              <w:left w:w="105" w:type="dxa"/>
              <w:bottom w:w="95" w:type="dxa"/>
              <w:right w:w="105" w:type="dxa"/>
            </w:tcMar>
            <w:vAlign w:val="center"/>
          </w:tcPr>
          <w:p w14:paraId="27F344EB" w14:textId="77777777" w:rsidR="00FE09D8" w:rsidRDefault="00000000">
            <w:pPr>
              <w:spacing w:after="0" w:line="283" w:lineRule="auto"/>
            </w:pPr>
            <w:r>
              <w:rPr>
                <w:sz w:val="16"/>
              </w:rPr>
              <w:t>日次30世代＋月次12世代等</w:t>
            </w:r>
          </w:p>
        </w:tc>
        <w:tc>
          <w:tcPr>
            <w:tcW w:w="2016" w:type="dxa"/>
            <w:shd w:val="clear" w:color="auto" w:fill="FFFFFF"/>
            <w:tcMar>
              <w:top w:w="95" w:type="dxa"/>
              <w:left w:w="105" w:type="dxa"/>
              <w:bottom w:w="95" w:type="dxa"/>
              <w:right w:w="105" w:type="dxa"/>
            </w:tcMar>
            <w:vAlign w:val="center"/>
          </w:tcPr>
          <w:p w14:paraId="3AA7A9C9" w14:textId="77777777" w:rsidR="00FE09D8" w:rsidRDefault="00000000">
            <w:pPr>
              <w:spacing w:after="0" w:line="283" w:lineRule="auto"/>
            </w:pPr>
            <w:r>
              <w:rPr>
                <w:sz w:val="16"/>
              </w:rPr>
              <w:t>システム担当</w:t>
            </w:r>
          </w:p>
        </w:tc>
      </w:tr>
    </w:tbl>
    <w:p w14:paraId="48C5DE4A" w14:textId="77777777" w:rsidR="00FE09D8" w:rsidRDefault="00FE09D8">
      <w:pPr>
        <w:spacing w:after="0"/>
      </w:pPr>
    </w:p>
    <w:p w14:paraId="69ED9B71" w14:textId="77777777" w:rsidR="00FE09D8" w:rsidRDefault="00000000">
      <w:pPr>
        <w:pStyle w:val="21"/>
        <w:spacing w:before="160" w:after="80" w:line="240" w:lineRule="auto"/>
      </w:pPr>
      <w:r>
        <w:rPr>
          <w:rFonts w:ascii="Noto Sans JP" w:eastAsia="Noto Sans JP" w:hAnsi="Noto Sans JP"/>
        </w:rPr>
        <w:t>16.1 納品物</w:t>
      </w:r>
    </w:p>
    <w:tbl>
      <w:tblPr>
        <w:tblStyle w:val="afe"/>
        <w:tblW w:w="0" w:type="auto"/>
        <w:jc w:val="center"/>
        <w:tblLayout w:type="fixed"/>
        <w:tblLook w:val="04A0" w:firstRow="1" w:lastRow="0" w:firstColumn="1" w:lastColumn="0" w:noHBand="0" w:noVBand="1"/>
      </w:tblPr>
      <w:tblGrid>
        <w:gridCol w:w="2376"/>
        <w:gridCol w:w="7488"/>
      </w:tblGrid>
      <w:tr w:rsidR="00FE09D8" w14:paraId="3BD471FD" w14:textId="77777777">
        <w:trPr>
          <w:tblHeader/>
          <w:jc w:val="center"/>
        </w:trPr>
        <w:tc>
          <w:tcPr>
            <w:tcW w:w="2376" w:type="dxa"/>
            <w:shd w:val="clear" w:color="auto" w:fill="153F5B"/>
            <w:tcMar>
              <w:top w:w="95" w:type="dxa"/>
              <w:left w:w="105" w:type="dxa"/>
              <w:bottom w:w="95" w:type="dxa"/>
              <w:right w:w="105" w:type="dxa"/>
            </w:tcMar>
            <w:vAlign w:val="center"/>
          </w:tcPr>
          <w:p w14:paraId="5B7120BB" w14:textId="77777777" w:rsidR="00FE09D8" w:rsidRDefault="00000000">
            <w:pPr>
              <w:spacing w:after="0" w:line="240" w:lineRule="auto"/>
            </w:pPr>
            <w:r>
              <w:rPr>
                <w:b/>
                <w:color w:val="FFFFFF"/>
                <w:sz w:val="17"/>
              </w:rPr>
              <w:t>成果物</w:t>
            </w:r>
          </w:p>
        </w:tc>
        <w:tc>
          <w:tcPr>
            <w:tcW w:w="7488" w:type="dxa"/>
            <w:shd w:val="clear" w:color="auto" w:fill="153F5B"/>
            <w:tcMar>
              <w:top w:w="95" w:type="dxa"/>
              <w:left w:w="105" w:type="dxa"/>
              <w:bottom w:w="95" w:type="dxa"/>
              <w:right w:w="105" w:type="dxa"/>
            </w:tcMar>
            <w:vAlign w:val="center"/>
          </w:tcPr>
          <w:p w14:paraId="1E01883E" w14:textId="77777777" w:rsidR="00FE09D8" w:rsidRDefault="00000000">
            <w:pPr>
              <w:spacing w:after="0" w:line="240" w:lineRule="auto"/>
            </w:pPr>
            <w:r>
              <w:rPr>
                <w:b/>
                <w:color w:val="FFFFFF"/>
                <w:sz w:val="17"/>
              </w:rPr>
              <w:t>内容</w:t>
            </w:r>
          </w:p>
        </w:tc>
      </w:tr>
      <w:tr w:rsidR="00FE09D8" w14:paraId="12B55A0C" w14:textId="77777777">
        <w:trPr>
          <w:cantSplit/>
          <w:jc w:val="center"/>
        </w:trPr>
        <w:tc>
          <w:tcPr>
            <w:tcW w:w="2376" w:type="dxa"/>
            <w:shd w:val="clear" w:color="auto" w:fill="FFFFFF"/>
            <w:tcMar>
              <w:top w:w="95" w:type="dxa"/>
              <w:left w:w="105" w:type="dxa"/>
              <w:bottom w:w="95" w:type="dxa"/>
              <w:right w:w="105" w:type="dxa"/>
            </w:tcMar>
            <w:vAlign w:val="center"/>
          </w:tcPr>
          <w:p w14:paraId="6025CAFA" w14:textId="77777777" w:rsidR="00FE09D8" w:rsidRDefault="00000000">
            <w:pPr>
              <w:spacing w:after="0" w:line="283" w:lineRule="auto"/>
            </w:pPr>
            <w:r>
              <w:rPr>
                <w:b/>
                <w:sz w:val="17"/>
              </w:rPr>
              <w:t>WordPress実装</w:t>
            </w:r>
          </w:p>
        </w:tc>
        <w:tc>
          <w:tcPr>
            <w:tcW w:w="7488" w:type="dxa"/>
            <w:shd w:val="clear" w:color="auto" w:fill="FFFFFF"/>
            <w:tcMar>
              <w:top w:w="95" w:type="dxa"/>
              <w:left w:w="105" w:type="dxa"/>
              <w:bottom w:w="95" w:type="dxa"/>
              <w:right w:w="105" w:type="dxa"/>
            </w:tcMar>
            <w:vAlign w:val="center"/>
          </w:tcPr>
          <w:p w14:paraId="24E8D162" w14:textId="77777777" w:rsidR="00FE09D8" w:rsidRDefault="00000000">
            <w:pPr>
              <w:spacing w:after="0" w:line="283" w:lineRule="auto"/>
              <w:rPr>
                <w:lang w:eastAsia="ja-JP"/>
              </w:rPr>
            </w:pPr>
            <w:r>
              <w:rPr>
                <w:sz w:val="17"/>
                <w:lang w:eastAsia="ja-JP"/>
              </w:rPr>
              <w:t>店舗発注、管理画面、DB、権限、帳票、連携、メール到達管理</w:t>
            </w:r>
          </w:p>
        </w:tc>
      </w:tr>
      <w:tr w:rsidR="00FE09D8" w14:paraId="016916F6" w14:textId="77777777">
        <w:trPr>
          <w:cantSplit/>
          <w:jc w:val="center"/>
        </w:trPr>
        <w:tc>
          <w:tcPr>
            <w:tcW w:w="2376" w:type="dxa"/>
            <w:shd w:val="clear" w:color="auto" w:fill="F3F5F7"/>
            <w:tcMar>
              <w:top w:w="95" w:type="dxa"/>
              <w:left w:w="105" w:type="dxa"/>
              <w:bottom w:w="95" w:type="dxa"/>
              <w:right w:w="105" w:type="dxa"/>
            </w:tcMar>
            <w:vAlign w:val="center"/>
          </w:tcPr>
          <w:p w14:paraId="524C2FBD" w14:textId="77777777" w:rsidR="00FE09D8" w:rsidRDefault="00000000">
            <w:pPr>
              <w:spacing w:after="0" w:line="283" w:lineRule="auto"/>
            </w:pPr>
            <w:proofErr w:type="spellStart"/>
            <w:r>
              <w:rPr>
                <w:b/>
                <w:sz w:val="17"/>
              </w:rPr>
              <w:t>環境設定書</w:t>
            </w:r>
            <w:proofErr w:type="spellEnd"/>
          </w:p>
        </w:tc>
        <w:tc>
          <w:tcPr>
            <w:tcW w:w="7488" w:type="dxa"/>
            <w:shd w:val="clear" w:color="auto" w:fill="F3F5F7"/>
            <w:tcMar>
              <w:top w:w="95" w:type="dxa"/>
              <w:left w:w="105" w:type="dxa"/>
              <w:bottom w:w="95" w:type="dxa"/>
              <w:right w:w="105" w:type="dxa"/>
            </w:tcMar>
            <w:vAlign w:val="center"/>
          </w:tcPr>
          <w:p w14:paraId="4FD03409" w14:textId="77777777" w:rsidR="00FE09D8" w:rsidRDefault="00000000">
            <w:pPr>
              <w:spacing w:after="0" w:line="283" w:lineRule="auto"/>
              <w:rPr>
                <w:lang w:eastAsia="ja-JP"/>
              </w:rPr>
            </w:pPr>
            <w:r>
              <w:rPr>
                <w:sz w:val="17"/>
                <w:lang w:eastAsia="ja-JP"/>
              </w:rPr>
              <w:t>さくらインターネット、PHP/MySQL、Cron、SSL、WAF、秘密情報</w:t>
            </w:r>
          </w:p>
        </w:tc>
      </w:tr>
      <w:tr w:rsidR="00FE09D8" w14:paraId="4CC3FA34" w14:textId="77777777">
        <w:trPr>
          <w:cantSplit/>
          <w:jc w:val="center"/>
        </w:trPr>
        <w:tc>
          <w:tcPr>
            <w:tcW w:w="2376" w:type="dxa"/>
            <w:shd w:val="clear" w:color="auto" w:fill="FFFFFF"/>
            <w:tcMar>
              <w:top w:w="95" w:type="dxa"/>
              <w:left w:w="105" w:type="dxa"/>
              <w:bottom w:w="95" w:type="dxa"/>
              <w:right w:w="105" w:type="dxa"/>
            </w:tcMar>
            <w:vAlign w:val="center"/>
          </w:tcPr>
          <w:p w14:paraId="37A29F1A" w14:textId="77777777" w:rsidR="00FE09D8" w:rsidRDefault="00000000">
            <w:pPr>
              <w:spacing w:after="0" w:line="283" w:lineRule="auto"/>
            </w:pPr>
            <w:proofErr w:type="spellStart"/>
            <w:r>
              <w:rPr>
                <w:b/>
                <w:sz w:val="17"/>
              </w:rPr>
              <w:t>運用手順書</w:t>
            </w:r>
            <w:proofErr w:type="spellEnd"/>
          </w:p>
        </w:tc>
        <w:tc>
          <w:tcPr>
            <w:tcW w:w="7488" w:type="dxa"/>
            <w:shd w:val="clear" w:color="auto" w:fill="FFFFFF"/>
            <w:tcMar>
              <w:top w:w="95" w:type="dxa"/>
              <w:left w:w="105" w:type="dxa"/>
              <w:bottom w:w="95" w:type="dxa"/>
              <w:right w:w="105" w:type="dxa"/>
            </w:tcMar>
            <w:vAlign w:val="center"/>
          </w:tcPr>
          <w:p w14:paraId="74BE8A13" w14:textId="77777777" w:rsidR="00FE09D8" w:rsidRDefault="00000000">
            <w:pPr>
              <w:spacing w:after="0" w:line="283" w:lineRule="auto"/>
              <w:rPr>
                <w:lang w:eastAsia="ja-JP"/>
              </w:rPr>
            </w:pPr>
            <w:r>
              <w:rPr>
                <w:sz w:val="17"/>
                <w:lang w:eastAsia="ja-JP"/>
              </w:rPr>
              <w:t>店舗・商品・発送日、取消、発送更新、再送、請求、領収証</w:t>
            </w:r>
          </w:p>
        </w:tc>
      </w:tr>
      <w:tr w:rsidR="00FE09D8" w14:paraId="7421E295" w14:textId="77777777">
        <w:trPr>
          <w:cantSplit/>
          <w:jc w:val="center"/>
        </w:trPr>
        <w:tc>
          <w:tcPr>
            <w:tcW w:w="2376" w:type="dxa"/>
            <w:shd w:val="clear" w:color="auto" w:fill="F3F5F7"/>
            <w:tcMar>
              <w:top w:w="95" w:type="dxa"/>
              <w:left w:w="105" w:type="dxa"/>
              <w:bottom w:w="95" w:type="dxa"/>
              <w:right w:w="105" w:type="dxa"/>
            </w:tcMar>
            <w:vAlign w:val="center"/>
          </w:tcPr>
          <w:p w14:paraId="15628E1C" w14:textId="77777777" w:rsidR="00FE09D8" w:rsidRDefault="00000000">
            <w:pPr>
              <w:spacing w:after="0" w:line="283" w:lineRule="auto"/>
            </w:pPr>
            <w:proofErr w:type="spellStart"/>
            <w:r>
              <w:rPr>
                <w:b/>
                <w:sz w:val="17"/>
              </w:rPr>
              <w:t>障害対応手順書</w:t>
            </w:r>
            <w:proofErr w:type="spellEnd"/>
          </w:p>
        </w:tc>
        <w:tc>
          <w:tcPr>
            <w:tcW w:w="7488" w:type="dxa"/>
            <w:shd w:val="clear" w:color="auto" w:fill="F3F5F7"/>
            <w:tcMar>
              <w:top w:w="95" w:type="dxa"/>
              <w:left w:w="105" w:type="dxa"/>
              <w:bottom w:w="95" w:type="dxa"/>
              <w:right w:w="105" w:type="dxa"/>
            </w:tcMar>
            <w:vAlign w:val="center"/>
          </w:tcPr>
          <w:p w14:paraId="00F28D43" w14:textId="77777777" w:rsidR="00FE09D8" w:rsidRDefault="00000000">
            <w:pPr>
              <w:spacing w:after="0" w:line="283" w:lineRule="auto"/>
              <w:rPr>
                <w:lang w:eastAsia="ja-JP"/>
              </w:rPr>
            </w:pPr>
            <w:r>
              <w:rPr>
                <w:sz w:val="17"/>
                <w:lang w:eastAsia="ja-JP"/>
              </w:rPr>
              <w:t>メール／Sheets／DB／Cron／バックアップ異常の切り分けと復旧</w:t>
            </w:r>
          </w:p>
        </w:tc>
      </w:tr>
      <w:tr w:rsidR="00FE09D8" w14:paraId="652B6B04" w14:textId="77777777">
        <w:trPr>
          <w:cantSplit/>
          <w:jc w:val="center"/>
        </w:trPr>
        <w:tc>
          <w:tcPr>
            <w:tcW w:w="2376" w:type="dxa"/>
            <w:shd w:val="clear" w:color="auto" w:fill="FFFFFF"/>
            <w:tcMar>
              <w:top w:w="95" w:type="dxa"/>
              <w:left w:w="105" w:type="dxa"/>
              <w:bottom w:w="95" w:type="dxa"/>
              <w:right w:w="105" w:type="dxa"/>
            </w:tcMar>
            <w:vAlign w:val="center"/>
          </w:tcPr>
          <w:p w14:paraId="52FE6484" w14:textId="77777777" w:rsidR="00FE09D8" w:rsidRDefault="00000000">
            <w:pPr>
              <w:spacing w:after="0" w:line="283" w:lineRule="auto"/>
            </w:pPr>
            <w:proofErr w:type="spellStart"/>
            <w:r>
              <w:rPr>
                <w:b/>
                <w:sz w:val="17"/>
              </w:rPr>
              <w:t>試験結果</w:t>
            </w:r>
            <w:proofErr w:type="spellEnd"/>
          </w:p>
        </w:tc>
        <w:tc>
          <w:tcPr>
            <w:tcW w:w="7488" w:type="dxa"/>
            <w:shd w:val="clear" w:color="auto" w:fill="FFFFFF"/>
            <w:tcMar>
              <w:top w:w="95" w:type="dxa"/>
              <w:left w:w="105" w:type="dxa"/>
              <w:bottom w:w="95" w:type="dxa"/>
              <w:right w:w="105" w:type="dxa"/>
            </w:tcMar>
            <w:vAlign w:val="center"/>
          </w:tcPr>
          <w:p w14:paraId="04630109" w14:textId="77777777" w:rsidR="00FE09D8" w:rsidRDefault="00000000">
            <w:pPr>
              <w:spacing w:after="0" w:line="283" w:lineRule="auto"/>
              <w:rPr>
                <w:lang w:eastAsia="ja-JP"/>
              </w:rPr>
            </w:pPr>
            <w:r>
              <w:rPr>
                <w:sz w:val="17"/>
                <w:lang w:eastAsia="ja-JP"/>
              </w:rPr>
              <w:t>受入試験A-01〜A-14、復元試験、ブラウザー確認</w:t>
            </w:r>
          </w:p>
        </w:tc>
      </w:tr>
      <w:tr w:rsidR="00FE09D8" w14:paraId="0F21D7C8" w14:textId="77777777">
        <w:trPr>
          <w:cantSplit/>
          <w:jc w:val="center"/>
        </w:trPr>
        <w:tc>
          <w:tcPr>
            <w:tcW w:w="2376" w:type="dxa"/>
            <w:shd w:val="clear" w:color="auto" w:fill="F3F5F7"/>
            <w:tcMar>
              <w:top w:w="95" w:type="dxa"/>
              <w:left w:w="105" w:type="dxa"/>
              <w:bottom w:w="95" w:type="dxa"/>
              <w:right w:w="105" w:type="dxa"/>
            </w:tcMar>
            <w:vAlign w:val="center"/>
          </w:tcPr>
          <w:p w14:paraId="4DB573DC" w14:textId="77777777" w:rsidR="00FE09D8" w:rsidRDefault="00000000">
            <w:pPr>
              <w:spacing w:after="0" w:line="283" w:lineRule="auto"/>
            </w:pPr>
            <w:proofErr w:type="spellStart"/>
            <w:r>
              <w:rPr>
                <w:b/>
                <w:sz w:val="17"/>
              </w:rPr>
              <w:t>UI画面集</w:t>
            </w:r>
            <w:proofErr w:type="spellEnd"/>
          </w:p>
        </w:tc>
        <w:tc>
          <w:tcPr>
            <w:tcW w:w="7488" w:type="dxa"/>
            <w:shd w:val="clear" w:color="auto" w:fill="F3F5F7"/>
            <w:tcMar>
              <w:top w:w="95" w:type="dxa"/>
              <w:left w:w="105" w:type="dxa"/>
              <w:bottom w:w="95" w:type="dxa"/>
              <w:right w:w="105" w:type="dxa"/>
            </w:tcMar>
            <w:vAlign w:val="center"/>
          </w:tcPr>
          <w:p w14:paraId="452A9EFB" w14:textId="77777777" w:rsidR="00FE09D8" w:rsidRDefault="00000000">
            <w:pPr>
              <w:spacing w:after="0" w:line="283" w:lineRule="auto"/>
              <w:rPr>
                <w:lang w:eastAsia="ja-JP"/>
              </w:rPr>
            </w:pPr>
            <w:r>
              <w:rPr>
                <w:sz w:val="17"/>
                <w:lang w:eastAsia="ja-JP"/>
              </w:rPr>
              <w:t>店舗3画面と管理7画面の画像化PDF</w:t>
            </w:r>
          </w:p>
        </w:tc>
      </w:tr>
    </w:tbl>
    <w:p w14:paraId="205FC9E8" w14:textId="77777777" w:rsidR="00FE09D8" w:rsidRDefault="00FE09D8">
      <w:pPr>
        <w:spacing w:after="0"/>
        <w:rPr>
          <w:lang w:eastAsia="ja-JP"/>
        </w:rPr>
      </w:pPr>
    </w:p>
    <w:tbl>
      <w:tblPr>
        <w:tblW w:w="0" w:type="auto"/>
        <w:jc w:val="center"/>
        <w:tblLayout w:type="fixed"/>
        <w:tblLook w:val="04A0" w:firstRow="1" w:lastRow="0" w:firstColumn="1" w:lastColumn="0" w:noHBand="0" w:noVBand="1"/>
      </w:tblPr>
      <w:tblGrid>
        <w:gridCol w:w="4997"/>
        <w:gridCol w:w="4997"/>
      </w:tblGrid>
      <w:tr w:rsidR="00FE09D8" w14:paraId="3223B01C" w14:textId="77777777">
        <w:trPr>
          <w:jc w:val="center"/>
        </w:trPr>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vAlign w:val="center"/>
          </w:tcPr>
          <w:p w14:paraId="15D1903E" w14:textId="77777777" w:rsidR="00FE09D8" w:rsidRDefault="00000000">
            <w:pPr>
              <w:spacing w:after="0" w:line="240" w:lineRule="auto"/>
              <w:jc w:val="center"/>
            </w:pPr>
            <w:r>
              <w:rPr>
                <w:b/>
                <w:color w:val="087A5B"/>
                <w:sz w:val="16"/>
              </w:rPr>
              <w:t>READY</w:t>
            </w:r>
          </w:p>
        </w:tc>
        <w:tc>
          <w:tcPr>
            <w:tcW w:w="4997" w:type="dxa"/>
            <w:tcBorders>
              <w:top w:val="single" w:sz="10" w:space="0" w:color="087A5B"/>
              <w:left w:val="single" w:sz="10" w:space="0" w:color="087A5B"/>
              <w:bottom w:val="single" w:sz="10" w:space="0" w:color="087A5B"/>
              <w:right w:val="single" w:sz="10" w:space="0" w:color="087A5B"/>
            </w:tcBorders>
            <w:shd w:val="clear" w:color="auto" w:fill="EAF7F2"/>
            <w:tcMar>
              <w:top w:w="150" w:type="dxa"/>
              <w:left w:w="150" w:type="dxa"/>
              <w:bottom w:w="150" w:type="dxa"/>
              <w:right w:w="150" w:type="dxa"/>
            </w:tcMar>
          </w:tcPr>
          <w:p w14:paraId="23974E87" w14:textId="77777777" w:rsidR="00FE09D8" w:rsidRDefault="00000000">
            <w:pPr>
              <w:spacing w:after="40" w:line="240" w:lineRule="auto"/>
              <w:rPr>
                <w:lang w:eastAsia="ja-JP"/>
              </w:rPr>
            </w:pPr>
            <w:r>
              <w:rPr>
                <w:b/>
                <w:color w:val="087A5B"/>
                <w:lang w:eastAsia="ja-JP"/>
              </w:rPr>
              <w:t>実装開始条件</w:t>
            </w:r>
          </w:p>
          <w:p w14:paraId="7EAC46C3" w14:textId="77777777" w:rsidR="00FE09D8" w:rsidRDefault="00000000">
            <w:pPr>
              <w:spacing w:after="0"/>
              <w:rPr>
                <w:lang w:eastAsia="ja-JP"/>
              </w:rPr>
            </w:pPr>
            <w:r>
              <w:rPr>
                <w:sz w:val="17"/>
                <w:lang w:eastAsia="ja-JP"/>
              </w:rPr>
              <w:t>確定待ちパラメータのうち No.1〜3 とメール配信基盤を確定し、本仕様書の受入試験と合わせて発注者・受注者が合意した後に実装へ進む。</w:t>
            </w:r>
          </w:p>
        </w:tc>
      </w:tr>
    </w:tbl>
    <w:p w14:paraId="1E27F306" w14:textId="77777777" w:rsidR="00FE09D8" w:rsidRDefault="00FE09D8">
      <w:pPr>
        <w:spacing w:after="0"/>
        <w:rPr>
          <w:lang w:eastAsia="ja-JP"/>
        </w:rPr>
      </w:pPr>
    </w:p>
    <w:p w14:paraId="7DA2E047" w14:textId="77777777" w:rsidR="00FE09D8" w:rsidRDefault="00000000">
      <w:pPr>
        <w:pStyle w:val="21"/>
        <w:spacing w:before="160" w:after="80" w:line="240" w:lineRule="auto"/>
      </w:pPr>
      <w:r>
        <w:rPr>
          <w:rFonts w:ascii="Noto Sans JP" w:eastAsia="Noto Sans JP" w:hAnsi="Noto Sans JP"/>
        </w:rPr>
        <w:t xml:space="preserve">16.2 </w:t>
      </w:r>
      <w:proofErr w:type="spellStart"/>
      <w:r>
        <w:rPr>
          <w:rFonts w:ascii="Noto Sans JP" w:eastAsia="Noto Sans JP" w:hAnsi="Noto Sans JP"/>
        </w:rPr>
        <w:t>改訂履歴</w:t>
      </w:r>
      <w:proofErr w:type="spellEnd"/>
    </w:p>
    <w:tbl>
      <w:tblPr>
        <w:tblStyle w:val="afe"/>
        <w:tblW w:w="0" w:type="auto"/>
        <w:jc w:val="center"/>
        <w:tblLayout w:type="fixed"/>
        <w:tblLook w:val="04A0" w:firstRow="1" w:lastRow="0" w:firstColumn="1" w:lastColumn="0" w:noHBand="0" w:noVBand="1"/>
      </w:tblPr>
      <w:tblGrid>
        <w:gridCol w:w="1080"/>
        <w:gridCol w:w="1872"/>
        <w:gridCol w:w="6912"/>
      </w:tblGrid>
      <w:tr w:rsidR="00FE09D8" w14:paraId="30D664D9" w14:textId="77777777">
        <w:trPr>
          <w:tblHeader/>
          <w:jc w:val="center"/>
        </w:trPr>
        <w:tc>
          <w:tcPr>
            <w:tcW w:w="1080" w:type="dxa"/>
            <w:shd w:val="clear" w:color="auto" w:fill="153F5B"/>
            <w:tcMar>
              <w:top w:w="95" w:type="dxa"/>
              <w:left w:w="105" w:type="dxa"/>
              <w:bottom w:w="95" w:type="dxa"/>
              <w:right w:w="105" w:type="dxa"/>
            </w:tcMar>
            <w:vAlign w:val="center"/>
          </w:tcPr>
          <w:p w14:paraId="6C82FF59" w14:textId="77777777" w:rsidR="00FE09D8" w:rsidRDefault="00000000">
            <w:pPr>
              <w:spacing w:after="0" w:line="240" w:lineRule="auto"/>
            </w:pPr>
            <w:r>
              <w:rPr>
                <w:b/>
                <w:color w:val="FFFFFF"/>
                <w:sz w:val="16"/>
              </w:rPr>
              <w:t>版</w:t>
            </w:r>
          </w:p>
        </w:tc>
        <w:tc>
          <w:tcPr>
            <w:tcW w:w="1872" w:type="dxa"/>
            <w:shd w:val="clear" w:color="auto" w:fill="153F5B"/>
            <w:tcMar>
              <w:top w:w="95" w:type="dxa"/>
              <w:left w:w="105" w:type="dxa"/>
              <w:bottom w:w="95" w:type="dxa"/>
              <w:right w:w="105" w:type="dxa"/>
            </w:tcMar>
            <w:vAlign w:val="center"/>
          </w:tcPr>
          <w:p w14:paraId="788AE766" w14:textId="77777777" w:rsidR="00FE09D8" w:rsidRDefault="00000000">
            <w:pPr>
              <w:spacing w:after="0" w:line="240" w:lineRule="auto"/>
            </w:pPr>
            <w:r>
              <w:rPr>
                <w:b/>
                <w:color w:val="FFFFFF"/>
                <w:sz w:val="16"/>
              </w:rPr>
              <w:t>日付</w:t>
            </w:r>
          </w:p>
        </w:tc>
        <w:tc>
          <w:tcPr>
            <w:tcW w:w="6912" w:type="dxa"/>
            <w:shd w:val="clear" w:color="auto" w:fill="153F5B"/>
            <w:tcMar>
              <w:top w:w="95" w:type="dxa"/>
              <w:left w:w="105" w:type="dxa"/>
              <w:bottom w:w="95" w:type="dxa"/>
              <w:right w:w="105" w:type="dxa"/>
            </w:tcMar>
            <w:vAlign w:val="center"/>
          </w:tcPr>
          <w:p w14:paraId="03DC2DD1" w14:textId="77777777" w:rsidR="00FE09D8" w:rsidRDefault="00000000">
            <w:pPr>
              <w:spacing w:after="0" w:line="240" w:lineRule="auto"/>
            </w:pPr>
            <w:r>
              <w:rPr>
                <w:b/>
                <w:color w:val="FFFFFF"/>
                <w:sz w:val="16"/>
              </w:rPr>
              <w:t>改訂内容</w:t>
            </w:r>
          </w:p>
        </w:tc>
      </w:tr>
      <w:tr w:rsidR="00FE09D8" w14:paraId="21BB2BAC" w14:textId="77777777">
        <w:trPr>
          <w:cantSplit/>
          <w:jc w:val="center"/>
        </w:trPr>
        <w:tc>
          <w:tcPr>
            <w:tcW w:w="1080" w:type="dxa"/>
            <w:shd w:val="clear" w:color="auto" w:fill="FFFFFF"/>
            <w:tcMar>
              <w:top w:w="95" w:type="dxa"/>
              <w:left w:w="105" w:type="dxa"/>
              <w:bottom w:w="95" w:type="dxa"/>
              <w:right w:w="105" w:type="dxa"/>
            </w:tcMar>
            <w:vAlign w:val="center"/>
          </w:tcPr>
          <w:p w14:paraId="2BE79BF8" w14:textId="77777777" w:rsidR="00FE09D8" w:rsidRDefault="00000000">
            <w:pPr>
              <w:spacing w:after="0" w:line="283" w:lineRule="auto"/>
            </w:pPr>
            <w:r>
              <w:rPr>
                <w:b/>
                <w:sz w:val="16"/>
              </w:rPr>
              <w:t>v0.1</w:t>
            </w:r>
          </w:p>
        </w:tc>
        <w:tc>
          <w:tcPr>
            <w:tcW w:w="1872" w:type="dxa"/>
            <w:shd w:val="clear" w:color="auto" w:fill="FFFFFF"/>
            <w:tcMar>
              <w:top w:w="95" w:type="dxa"/>
              <w:left w:w="105" w:type="dxa"/>
              <w:bottom w:w="95" w:type="dxa"/>
              <w:right w:w="105" w:type="dxa"/>
            </w:tcMar>
            <w:vAlign w:val="center"/>
          </w:tcPr>
          <w:p w14:paraId="6F574957" w14:textId="77777777" w:rsidR="00FE09D8" w:rsidRDefault="00000000">
            <w:pPr>
              <w:spacing w:after="0" w:line="283" w:lineRule="auto"/>
            </w:pPr>
            <w:r>
              <w:rPr>
                <w:sz w:val="16"/>
              </w:rPr>
              <w:t>2026年9月</w:t>
            </w:r>
          </w:p>
        </w:tc>
        <w:tc>
          <w:tcPr>
            <w:tcW w:w="6912" w:type="dxa"/>
            <w:shd w:val="clear" w:color="auto" w:fill="FFFFFF"/>
            <w:tcMar>
              <w:top w:w="95" w:type="dxa"/>
              <w:left w:w="105" w:type="dxa"/>
              <w:bottom w:w="95" w:type="dxa"/>
              <w:right w:w="105" w:type="dxa"/>
            </w:tcMar>
            <w:vAlign w:val="center"/>
          </w:tcPr>
          <w:p w14:paraId="02A57D0E" w14:textId="77777777" w:rsidR="00FE09D8" w:rsidRDefault="00000000">
            <w:pPr>
              <w:spacing w:after="0" w:line="283" w:lineRule="auto"/>
            </w:pPr>
            <w:r>
              <w:rPr>
                <w:sz w:val="16"/>
              </w:rPr>
              <w:t>初版：WordPress発注、個別契約、月次請求の基本構想</w:t>
            </w:r>
          </w:p>
        </w:tc>
      </w:tr>
      <w:tr w:rsidR="00FE09D8" w14:paraId="4A39E910" w14:textId="77777777">
        <w:trPr>
          <w:cantSplit/>
          <w:jc w:val="center"/>
        </w:trPr>
        <w:tc>
          <w:tcPr>
            <w:tcW w:w="1080" w:type="dxa"/>
            <w:shd w:val="clear" w:color="auto" w:fill="F3F5F7"/>
            <w:tcMar>
              <w:top w:w="95" w:type="dxa"/>
              <w:left w:w="105" w:type="dxa"/>
              <w:bottom w:w="95" w:type="dxa"/>
              <w:right w:w="105" w:type="dxa"/>
            </w:tcMar>
            <w:vAlign w:val="center"/>
          </w:tcPr>
          <w:p w14:paraId="2487380F" w14:textId="77777777" w:rsidR="00FE09D8" w:rsidRDefault="00000000">
            <w:pPr>
              <w:spacing w:after="0" w:line="283" w:lineRule="auto"/>
            </w:pPr>
            <w:r>
              <w:rPr>
                <w:b/>
                <w:sz w:val="16"/>
              </w:rPr>
              <w:t>v0.2</w:t>
            </w:r>
          </w:p>
        </w:tc>
        <w:tc>
          <w:tcPr>
            <w:tcW w:w="1872" w:type="dxa"/>
            <w:shd w:val="clear" w:color="auto" w:fill="F3F5F7"/>
            <w:tcMar>
              <w:top w:w="95" w:type="dxa"/>
              <w:left w:w="105" w:type="dxa"/>
              <w:bottom w:w="95" w:type="dxa"/>
              <w:right w:w="105" w:type="dxa"/>
            </w:tcMar>
            <w:vAlign w:val="center"/>
          </w:tcPr>
          <w:p w14:paraId="727E685E" w14:textId="77777777" w:rsidR="00FE09D8" w:rsidRDefault="00000000">
            <w:pPr>
              <w:spacing w:after="0" w:line="283" w:lineRule="auto"/>
            </w:pPr>
            <w:r>
              <w:rPr>
                <w:sz w:val="16"/>
              </w:rPr>
              <w:t>2026年9月</w:t>
            </w:r>
          </w:p>
        </w:tc>
        <w:tc>
          <w:tcPr>
            <w:tcW w:w="6912" w:type="dxa"/>
            <w:shd w:val="clear" w:color="auto" w:fill="F3F5F7"/>
            <w:tcMar>
              <w:top w:w="95" w:type="dxa"/>
              <w:left w:w="105" w:type="dxa"/>
              <w:bottom w:w="95" w:type="dxa"/>
              <w:right w:w="105" w:type="dxa"/>
            </w:tcMar>
            <w:vAlign w:val="center"/>
          </w:tcPr>
          <w:p w14:paraId="7676E4F1" w14:textId="77777777" w:rsidR="00FE09D8" w:rsidRDefault="00000000">
            <w:pPr>
              <w:spacing w:after="0" w:line="283" w:lineRule="auto"/>
              <w:rPr>
                <w:lang w:eastAsia="ja-JP"/>
              </w:rPr>
            </w:pPr>
            <w:r>
              <w:rPr>
                <w:sz w:val="16"/>
                <w:lang w:eastAsia="ja-JP"/>
              </w:rPr>
              <w:t>契約条項、商品荷姿、複数宛先、さくらインターネットを追加</w:t>
            </w:r>
          </w:p>
        </w:tc>
      </w:tr>
      <w:tr w:rsidR="00FE09D8" w14:paraId="3CF20DAA" w14:textId="77777777">
        <w:trPr>
          <w:cantSplit/>
          <w:jc w:val="center"/>
        </w:trPr>
        <w:tc>
          <w:tcPr>
            <w:tcW w:w="1080" w:type="dxa"/>
            <w:shd w:val="clear" w:color="auto" w:fill="FFFFFF"/>
            <w:tcMar>
              <w:top w:w="95" w:type="dxa"/>
              <w:left w:w="105" w:type="dxa"/>
              <w:bottom w:w="95" w:type="dxa"/>
              <w:right w:w="105" w:type="dxa"/>
            </w:tcMar>
            <w:vAlign w:val="center"/>
          </w:tcPr>
          <w:p w14:paraId="2AAED9DD" w14:textId="77777777" w:rsidR="00FE09D8" w:rsidRDefault="00000000">
            <w:pPr>
              <w:spacing w:after="0" w:line="283" w:lineRule="auto"/>
            </w:pPr>
            <w:r>
              <w:rPr>
                <w:b/>
                <w:sz w:val="16"/>
              </w:rPr>
              <w:t>v0.3</w:t>
            </w:r>
          </w:p>
        </w:tc>
        <w:tc>
          <w:tcPr>
            <w:tcW w:w="1872" w:type="dxa"/>
            <w:shd w:val="clear" w:color="auto" w:fill="FFFFFF"/>
            <w:tcMar>
              <w:top w:w="95" w:type="dxa"/>
              <w:left w:w="105" w:type="dxa"/>
              <w:bottom w:w="95" w:type="dxa"/>
              <w:right w:w="105" w:type="dxa"/>
            </w:tcMar>
            <w:vAlign w:val="center"/>
          </w:tcPr>
          <w:p w14:paraId="10E8BEF7" w14:textId="77777777" w:rsidR="00FE09D8" w:rsidRDefault="00000000">
            <w:pPr>
              <w:spacing w:after="0" w:line="283" w:lineRule="auto"/>
            </w:pPr>
            <w:r>
              <w:rPr>
                <w:sz w:val="16"/>
              </w:rPr>
              <w:t>2026年9月19日</w:t>
            </w:r>
          </w:p>
        </w:tc>
        <w:tc>
          <w:tcPr>
            <w:tcW w:w="6912" w:type="dxa"/>
            <w:shd w:val="clear" w:color="auto" w:fill="FFFFFF"/>
            <w:tcMar>
              <w:top w:w="95" w:type="dxa"/>
              <w:left w:w="105" w:type="dxa"/>
              <w:bottom w:w="95" w:type="dxa"/>
              <w:right w:w="105" w:type="dxa"/>
            </w:tcMar>
            <w:vAlign w:val="center"/>
          </w:tcPr>
          <w:p w14:paraId="4BF2CEBD" w14:textId="77777777" w:rsidR="00FE09D8" w:rsidRDefault="00000000">
            <w:pPr>
              <w:spacing w:after="0" w:line="283" w:lineRule="auto"/>
              <w:rPr>
                <w:lang w:eastAsia="ja-JP"/>
              </w:rPr>
            </w:pPr>
            <w:r>
              <w:rPr>
                <w:sz w:val="16"/>
                <w:lang w:eastAsia="ja-JP"/>
              </w:rPr>
              <w:t>契約状態を除外。店舗発送先連動メール、到達確認、発送2状態、発送日設定、取消削除、発送済み請求へ全面改訂</w:t>
            </w:r>
          </w:p>
        </w:tc>
      </w:tr>
    </w:tbl>
    <w:p w14:paraId="2D0306E7" w14:textId="77777777" w:rsidR="00FE09D8" w:rsidRDefault="00FE09D8">
      <w:pPr>
        <w:spacing w:after="0"/>
        <w:rPr>
          <w:lang w:eastAsia="ja-JP"/>
        </w:rPr>
      </w:pPr>
    </w:p>
    <w:sectPr w:rsidR="00FE09D8" w:rsidSect="00034616">
      <w:headerReference w:type="default" r:id="rId9"/>
      <w:footerReference w:type="default" r:id="rId10"/>
      <w:pgSz w:w="12240" w:h="15840"/>
      <w:pgMar w:top="893" w:right="1123" w:bottom="936" w:left="1123"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E9E7A" w14:textId="77777777" w:rsidR="0040123C" w:rsidRDefault="0040123C">
      <w:pPr>
        <w:spacing w:after="0" w:line="240" w:lineRule="auto"/>
      </w:pPr>
      <w:r>
        <w:separator/>
      </w:r>
    </w:p>
  </w:endnote>
  <w:endnote w:type="continuationSeparator" w:id="0">
    <w:p w14:paraId="2240AB5B" w14:textId="77777777" w:rsidR="0040123C" w:rsidRDefault="00401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820C" w14:textId="77777777" w:rsidR="00FE09D8" w:rsidRDefault="00FE09D8">
    <w:pPr>
      <w:pStyle w:val="a7"/>
    </w:pPr>
  </w:p>
  <w:tbl>
    <w:tblPr>
      <w:tblW w:w="0" w:type="auto"/>
      <w:tblLayout w:type="fixed"/>
      <w:tblLook w:val="04A0" w:firstRow="1" w:lastRow="0" w:firstColumn="1" w:lastColumn="0" w:noHBand="0" w:noVBand="1"/>
    </w:tblPr>
    <w:tblGrid>
      <w:gridCol w:w="4997"/>
      <w:gridCol w:w="4997"/>
    </w:tblGrid>
    <w:tr w:rsidR="00FE09D8" w14:paraId="477D0FB3" w14:textId="77777777">
      <w:tc>
        <w:tcPr>
          <w:tcW w:w="4997" w:type="dxa"/>
          <w:tcBorders>
            <w:top w:val="single" w:sz="6" w:space="0" w:color="D9E2E8"/>
          </w:tcBorders>
          <w:tcMar>
            <w:top w:w="70" w:type="dxa"/>
            <w:left w:w="0" w:type="dxa"/>
            <w:bottom w:w="0" w:type="dxa"/>
            <w:right w:w="0" w:type="dxa"/>
          </w:tcMar>
        </w:tcPr>
        <w:p w14:paraId="5391E059" w14:textId="77777777" w:rsidR="00FE09D8" w:rsidRDefault="00000000">
          <w:pPr>
            <w:spacing w:after="0" w:line="240" w:lineRule="auto"/>
          </w:pPr>
          <w:r>
            <w:rPr>
              <w:color w:val="526273"/>
              <w:sz w:val="15"/>
            </w:rPr>
            <w:t xml:space="preserve">WordPress </w:t>
          </w:r>
          <w:proofErr w:type="spellStart"/>
          <w:r>
            <w:rPr>
              <w:color w:val="526273"/>
              <w:sz w:val="15"/>
            </w:rPr>
            <w:t>発注管理システム仕様書</w:t>
          </w:r>
          <w:proofErr w:type="spellEnd"/>
          <w:r>
            <w:rPr>
              <w:color w:val="526273"/>
              <w:sz w:val="15"/>
            </w:rPr>
            <w:t xml:space="preserve">  |  v0.3</w:t>
          </w:r>
        </w:p>
      </w:tc>
      <w:tc>
        <w:tcPr>
          <w:tcW w:w="4997" w:type="dxa"/>
          <w:tcBorders>
            <w:top w:val="single" w:sz="6" w:space="0" w:color="D9E2E8"/>
          </w:tcBorders>
          <w:tcMar>
            <w:top w:w="70" w:type="dxa"/>
            <w:left w:w="0" w:type="dxa"/>
            <w:bottom w:w="0" w:type="dxa"/>
            <w:right w:w="0" w:type="dxa"/>
          </w:tcMar>
        </w:tcPr>
        <w:p w14:paraId="1E5895F1" w14:textId="77777777" w:rsidR="00FE09D8" w:rsidRDefault="00000000">
          <w:pPr>
            <w:spacing w:after="0" w:line="240" w:lineRule="auto"/>
            <w:jc w:val="right"/>
          </w:pPr>
          <w:r>
            <w:rPr>
              <w:rFonts w:ascii="Aptos" w:eastAsia="Aptos" w:hAnsi="Aptos"/>
              <w:color w:val="526273"/>
              <w:sz w:val="15"/>
            </w:rPr>
            <w:t xml:space="preserve">PAGE </w:t>
          </w:r>
          <w:r>
            <w:fldChar w:fldCharType="begin"/>
          </w:r>
          <w:r>
            <w:instrText xml:space="preserve"> PAGE </w:instrText>
          </w:r>
          <w:r>
            <w:fldChar w:fldCharType="separate"/>
          </w:r>
          <w: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27FB9" w14:textId="77777777" w:rsidR="0040123C" w:rsidRDefault="0040123C">
      <w:pPr>
        <w:spacing w:after="0" w:line="240" w:lineRule="auto"/>
      </w:pPr>
      <w:r>
        <w:separator/>
      </w:r>
    </w:p>
  </w:footnote>
  <w:footnote w:type="continuationSeparator" w:id="0">
    <w:p w14:paraId="48D5C346" w14:textId="77777777" w:rsidR="0040123C" w:rsidRDefault="00401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A5D9" w14:textId="77777777" w:rsidR="00FE09D8" w:rsidRDefault="00000000">
    <w:pPr>
      <w:pStyle w:val="a5"/>
      <w:jc w:val="right"/>
    </w:pPr>
    <w:r>
      <w:rPr>
        <w:rFonts w:ascii="Aptos" w:eastAsia="Aptos" w:hAnsi="Aptos"/>
        <w:color w:val="526273"/>
        <w:sz w:val="15"/>
      </w:rPr>
      <w:t>WORDPRESS ORDER MANAGEMENT  /  SYSTEM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99996177">
    <w:abstractNumId w:val="8"/>
  </w:num>
  <w:num w:numId="2" w16cid:durableId="1729113966">
    <w:abstractNumId w:val="6"/>
  </w:num>
  <w:num w:numId="3" w16cid:durableId="1717781493">
    <w:abstractNumId w:val="5"/>
  </w:num>
  <w:num w:numId="4" w16cid:durableId="1708412006">
    <w:abstractNumId w:val="4"/>
  </w:num>
  <w:num w:numId="5" w16cid:durableId="1849560771">
    <w:abstractNumId w:val="7"/>
  </w:num>
  <w:num w:numId="6" w16cid:durableId="736514166">
    <w:abstractNumId w:val="3"/>
  </w:num>
  <w:num w:numId="7" w16cid:durableId="924072394">
    <w:abstractNumId w:val="2"/>
  </w:num>
  <w:num w:numId="8" w16cid:durableId="1530143136">
    <w:abstractNumId w:val="1"/>
  </w:num>
  <w:num w:numId="9" w16cid:durableId="34619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0D5F"/>
    <w:rsid w:val="00326F90"/>
    <w:rsid w:val="0040123C"/>
    <w:rsid w:val="00AA1D8D"/>
    <w:rsid w:val="00B47730"/>
    <w:rsid w:val="00CB0664"/>
    <w:rsid w:val="00DB4400"/>
    <w:rsid w:val="00FC693F"/>
    <w:rsid w:val="00FE0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3206461"/>
  <w14:defaultImageDpi w14:val="300"/>
  <w15:docId w15:val="{67736C64-4E1D-437E-AB36-EA2C7ECB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00" w:lineRule="auto"/>
    </w:pPr>
    <w:rPr>
      <w:rFonts w:ascii="Noto Sans JP" w:eastAsia="Noto Sans JP" w:hAnsi="Noto Sans JP"/>
      <w:color w:val="172033"/>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02C42"/>
      <w:sz w:val="4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153F5B"/>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153F5B"/>
      <w:sz w:val="2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02C42"/>
      <w:spacing w:val="5"/>
      <w:kern w:val="28"/>
      <w:sz w:val="5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526273"/>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18"/>
    </w:rPr>
  </w:style>
  <w:style w:type="paragraph" w:styleId="20">
    <w:name w:val="List Bullet 2"/>
    <w:basedOn w:val="a1"/>
    <w:uiPriority w:val="99"/>
    <w:unhideWhenUsed/>
    <w:rsid w:val="00326F90"/>
    <w:pPr>
      <w:numPr>
        <w:numId w:val="2"/>
      </w:numPr>
      <w:contextualSpacing/>
    </w:pPr>
    <w:rPr>
      <w:sz w:val="18"/>
    </w:r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rPr>
      <w:sz w:val="18"/>
    </w:r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1903</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恵司 松本</cp:lastModifiedBy>
  <cp:revision>2</cp:revision>
  <dcterms:created xsi:type="dcterms:W3CDTF">2013-12-23T23:15:00Z</dcterms:created>
  <dcterms:modified xsi:type="dcterms:W3CDTF">2026-09-19T08:26:00Z</dcterms:modified>
  <cp:category/>
</cp:coreProperties>
</file>