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6A832" w14:textId="6AEA3A08" w:rsidR="00F903D9" w:rsidRDefault="00000000" w:rsidP="004E095A">
      <w:pPr>
        <w:spacing w:after="0" w:line="240" w:lineRule="auto"/>
        <w:jc w:val="center"/>
        <w:rPr>
          <w:rFonts w:ascii="ＭＳ ゴシック" w:eastAsia="ＭＳ ゴシック" w:hAnsi="ＭＳ ゴシック"/>
          <w:sz w:val="28"/>
          <w:szCs w:val="28"/>
          <w:lang w:eastAsia="ja-JP"/>
        </w:rPr>
      </w:pPr>
      <w:r w:rsidRPr="004E095A">
        <w:rPr>
          <w:rFonts w:ascii="ＭＳ ゴシック" w:eastAsia="ＭＳ ゴシック" w:hAnsi="ＭＳ ゴシック"/>
          <w:sz w:val="28"/>
          <w:szCs w:val="28"/>
          <w:lang w:eastAsia="ja-JP"/>
        </w:rPr>
        <w:t>マクロ開発仕様書（</w:t>
      </w:r>
      <w:bookmarkStart w:id="0" w:name="_Hlk202861519"/>
      <w:r w:rsidR="004057A7">
        <w:rPr>
          <w:rFonts w:ascii="ＭＳ ゴシック" w:eastAsia="ＭＳ ゴシック" w:hAnsi="ＭＳ ゴシック" w:hint="eastAsia"/>
          <w:sz w:val="28"/>
          <w:szCs w:val="28"/>
          <w:lang w:eastAsia="ja-JP"/>
        </w:rPr>
        <w:t>CADポリライン座標化</w:t>
      </w:r>
      <w:bookmarkEnd w:id="0"/>
      <w:r w:rsidRPr="004E095A">
        <w:rPr>
          <w:rFonts w:ascii="ＭＳ ゴシック" w:eastAsia="ＭＳ ゴシック" w:hAnsi="ＭＳ ゴシック"/>
          <w:sz w:val="28"/>
          <w:szCs w:val="28"/>
          <w:lang w:eastAsia="ja-JP"/>
        </w:rPr>
        <w:t>）</w:t>
      </w:r>
    </w:p>
    <w:p w14:paraId="6A9C5F9A" w14:textId="77777777" w:rsidR="004E095A" w:rsidRPr="004E095A" w:rsidRDefault="004E095A" w:rsidP="004E095A">
      <w:pPr>
        <w:spacing w:after="0" w:line="240" w:lineRule="auto"/>
        <w:rPr>
          <w:rFonts w:ascii="ＭＳ ゴシック" w:eastAsia="ＭＳ ゴシック" w:hAnsi="ＭＳ ゴシック"/>
          <w:sz w:val="21"/>
          <w:szCs w:val="21"/>
          <w:lang w:eastAsia="ja-JP"/>
        </w:rPr>
      </w:pPr>
    </w:p>
    <w:p w14:paraId="391C80D2" w14:textId="77777777" w:rsidR="004E095A" w:rsidRPr="004E095A" w:rsidRDefault="00000000" w:rsidP="004E095A">
      <w:pPr>
        <w:pStyle w:val="ae"/>
        <w:numPr>
          <w:ilvl w:val="0"/>
          <w:numId w:val="14"/>
        </w:numPr>
        <w:spacing w:after="0" w:line="240" w:lineRule="auto"/>
        <w:rPr>
          <w:rFonts w:ascii="ＭＳ ゴシック" w:eastAsia="ＭＳ ゴシック" w:hAnsi="ＭＳ ゴシック"/>
          <w:b/>
          <w:bCs/>
          <w:sz w:val="21"/>
          <w:szCs w:val="21"/>
          <w:lang w:eastAsia="ja-JP"/>
        </w:rPr>
      </w:pPr>
      <w:r w:rsidRPr="004E095A">
        <w:rPr>
          <w:rFonts w:ascii="ＭＳ ゴシック" w:eastAsia="ＭＳ ゴシック" w:hAnsi="ＭＳ ゴシック"/>
          <w:sz w:val="21"/>
          <w:szCs w:val="21"/>
          <w:lang w:eastAsia="ja-JP"/>
        </w:rPr>
        <w:t>プロジェクト概要</w:t>
      </w:r>
    </w:p>
    <w:p w14:paraId="66FAFF6E" w14:textId="3406FAFE" w:rsidR="004E095A" w:rsidRPr="004E095A" w:rsidRDefault="00000000" w:rsidP="004E095A">
      <w:pPr>
        <w:spacing w:after="0" w:line="240" w:lineRule="auto"/>
        <w:ind w:leftChars="100" w:left="220"/>
        <w:rPr>
          <w:sz w:val="21"/>
          <w:szCs w:val="21"/>
          <w:lang w:eastAsia="ja-JP"/>
        </w:rPr>
      </w:pPr>
      <w:r w:rsidRPr="00CD32F0">
        <w:rPr>
          <w:sz w:val="21"/>
          <w:szCs w:val="21"/>
          <w:lang w:eastAsia="ja-JP"/>
        </w:rPr>
        <w:t>案件名</w:t>
      </w:r>
      <w:r w:rsidRPr="004E095A">
        <w:rPr>
          <w:sz w:val="21"/>
          <w:szCs w:val="21"/>
          <w:lang w:eastAsia="ja-JP"/>
        </w:rPr>
        <w:t>：</w:t>
      </w:r>
      <w:r w:rsidR="004057A7" w:rsidRPr="004057A7">
        <w:rPr>
          <w:rFonts w:ascii="ＭＳ 明朝" w:eastAsia="ＭＳ 明朝" w:hAnsi="ＭＳ 明朝" w:hint="eastAsia"/>
          <w:sz w:val="21"/>
          <w:szCs w:val="21"/>
          <w:lang w:eastAsia="ja-JP"/>
        </w:rPr>
        <w:t>CAD</w:t>
      </w:r>
      <w:r w:rsidR="004057A7" w:rsidRPr="004057A7">
        <w:rPr>
          <w:rFonts w:hint="eastAsia"/>
          <w:sz w:val="21"/>
          <w:szCs w:val="21"/>
          <w:lang w:eastAsia="ja-JP"/>
        </w:rPr>
        <w:t>ポリライン座標化</w:t>
      </w:r>
    </w:p>
    <w:p w14:paraId="7454C4C2" w14:textId="57F10A98" w:rsidR="00F903D9" w:rsidRDefault="00000000" w:rsidP="004A2613">
      <w:pPr>
        <w:spacing w:after="0" w:line="240" w:lineRule="auto"/>
        <w:ind w:leftChars="100" w:left="220"/>
        <w:rPr>
          <w:sz w:val="21"/>
          <w:szCs w:val="21"/>
          <w:lang w:eastAsia="ja-JP"/>
        </w:rPr>
      </w:pPr>
      <w:r w:rsidRPr="00CD32F0">
        <w:rPr>
          <w:spacing w:val="210"/>
          <w:sz w:val="21"/>
          <w:szCs w:val="21"/>
          <w:fitText w:val="630" w:id="-690273024"/>
          <w:lang w:eastAsia="ja-JP"/>
        </w:rPr>
        <w:t>目</w:t>
      </w:r>
      <w:r w:rsidRPr="00CD32F0">
        <w:rPr>
          <w:sz w:val="21"/>
          <w:szCs w:val="21"/>
          <w:fitText w:val="630" w:id="-690273024"/>
          <w:lang w:eastAsia="ja-JP"/>
        </w:rPr>
        <w:t>的</w:t>
      </w:r>
      <w:r w:rsidRPr="004E095A">
        <w:rPr>
          <w:sz w:val="21"/>
          <w:szCs w:val="21"/>
          <w:lang w:eastAsia="ja-JP"/>
        </w:rPr>
        <w:t>：図面</w:t>
      </w:r>
      <w:r w:rsidR="004057A7">
        <w:rPr>
          <w:rFonts w:hint="eastAsia"/>
          <w:sz w:val="21"/>
          <w:szCs w:val="21"/>
          <w:lang w:eastAsia="ja-JP"/>
        </w:rPr>
        <w:t>データとエクセルデータを連携させることで作業の効率化を図る</w:t>
      </w:r>
      <w:r w:rsidRPr="004E095A">
        <w:rPr>
          <w:sz w:val="21"/>
          <w:szCs w:val="21"/>
          <w:lang w:eastAsia="ja-JP"/>
        </w:rPr>
        <w:t>。</w:t>
      </w:r>
    </w:p>
    <w:p w14:paraId="1F366E17" w14:textId="371CB97E" w:rsidR="00257895" w:rsidRDefault="00CD32F0" w:rsidP="00257895">
      <w:pPr>
        <w:spacing w:after="0" w:line="240" w:lineRule="auto"/>
        <w:ind w:leftChars="100" w:left="220"/>
        <w:rPr>
          <w:sz w:val="21"/>
          <w:szCs w:val="21"/>
          <w:lang w:eastAsia="ja-JP"/>
        </w:rPr>
      </w:pPr>
      <w:r w:rsidRPr="00257895">
        <w:rPr>
          <w:rFonts w:hint="eastAsia"/>
          <w:spacing w:val="210"/>
          <w:sz w:val="21"/>
          <w:szCs w:val="21"/>
          <w:fitText w:val="630" w:id="-690273023"/>
          <w:lang w:eastAsia="ja-JP"/>
        </w:rPr>
        <w:t>背</w:t>
      </w:r>
      <w:r w:rsidRPr="00257895">
        <w:rPr>
          <w:rFonts w:hint="eastAsia"/>
          <w:sz w:val="21"/>
          <w:szCs w:val="21"/>
          <w:fitText w:val="630" w:id="-690273023"/>
          <w:lang w:eastAsia="ja-JP"/>
        </w:rPr>
        <w:t>景</w:t>
      </w:r>
      <w:r w:rsidR="00257895">
        <w:rPr>
          <w:rFonts w:hint="eastAsia"/>
          <w:sz w:val="21"/>
          <w:szCs w:val="21"/>
          <w:lang w:eastAsia="ja-JP"/>
        </w:rPr>
        <w:t>：</w:t>
      </w:r>
      <w:r w:rsidR="004057A7">
        <w:rPr>
          <w:rFonts w:hint="eastAsia"/>
          <w:sz w:val="21"/>
          <w:szCs w:val="21"/>
          <w:lang w:eastAsia="ja-JP"/>
        </w:rPr>
        <w:t>横断図</w:t>
      </w:r>
      <w:r w:rsidR="00A47132">
        <w:rPr>
          <w:rFonts w:hint="eastAsia"/>
          <w:sz w:val="21"/>
          <w:szCs w:val="21"/>
          <w:lang w:eastAsia="ja-JP"/>
        </w:rPr>
        <w:t>から断面</w:t>
      </w:r>
      <w:r w:rsidR="004057A7">
        <w:rPr>
          <w:rFonts w:hint="eastAsia"/>
          <w:sz w:val="21"/>
          <w:szCs w:val="21"/>
          <w:lang w:eastAsia="ja-JP"/>
        </w:rPr>
        <w:t>座標</w:t>
      </w:r>
      <w:r w:rsidR="00A47132">
        <w:rPr>
          <w:rFonts w:hint="eastAsia"/>
          <w:sz w:val="21"/>
          <w:szCs w:val="21"/>
          <w:lang w:eastAsia="ja-JP"/>
        </w:rPr>
        <w:t>を取得するのに労力を要する。</w:t>
      </w:r>
    </w:p>
    <w:p w14:paraId="11620963" w14:textId="4CEF9BBD" w:rsidR="00257895" w:rsidRPr="00257895" w:rsidRDefault="00257895" w:rsidP="00257895">
      <w:pPr>
        <w:spacing w:after="0" w:line="240" w:lineRule="auto"/>
        <w:ind w:leftChars="100" w:left="220"/>
        <w:rPr>
          <w:sz w:val="21"/>
          <w:szCs w:val="21"/>
          <w:lang w:eastAsia="ja-JP"/>
        </w:rPr>
      </w:pPr>
      <w:r>
        <w:rPr>
          <w:rFonts w:hint="eastAsia"/>
          <w:sz w:val="21"/>
          <w:szCs w:val="21"/>
          <w:lang w:eastAsia="ja-JP"/>
        </w:rPr>
        <w:t>現　状</w:t>
      </w:r>
    </w:p>
    <w:p w14:paraId="509EF23D" w14:textId="3B28B202" w:rsidR="00257895" w:rsidRDefault="0012391C" w:rsidP="00257895">
      <w:pPr>
        <w:pStyle w:val="ae"/>
        <w:numPr>
          <w:ilvl w:val="0"/>
          <w:numId w:val="22"/>
        </w:numPr>
        <w:spacing w:line="240" w:lineRule="auto"/>
        <w:rPr>
          <w:sz w:val="21"/>
          <w:szCs w:val="21"/>
          <w:lang w:eastAsia="ja-JP"/>
        </w:rPr>
      </w:pPr>
      <w:r>
        <w:rPr>
          <w:rFonts w:hint="eastAsia"/>
          <w:sz w:val="21"/>
          <w:szCs w:val="21"/>
          <w:lang w:eastAsia="ja-JP"/>
        </w:rPr>
        <w:t>複数</w:t>
      </w:r>
      <w:r w:rsidR="00A47132">
        <w:rPr>
          <w:rFonts w:hint="eastAsia"/>
          <w:sz w:val="21"/>
          <w:szCs w:val="21"/>
          <w:lang w:eastAsia="ja-JP"/>
        </w:rPr>
        <w:t>断面</w:t>
      </w:r>
      <w:r>
        <w:rPr>
          <w:rFonts w:hint="eastAsia"/>
          <w:sz w:val="21"/>
          <w:szCs w:val="21"/>
          <w:lang w:eastAsia="ja-JP"/>
        </w:rPr>
        <w:t>に対して作業を行うため作業量は多い</w:t>
      </w:r>
    </w:p>
    <w:p w14:paraId="758A6C4A" w14:textId="7C04C090" w:rsidR="008F76FC" w:rsidRPr="008F76FC" w:rsidRDefault="0012391C" w:rsidP="00257895">
      <w:pPr>
        <w:pStyle w:val="ae"/>
        <w:numPr>
          <w:ilvl w:val="0"/>
          <w:numId w:val="22"/>
        </w:numPr>
        <w:spacing w:line="240" w:lineRule="auto"/>
        <w:rPr>
          <w:sz w:val="21"/>
          <w:szCs w:val="21"/>
          <w:lang w:eastAsia="ja-JP"/>
        </w:rPr>
      </w:pPr>
      <w:r>
        <w:rPr>
          <w:rFonts w:hint="eastAsia"/>
          <w:sz w:val="21"/>
          <w:szCs w:val="21"/>
          <w:lang w:eastAsia="ja-JP"/>
        </w:rPr>
        <w:t>断面の追加や修正</w:t>
      </w:r>
      <w:r w:rsidR="006C3CF4">
        <w:rPr>
          <w:rFonts w:hint="eastAsia"/>
          <w:sz w:val="21"/>
          <w:szCs w:val="21"/>
          <w:lang w:eastAsia="ja-JP"/>
        </w:rPr>
        <w:t>により</w:t>
      </w:r>
      <w:r>
        <w:rPr>
          <w:rFonts w:hint="eastAsia"/>
          <w:sz w:val="21"/>
          <w:szCs w:val="21"/>
          <w:lang w:eastAsia="ja-JP"/>
        </w:rPr>
        <w:t>作業のやり直しが必要となる</w:t>
      </w:r>
    </w:p>
    <w:p w14:paraId="7429BF54" w14:textId="5D5C5B55" w:rsidR="004A2613" w:rsidRPr="004A2613" w:rsidRDefault="0012391C" w:rsidP="00257895">
      <w:pPr>
        <w:pStyle w:val="ae"/>
        <w:numPr>
          <w:ilvl w:val="0"/>
          <w:numId w:val="22"/>
        </w:numPr>
        <w:spacing w:after="0" w:line="240" w:lineRule="auto"/>
        <w:rPr>
          <w:sz w:val="21"/>
          <w:szCs w:val="21"/>
          <w:lang w:eastAsia="ja-JP"/>
        </w:rPr>
      </w:pPr>
      <w:r>
        <w:rPr>
          <w:rFonts w:hint="eastAsia"/>
          <w:sz w:val="21"/>
          <w:szCs w:val="21"/>
          <w:lang w:eastAsia="ja-JP"/>
        </w:rPr>
        <w:t>手作業のため作業ミスが生じる</w:t>
      </w:r>
    </w:p>
    <w:p w14:paraId="77DEDFA9" w14:textId="6B42E71A" w:rsidR="004E095A" w:rsidRPr="004E095A" w:rsidRDefault="004E095A" w:rsidP="004E095A">
      <w:pPr>
        <w:spacing w:after="0" w:line="240" w:lineRule="auto"/>
        <w:rPr>
          <w:sz w:val="21"/>
          <w:szCs w:val="21"/>
          <w:lang w:eastAsia="ja-JP"/>
        </w:rPr>
      </w:pPr>
    </w:p>
    <w:p w14:paraId="730D4A1F" w14:textId="1ADE5C4D" w:rsidR="00F903D9" w:rsidRPr="004E095A" w:rsidRDefault="00000000" w:rsidP="004E095A">
      <w:pPr>
        <w:pStyle w:val="ae"/>
        <w:numPr>
          <w:ilvl w:val="0"/>
          <w:numId w:val="14"/>
        </w:numPr>
        <w:spacing w:after="0" w:line="240" w:lineRule="auto"/>
        <w:rPr>
          <w:rFonts w:ascii="ＭＳ ゴシック" w:eastAsia="ＭＳ ゴシック" w:hAnsi="ＭＳ ゴシック"/>
          <w:sz w:val="21"/>
          <w:szCs w:val="21"/>
          <w:lang w:eastAsia="ja-JP"/>
        </w:rPr>
      </w:pPr>
      <w:r w:rsidRPr="004E095A">
        <w:rPr>
          <w:rFonts w:ascii="ＭＳ ゴシック" w:eastAsia="ＭＳ ゴシック" w:hAnsi="ＭＳ ゴシック"/>
          <w:sz w:val="21"/>
          <w:szCs w:val="21"/>
          <w:lang w:eastAsia="ja-JP"/>
        </w:rPr>
        <w:t>対象ファイル・環境</w:t>
      </w:r>
    </w:p>
    <w:p w14:paraId="5FE18D02" w14:textId="323667D5" w:rsidR="00F903D9" w:rsidRPr="004A2613" w:rsidRDefault="00000000" w:rsidP="004E095A">
      <w:pPr>
        <w:spacing w:after="0" w:line="240" w:lineRule="auto"/>
        <w:ind w:leftChars="100" w:left="220"/>
        <w:rPr>
          <w:rFonts w:ascii="ＭＳ 明朝" w:eastAsia="ＭＳ 明朝" w:hAnsi="ＭＳ 明朝"/>
          <w:sz w:val="21"/>
          <w:szCs w:val="21"/>
          <w:lang w:eastAsia="ja-JP"/>
        </w:rPr>
      </w:pPr>
      <w:r w:rsidRPr="004A2613">
        <w:rPr>
          <w:rFonts w:ascii="ＭＳ 明朝" w:eastAsia="ＭＳ 明朝" w:hAnsi="ＭＳ 明朝"/>
          <w:sz w:val="21"/>
          <w:szCs w:val="21"/>
          <w:lang w:eastAsia="ja-JP"/>
        </w:rPr>
        <w:t>図面ファイル形式</w:t>
      </w:r>
      <w:r w:rsidR="00B4445B">
        <w:rPr>
          <w:rFonts w:ascii="ＭＳ 明朝" w:eastAsia="ＭＳ 明朝" w:hAnsi="ＭＳ 明朝" w:hint="eastAsia"/>
          <w:sz w:val="21"/>
          <w:szCs w:val="21"/>
          <w:lang w:eastAsia="ja-JP"/>
        </w:rPr>
        <w:t xml:space="preserve">　</w:t>
      </w:r>
      <w:r w:rsidRPr="004A2613">
        <w:rPr>
          <w:rFonts w:ascii="ＭＳ 明朝" w:eastAsia="ＭＳ 明朝" w:hAnsi="ＭＳ 明朝"/>
          <w:sz w:val="21"/>
          <w:szCs w:val="21"/>
          <w:lang w:eastAsia="ja-JP"/>
        </w:rPr>
        <w:t>：</w:t>
      </w:r>
      <w:r w:rsidR="004057A7">
        <w:rPr>
          <w:rFonts w:ascii="ＭＳ 明朝" w:eastAsia="ＭＳ 明朝" w:hAnsi="ＭＳ 明朝" w:hint="eastAsia"/>
          <w:sz w:val="21"/>
          <w:szCs w:val="21"/>
          <w:lang w:eastAsia="ja-JP"/>
        </w:rPr>
        <w:t>dwg</w:t>
      </w:r>
    </w:p>
    <w:p w14:paraId="6AEB6868" w14:textId="47251B15" w:rsidR="00F903D9" w:rsidRPr="004A2613" w:rsidRDefault="0012391C" w:rsidP="004E095A">
      <w:pPr>
        <w:spacing w:after="0" w:line="240" w:lineRule="auto"/>
        <w:ind w:leftChars="100" w:left="220"/>
        <w:rPr>
          <w:rFonts w:ascii="ＭＳ 明朝" w:eastAsia="ＭＳ 明朝" w:hAnsi="ＭＳ 明朝" w:hint="eastAsia"/>
          <w:sz w:val="21"/>
          <w:szCs w:val="21"/>
          <w:lang w:eastAsia="ja-JP"/>
        </w:rPr>
      </w:pPr>
      <w:r>
        <w:rPr>
          <w:rFonts w:ascii="ＭＳ 明朝" w:eastAsia="ＭＳ 明朝" w:hAnsi="ＭＳ 明朝" w:hint="eastAsia"/>
          <w:sz w:val="21"/>
          <w:szCs w:val="21"/>
          <w:lang w:eastAsia="ja-JP"/>
        </w:rPr>
        <w:t>座標</w:t>
      </w:r>
      <w:r w:rsidRPr="004A2613">
        <w:rPr>
          <w:rFonts w:ascii="ＭＳ 明朝" w:eastAsia="ＭＳ 明朝" w:hAnsi="ＭＳ 明朝"/>
          <w:sz w:val="21"/>
          <w:szCs w:val="21"/>
          <w:lang w:eastAsia="ja-JP"/>
        </w:rPr>
        <w:t>ファイル形式</w:t>
      </w:r>
      <w:r w:rsidR="00B4445B">
        <w:rPr>
          <w:rFonts w:ascii="ＭＳ 明朝" w:eastAsia="ＭＳ 明朝" w:hAnsi="ＭＳ 明朝" w:hint="eastAsia"/>
          <w:sz w:val="21"/>
          <w:szCs w:val="21"/>
          <w:lang w:eastAsia="ja-JP"/>
        </w:rPr>
        <w:t xml:space="preserve">　</w:t>
      </w:r>
      <w:r w:rsidRPr="004A2613">
        <w:rPr>
          <w:rFonts w:ascii="ＭＳ 明朝" w:eastAsia="ＭＳ 明朝" w:hAnsi="ＭＳ 明朝"/>
          <w:sz w:val="21"/>
          <w:szCs w:val="21"/>
          <w:lang w:eastAsia="ja-JP"/>
        </w:rPr>
        <w:t>：</w:t>
      </w:r>
      <w:r>
        <w:rPr>
          <w:rFonts w:ascii="ＭＳ 明朝" w:eastAsia="ＭＳ 明朝" w:hAnsi="ＭＳ 明朝" w:hint="eastAsia"/>
          <w:sz w:val="21"/>
          <w:szCs w:val="21"/>
          <w:lang w:eastAsia="ja-JP"/>
        </w:rPr>
        <w:t>xl</w:t>
      </w:r>
      <w:r w:rsidR="005C38FE">
        <w:rPr>
          <w:rFonts w:ascii="ＭＳ 明朝" w:eastAsia="ＭＳ 明朝" w:hAnsi="ＭＳ 明朝" w:hint="eastAsia"/>
          <w:sz w:val="21"/>
          <w:szCs w:val="21"/>
          <w:lang w:eastAsia="ja-JP"/>
        </w:rPr>
        <w:t>sm</w:t>
      </w:r>
    </w:p>
    <w:p w14:paraId="0FF42B12" w14:textId="6684C195" w:rsidR="004A2613" w:rsidRDefault="00000000" w:rsidP="004A2613">
      <w:pPr>
        <w:spacing w:after="0" w:line="240" w:lineRule="auto"/>
        <w:ind w:leftChars="100" w:left="220"/>
        <w:rPr>
          <w:rFonts w:ascii="ＭＳ 明朝" w:eastAsia="ＭＳ 明朝" w:hAnsi="ＭＳ 明朝"/>
          <w:sz w:val="21"/>
          <w:szCs w:val="21"/>
          <w:lang w:eastAsia="ja-JP"/>
        </w:rPr>
      </w:pPr>
      <w:r w:rsidRPr="004A2613">
        <w:rPr>
          <w:rFonts w:ascii="ＭＳ 明朝" w:eastAsia="ＭＳ 明朝" w:hAnsi="ＭＳ 明朝"/>
          <w:sz w:val="21"/>
          <w:szCs w:val="21"/>
          <w:lang w:eastAsia="ja-JP"/>
        </w:rPr>
        <w:t>保存フォルダ構成</w:t>
      </w:r>
    </w:p>
    <w:p w14:paraId="5A3743B2" w14:textId="2C79B1CA" w:rsidR="004A2613" w:rsidRPr="004A2613" w:rsidRDefault="00000000" w:rsidP="004A2613">
      <w:pPr>
        <w:pStyle w:val="ae"/>
        <w:numPr>
          <w:ilvl w:val="0"/>
          <w:numId w:val="18"/>
        </w:numPr>
        <w:spacing w:after="0" w:line="240" w:lineRule="auto"/>
        <w:rPr>
          <w:rFonts w:ascii="ＭＳ 明朝" w:eastAsia="ＭＳ 明朝" w:hAnsi="ＭＳ 明朝"/>
          <w:sz w:val="21"/>
          <w:szCs w:val="21"/>
          <w:lang w:eastAsia="ja-JP"/>
        </w:rPr>
      </w:pPr>
      <w:r w:rsidRPr="004A2613">
        <w:rPr>
          <w:rFonts w:ascii="ＭＳ 明朝" w:eastAsia="ＭＳ 明朝" w:hAnsi="ＭＳ 明朝"/>
          <w:sz w:val="21"/>
          <w:szCs w:val="21"/>
          <w:lang w:eastAsia="ja-JP"/>
        </w:rPr>
        <w:t>図面</w:t>
      </w:r>
      <w:r w:rsidR="0083732B">
        <w:rPr>
          <w:rFonts w:ascii="ＭＳ 明朝" w:eastAsia="ＭＳ 明朝" w:hAnsi="ＭＳ 明朝" w:hint="eastAsia"/>
          <w:sz w:val="21"/>
          <w:szCs w:val="21"/>
          <w:lang w:eastAsia="ja-JP"/>
        </w:rPr>
        <w:t>：</w:t>
      </w:r>
      <w:r w:rsidRPr="004A2613">
        <w:rPr>
          <w:rFonts w:ascii="ＭＳ 明朝" w:eastAsia="ＭＳ 明朝" w:hAnsi="ＭＳ 明朝"/>
          <w:sz w:val="21"/>
          <w:szCs w:val="21"/>
          <w:lang w:eastAsia="ja-JP"/>
        </w:rPr>
        <w:t>フォルダ</w:t>
      </w:r>
      <w:r w:rsidR="00B4445B">
        <w:rPr>
          <w:rFonts w:ascii="ＭＳ 明朝" w:eastAsia="ＭＳ 明朝" w:hAnsi="ＭＳ 明朝" w:hint="eastAsia"/>
          <w:sz w:val="21"/>
          <w:szCs w:val="21"/>
          <w:lang w:eastAsia="ja-JP"/>
        </w:rPr>
        <w:t>保存</w:t>
      </w:r>
    </w:p>
    <w:p w14:paraId="3E3BEF9A" w14:textId="3049AE8F" w:rsidR="004A2613" w:rsidRPr="004A2613" w:rsidRDefault="006C3CF4" w:rsidP="004A2613">
      <w:pPr>
        <w:pStyle w:val="ae"/>
        <w:numPr>
          <w:ilvl w:val="0"/>
          <w:numId w:val="18"/>
        </w:numPr>
        <w:spacing w:after="0" w:line="240" w:lineRule="auto"/>
        <w:rPr>
          <w:rFonts w:ascii="ＭＳ 明朝" w:eastAsia="ＭＳ 明朝" w:hAnsi="ＭＳ 明朝"/>
          <w:sz w:val="21"/>
          <w:szCs w:val="21"/>
          <w:lang w:eastAsia="ja-JP"/>
        </w:rPr>
      </w:pPr>
      <w:r>
        <w:rPr>
          <w:rFonts w:ascii="ＭＳ 明朝" w:eastAsia="ＭＳ 明朝" w:hAnsi="ＭＳ 明朝" w:hint="eastAsia"/>
          <w:sz w:val="21"/>
          <w:szCs w:val="21"/>
          <w:lang w:eastAsia="ja-JP"/>
        </w:rPr>
        <w:t>座標</w:t>
      </w:r>
      <w:r w:rsidR="0083732B">
        <w:rPr>
          <w:rFonts w:ascii="ＭＳ 明朝" w:eastAsia="ＭＳ 明朝" w:hAnsi="ＭＳ 明朝" w:hint="eastAsia"/>
          <w:sz w:val="21"/>
          <w:szCs w:val="21"/>
          <w:lang w:eastAsia="ja-JP"/>
        </w:rPr>
        <w:t>：</w:t>
      </w:r>
      <w:r w:rsidRPr="004A2613">
        <w:rPr>
          <w:rFonts w:ascii="ＭＳ 明朝" w:eastAsia="ＭＳ 明朝" w:hAnsi="ＭＳ 明朝"/>
          <w:sz w:val="21"/>
          <w:szCs w:val="21"/>
          <w:lang w:eastAsia="ja-JP"/>
        </w:rPr>
        <w:t>フォルダ</w:t>
      </w:r>
      <w:r w:rsidR="00B4445B">
        <w:rPr>
          <w:rFonts w:ascii="ＭＳ 明朝" w:eastAsia="ＭＳ 明朝" w:hAnsi="ＭＳ 明朝" w:hint="eastAsia"/>
          <w:sz w:val="21"/>
          <w:szCs w:val="21"/>
          <w:lang w:eastAsia="ja-JP"/>
        </w:rPr>
        <w:t>保存（図面とは別）</w:t>
      </w:r>
    </w:p>
    <w:p w14:paraId="485ABFA2" w14:textId="0DE247DF" w:rsidR="00F903D9" w:rsidRPr="004A2613" w:rsidRDefault="00000000" w:rsidP="006C3CF4">
      <w:pPr>
        <w:spacing w:after="0" w:line="240" w:lineRule="auto"/>
        <w:ind w:firstLineChars="100" w:firstLine="210"/>
        <w:rPr>
          <w:rFonts w:ascii="ＭＳ 明朝" w:eastAsia="ＭＳ 明朝" w:hAnsi="ＭＳ 明朝"/>
          <w:sz w:val="21"/>
          <w:szCs w:val="21"/>
        </w:rPr>
      </w:pPr>
      <w:r w:rsidRPr="004A2613">
        <w:rPr>
          <w:rFonts w:ascii="ＭＳ 明朝" w:eastAsia="ＭＳ 明朝" w:hAnsi="ＭＳ 明朝"/>
          <w:sz w:val="21"/>
          <w:szCs w:val="21"/>
        </w:rPr>
        <w:t>使用環境：Windows11、</w:t>
      </w:r>
      <w:r w:rsidR="004A2613" w:rsidRPr="004A2613">
        <w:rPr>
          <w:rFonts w:ascii="ＭＳ 明朝" w:eastAsia="ＭＳ 明朝" w:hAnsi="ＭＳ 明朝" w:hint="eastAsia"/>
          <w:sz w:val="21"/>
          <w:szCs w:val="21"/>
          <w:lang w:eastAsia="ja-JP"/>
        </w:rPr>
        <w:t>office365</w:t>
      </w:r>
      <w:r w:rsidR="0083732B">
        <w:rPr>
          <w:rFonts w:ascii="ＭＳ 明朝" w:eastAsia="ＭＳ 明朝" w:hAnsi="ＭＳ 明朝" w:hint="eastAsia"/>
          <w:sz w:val="21"/>
          <w:szCs w:val="21"/>
          <w:lang w:eastAsia="ja-JP"/>
        </w:rPr>
        <w:t>、</w:t>
      </w:r>
      <w:r w:rsidR="006C3CF4">
        <w:rPr>
          <w:rFonts w:ascii="ＭＳ 明朝" w:eastAsia="ＭＳ 明朝" w:hAnsi="ＭＳ 明朝" w:hint="eastAsia"/>
          <w:sz w:val="21"/>
          <w:szCs w:val="21"/>
          <w:lang w:eastAsia="ja-JP"/>
        </w:rPr>
        <w:t>AutoCAD、</w:t>
      </w:r>
      <w:r w:rsidR="0083732B">
        <w:rPr>
          <w:rFonts w:ascii="ＭＳ 明朝" w:eastAsia="ＭＳ 明朝" w:hAnsi="ＭＳ 明朝" w:hint="eastAsia"/>
          <w:sz w:val="21"/>
          <w:szCs w:val="21"/>
          <w:lang w:eastAsia="ja-JP"/>
        </w:rPr>
        <w:t>Box</w:t>
      </w:r>
    </w:p>
    <w:p w14:paraId="4868ADFE" w14:textId="2F9E6B15" w:rsidR="0012391C" w:rsidRPr="0012391C" w:rsidRDefault="00000000" w:rsidP="0012391C">
      <w:pPr>
        <w:spacing w:after="0" w:line="240" w:lineRule="auto"/>
        <w:ind w:leftChars="100" w:left="220"/>
        <w:rPr>
          <w:rFonts w:ascii="ＭＳ 明朝" w:eastAsia="ＭＳ 明朝" w:hAnsi="ＭＳ 明朝"/>
          <w:sz w:val="21"/>
          <w:szCs w:val="21"/>
          <w:lang w:eastAsia="ja-JP"/>
        </w:rPr>
      </w:pPr>
      <w:r w:rsidRPr="004A2613">
        <w:rPr>
          <w:rFonts w:ascii="ＭＳ 明朝" w:eastAsia="ＭＳ 明朝" w:hAnsi="ＭＳ 明朝"/>
          <w:sz w:val="21"/>
          <w:szCs w:val="21"/>
          <w:lang w:eastAsia="ja-JP"/>
        </w:rPr>
        <w:t>使用言語：VBA（Excelマクロ）</w:t>
      </w:r>
      <w:r w:rsidR="0012391C">
        <w:rPr>
          <w:rFonts w:ascii="ＭＳ 明朝" w:eastAsia="ＭＳ 明朝" w:hAnsi="ＭＳ 明朝" w:hint="eastAsia"/>
          <w:sz w:val="21"/>
          <w:szCs w:val="21"/>
          <w:lang w:eastAsia="ja-JP"/>
        </w:rPr>
        <w:t>、Dynamo、L</w:t>
      </w:r>
      <w:r w:rsidR="00A91802">
        <w:rPr>
          <w:rFonts w:ascii="ＭＳ 明朝" w:eastAsia="ＭＳ 明朝" w:hAnsi="ＭＳ 明朝" w:hint="eastAsia"/>
          <w:sz w:val="21"/>
          <w:szCs w:val="21"/>
          <w:lang w:eastAsia="ja-JP"/>
        </w:rPr>
        <w:t>ISP</w:t>
      </w:r>
    </w:p>
    <w:p w14:paraId="3AEE0240" w14:textId="77777777" w:rsidR="004E095A" w:rsidRPr="004E095A" w:rsidRDefault="004E095A" w:rsidP="004E095A">
      <w:pPr>
        <w:spacing w:after="0" w:line="240" w:lineRule="auto"/>
        <w:rPr>
          <w:sz w:val="21"/>
          <w:szCs w:val="21"/>
          <w:lang w:eastAsia="ja-JP"/>
        </w:rPr>
      </w:pPr>
    </w:p>
    <w:p w14:paraId="47EF22C2" w14:textId="75CFAB5D" w:rsidR="00F903D9" w:rsidRPr="004E095A" w:rsidRDefault="058C071A" w:rsidP="004E095A">
      <w:pPr>
        <w:pStyle w:val="ae"/>
        <w:numPr>
          <w:ilvl w:val="0"/>
          <w:numId w:val="14"/>
        </w:numPr>
        <w:spacing w:after="0" w:line="240" w:lineRule="auto"/>
        <w:rPr>
          <w:rFonts w:ascii="ＭＳ ゴシック" w:eastAsia="ＭＳ ゴシック" w:hAnsi="ＭＳ ゴシック"/>
          <w:sz w:val="21"/>
          <w:szCs w:val="21"/>
          <w:lang w:eastAsia="ja-JP"/>
        </w:rPr>
      </w:pPr>
      <w:r w:rsidRPr="058C071A">
        <w:rPr>
          <w:rFonts w:ascii="ＭＳ ゴシック" w:eastAsia="ＭＳ ゴシック" w:hAnsi="ＭＳ ゴシック"/>
          <w:sz w:val="21"/>
          <w:szCs w:val="21"/>
          <w:lang w:eastAsia="ja-JP"/>
        </w:rPr>
        <w:t>マクロの機能要件</w:t>
      </w:r>
    </w:p>
    <w:p w14:paraId="07886768" w14:textId="267D0715" w:rsidR="00613A9B" w:rsidRPr="001E0A4F" w:rsidRDefault="007C49C5" w:rsidP="00613A9B">
      <w:pPr>
        <w:pStyle w:val="ae"/>
        <w:numPr>
          <w:ilvl w:val="0"/>
          <w:numId w:val="19"/>
        </w:numPr>
        <w:spacing w:after="0" w:line="240" w:lineRule="auto"/>
        <w:rPr>
          <w:rFonts w:ascii="ＭＳ 明朝" w:eastAsia="ＭＳ 明朝" w:hAnsi="ＭＳ 明朝"/>
          <w:sz w:val="21"/>
          <w:szCs w:val="21"/>
          <w:lang w:eastAsia="ja-JP"/>
        </w:rPr>
      </w:pPr>
      <w:r w:rsidRPr="001E0A4F">
        <w:rPr>
          <w:rFonts w:ascii="ＭＳ 明朝" w:eastAsia="ＭＳ 明朝" w:hAnsi="ＭＳ 明朝" w:hint="eastAsia"/>
          <w:sz w:val="21"/>
          <w:szCs w:val="21"/>
          <w:lang w:eastAsia="ja-JP"/>
        </w:rPr>
        <w:t>断面</w:t>
      </w:r>
      <w:r w:rsidR="00644760" w:rsidRPr="001E0A4F">
        <w:rPr>
          <w:rFonts w:ascii="ＭＳ 明朝" w:eastAsia="ＭＳ 明朝" w:hAnsi="ＭＳ 明朝" w:hint="eastAsia"/>
          <w:sz w:val="21"/>
          <w:szCs w:val="21"/>
          <w:lang w:eastAsia="ja-JP"/>
        </w:rPr>
        <w:t>図から「測点」、「基準高」、「</w:t>
      </w:r>
      <w:r w:rsidR="001E0A4F">
        <w:rPr>
          <w:rFonts w:ascii="ＭＳ 明朝" w:eastAsia="ＭＳ 明朝" w:hAnsi="ＭＳ 明朝" w:hint="eastAsia"/>
          <w:sz w:val="21"/>
          <w:szCs w:val="21"/>
          <w:lang w:eastAsia="ja-JP"/>
        </w:rPr>
        <w:t>各点の</w:t>
      </w:r>
      <w:r w:rsidR="00644760" w:rsidRPr="001E0A4F">
        <w:rPr>
          <w:rFonts w:ascii="ＭＳ 明朝" w:eastAsia="ＭＳ 明朝" w:hAnsi="ＭＳ 明朝" w:hint="eastAsia"/>
          <w:sz w:val="21"/>
          <w:szCs w:val="21"/>
          <w:lang w:eastAsia="ja-JP"/>
        </w:rPr>
        <w:t>断面座標」を読み取る</w:t>
      </w:r>
    </w:p>
    <w:p w14:paraId="7A00D159" w14:textId="35F7C0F2" w:rsidR="00613A9B" w:rsidRPr="001E0A4F" w:rsidRDefault="005C38FE" w:rsidP="00613A9B">
      <w:pPr>
        <w:pStyle w:val="ae"/>
        <w:numPr>
          <w:ilvl w:val="0"/>
          <w:numId w:val="19"/>
        </w:numPr>
        <w:spacing w:after="0" w:line="240" w:lineRule="auto"/>
        <w:rPr>
          <w:rFonts w:ascii="ＭＳ 明朝" w:eastAsia="ＭＳ 明朝" w:hAnsi="ＭＳ 明朝"/>
          <w:sz w:val="21"/>
          <w:szCs w:val="21"/>
          <w:lang w:eastAsia="ja-JP"/>
        </w:rPr>
      </w:pPr>
      <w:r>
        <w:rPr>
          <w:rFonts w:ascii="ＭＳ 明朝" w:eastAsia="ＭＳ 明朝" w:hAnsi="ＭＳ 明朝" w:hint="eastAsia"/>
          <w:sz w:val="21"/>
          <w:szCs w:val="21"/>
          <w:lang w:eastAsia="ja-JP"/>
        </w:rPr>
        <w:t>読み取った</w:t>
      </w:r>
      <w:r w:rsidR="00644760" w:rsidRPr="001E0A4F">
        <w:rPr>
          <w:rFonts w:ascii="ＭＳ 明朝" w:eastAsia="ＭＳ 明朝" w:hAnsi="ＭＳ 明朝" w:hint="eastAsia"/>
          <w:sz w:val="21"/>
          <w:szCs w:val="21"/>
          <w:lang w:eastAsia="ja-JP"/>
        </w:rPr>
        <w:t>データを</w:t>
      </w:r>
      <w:r>
        <w:rPr>
          <w:rFonts w:ascii="ＭＳ 明朝" w:eastAsia="ＭＳ 明朝" w:hAnsi="ＭＳ 明朝" w:hint="eastAsia"/>
          <w:sz w:val="21"/>
          <w:szCs w:val="21"/>
          <w:lang w:eastAsia="ja-JP"/>
        </w:rPr>
        <w:t>エクセルに</w:t>
      </w:r>
      <w:r w:rsidR="00644760" w:rsidRPr="001E0A4F">
        <w:rPr>
          <w:rFonts w:ascii="ＭＳ 明朝" w:eastAsia="ＭＳ 明朝" w:hAnsi="ＭＳ 明朝" w:hint="eastAsia"/>
          <w:sz w:val="21"/>
          <w:szCs w:val="21"/>
          <w:lang w:eastAsia="ja-JP"/>
        </w:rPr>
        <w:t>出力</w:t>
      </w:r>
    </w:p>
    <w:p w14:paraId="65F3DCE6" w14:textId="221E4C82" w:rsidR="00F903D9" w:rsidRPr="001E0A4F" w:rsidRDefault="00644760" w:rsidP="00613A9B">
      <w:pPr>
        <w:pStyle w:val="ae"/>
        <w:numPr>
          <w:ilvl w:val="0"/>
          <w:numId w:val="19"/>
        </w:numPr>
        <w:spacing w:after="0" w:line="240" w:lineRule="auto"/>
        <w:rPr>
          <w:rFonts w:ascii="ＭＳ 明朝" w:eastAsia="ＭＳ 明朝" w:hAnsi="ＭＳ 明朝"/>
          <w:sz w:val="21"/>
          <w:szCs w:val="21"/>
          <w:lang w:eastAsia="ja-JP"/>
        </w:rPr>
      </w:pPr>
      <w:r w:rsidRPr="001E0A4F">
        <w:rPr>
          <w:rFonts w:ascii="ＭＳ 明朝" w:eastAsia="ＭＳ 明朝" w:hAnsi="ＭＳ 明朝" w:hint="eastAsia"/>
          <w:sz w:val="21"/>
          <w:szCs w:val="21"/>
          <w:lang w:eastAsia="ja-JP"/>
        </w:rPr>
        <w:t>CAD上の座標を</w:t>
      </w:r>
      <w:r w:rsidR="001E0A4F" w:rsidRPr="001E0A4F">
        <w:rPr>
          <w:rFonts w:ascii="ＭＳ 明朝" w:eastAsia="ＭＳ 明朝" w:hAnsi="ＭＳ 明朝" w:hint="eastAsia"/>
          <w:sz w:val="21"/>
          <w:szCs w:val="21"/>
          <w:lang w:eastAsia="ja-JP"/>
        </w:rPr>
        <w:t>実際の</w:t>
      </w:r>
      <w:r w:rsidR="005C38FE">
        <w:rPr>
          <w:rFonts w:ascii="ＭＳ 明朝" w:eastAsia="ＭＳ 明朝" w:hAnsi="ＭＳ 明朝" w:hint="eastAsia"/>
          <w:sz w:val="21"/>
          <w:szCs w:val="21"/>
          <w:lang w:eastAsia="ja-JP"/>
        </w:rPr>
        <w:t>座標</w:t>
      </w:r>
      <w:r w:rsidR="001E0A4F" w:rsidRPr="001E0A4F">
        <w:rPr>
          <w:rFonts w:ascii="ＭＳ 明朝" w:eastAsia="ＭＳ 明朝" w:hAnsi="ＭＳ 明朝" w:hint="eastAsia"/>
          <w:sz w:val="21"/>
          <w:szCs w:val="21"/>
          <w:lang w:eastAsia="ja-JP"/>
        </w:rPr>
        <w:t>に変換</w:t>
      </w:r>
      <w:r w:rsidR="00062DED">
        <w:rPr>
          <w:rFonts w:ascii="ＭＳ 明朝" w:eastAsia="ＭＳ 明朝" w:hAnsi="ＭＳ 明朝" w:hint="eastAsia"/>
          <w:sz w:val="21"/>
          <w:szCs w:val="21"/>
          <w:lang w:eastAsia="ja-JP"/>
        </w:rPr>
        <w:t>、</w:t>
      </w:r>
      <w:r w:rsidR="00527DA0">
        <w:rPr>
          <w:rFonts w:ascii="ＭＳ 明朝" w:eastAsia="ＭＳ 明朝" w:hAnsi="ＭＳ 明朝" w:hint="eastAsia"/>
          <w:sz w:val="21"/>
          <w:szCs w:val="21"/>
          <w:lang w:eastAsia="ja-JP"/>
        </w:rPr>
        <w:t>計算用にデータ整理</w:t>
      </w:r>
    </w:p>
    <w:p w14:paraId="068D0063" w14:textId="77777777" w:rsidR="004E095A" w:rsidRPr="004E095A" w:rsidRDefault="004E095A" w:rsidP="004E095A">
      <w:pPr>
        <w:spacing w:after="0" w:line="240" w:lineRule="auto"/>
        <w:rPr>
          <w:rFonts w:ascii="ＭＳ 明朝" w:eastAsia="ＭＳ 明朝" w:hAnsi="ＭＳ 明朝"/>
          <w:sz w:val="21"/>
          <w:szCs w:val="21"/>
          <w:lang w:eastAsia="ja-JP"/>
        </w:rPr>
      </w:pPr>
    </w:p>
    <w:p w14:paraId="576E40B0" w14:textId="067ABDBF" w:rsidR="00F903D9" w:rsidRPr="004E095A" w:rsidRDefault="00000000" w:rsidP="004E095A">
      <w:pPr>
        <w:pStyle w:val="ae"/>
        <w:numPr>
          <w:ilvl w:val="0"/>
          <w:numId w:val="14"/>
        </w:numPr>
        <w:spacing w:after="0" w:line="240" w:lineRule="auto"/>
        <w:rPr>
          <w:rFonts w:ascii="ＭＳ ゴシック" w:eastAsia="ＭＳ ゴシック" w:hAnsi="ＭＳ ゴシック"/>
          <w:sz w:val="21"/>
          <w:szCs w:val="21"/>
          <w:lang w:eastAsia="ja-JP"/>
        </w:rPr>
      </w:pPr>
      <w:r w:rsidRPr="004E095A">
        <w:rPr>
          <w:rFonts w:ascii="ＭＳ ゴシック" w:eastAsia="ＭＳ ゴシック" w:hAnsi="ＭＳ ゴシック"/>
          <w:sz w:val="21"/>
          <w:szCs w:val="21"/>
          <w:lang w:eastAsia="ja-JP"/>
        </w:rPr>
        <w:t>入力・出力仕様</w:t>
      </w:r>
    </w:p>
    <w:p w14:paraId="3BB497AC" w14:textId="77777777" w:rsidR="00F903D9" w:rsidRPr="004E095A" w:rsidRDefault="00000000" w:rsidP="004E095A">
      <w:pPr>
        <w:spacing w:after="0" w:line="240" w:lineRule="auto"/>
        <w:ind w:leftChars="100" w:left="220"/>
        <w:rPr>
          <w:rFonts w:ascii="ＭＳ 明朝" w:eastAsia="ＭＳ 明朝" w:hAnsi="ＭＳ 明朝"/>
          <w:sz w:val="21"/>
          <w:szCs w:val="21"/>
          <w:lang w:eastAsia="ja-JP"/>
        </w:rPr>
      </w:pPr>
      <w:r w:rsidRPr="004E095A">
        <w:rPr>
          <w:rFonts w:ascii="ＭＳ 明朝" w:eastAsia="ＭＳ 明朝" w:hAnsi="ＭＳ 明朝"/>
          <w:sz w:val="21"/>
          <w:szCs w:val="21"/>
          <w:lang w:eastAsia="ja-JP"/>
        </w:rPr>
        <w:t>入力：</w:t>
      </w:r>
    </w:p>
    <w:p w14:paraId="12A81F7F" w14:textId="45676284" w:rsidR="00F903D9" w:rsidRPr="004E095A" w:rsidRDefault="00000000" w:rsidP="00644760">
      <w:pPr>
        <w:spacing w:after="0" w:line="240" w:lineRule="auto"/>
        <w:ind w:leftChars="100" w:left="220"/>
        <w:rPr>
          <w:rFonts w:ascii="ＭＳ 明朝" w:eastAsia="ＭＳ 明朝" w:hAnsi="ＭＳ 明朝"/>
          <w:sz w:val="21"/>
          <w:szCs w:val="21"/>
          <w:lang w:eastAsia="ja-JP"/>
        </w:rPr>
      </w:pPr>
      <w:r w:rsidRPr="004E095A">
        <w:rPr>
          <w:rFonts w:ascii="ＭＳ 明朝" w:eastAsia="ＭＳ 明朝" w:hAnsi="ＭＳ 明朝"/>
          <w:sz w:val="21"/>
          <w:szCs w:val="21"/>
          <w:lang w:eastAsia="ja-JP"/>
        </w:rPr>
        <w:t xml:space="preserve">  図面ファイル名：</w:t>
      </w:r>
      <w:r w:rsidR="009836CE">
        <w:rPr>
          <w:rFonts w:ascii="ＭＳ 明朝" w:eastAsia="ＭＳ 明朝" w:hAnsi="ＭＳ 明朝" w:hint="eastAsia"/>
          <w:sz w:val="21"/>
          <w:szCs w:val="21"/>
          <w:lang w:eastAsia="ja-JP"/>
        </w:rPr>
        <w:t>“</w:t>
      </w:r>
      <w:r w:rsidR="006C3CF4" w:rsidRPr="009836CE">
        <w:rPr>
          <w:rFonts w:ascii="ＭＳ 明朝" w:eastAsia="ＭＳ 明朝" w:hAnsi="ＭＳ 明朝"/>
          <w:sz w:val="21"/>
          <w:szCs w:val="21"/>
          <w:lang w:eastAsia="ja-JP"/>
        </w:rPr>
        <w:t>A1234</w:t>
      </w:r>
      <w:r w:rsidR="009836CE">
        <w:rPr>
          <w:rFonts w:ascii="ＭＳ 明朝" w:eastAsia="ＭＳ 明朝" w:hAnsi="ＭＳ 明朝" w:hint="eastAsia"/>
          <w:sz w:val="21"/>
          <w:szCs w:val="21"/>
          <w:lang w:eastAsia="ja-JP"/>
        </w:rPr>
        <w:t>.</w:t>
      </w:r>
      <w:r w:rsidR="005C38FE">
        <w:rPr>
          <w:rFonts w:ascii="ＭＳ 明朝" w:eastAsia="ＭＳ 明朝" w:hAnsi="ＭＳ 明朝" w:hint="eastAsia"/>
          <w:sz w:val="21"/>
          <w:szCs w:val="21"/>
          <w:lang w:eastAsia="ja-JP"/>
        </w:rPr>
        <w:t>dwg</w:t>
      </w:r>
      <w:r w:rsidR="009836CE">
        <w:rPr>
          <w:rFonts w:ascii="ＭＳ 明朝" w:eastAsia="ＭＳ 明朝" w:hAnsi="ＭＳ 明朝" w:hint="eastAsia"/>
          <w:sz w:val="21"/>
          <w:szCs w:val="21"/>
          <w:lang w:eastAsia="ja-JP"/>
        </w:rPr>
        <w:t>”</w:t>
      </w:r>
      <w:r w:rsidR="00644760">
        <w:rPr>
          <w:rFonts w:ascii="ＭＳ 明朝" w:eastAsia="ＭＳ 明朝" w:hAnsi="ＭＳ 明朝" w:hint="eastAsia"/>
          <w:sz w:val="21"/>
          <w:szCs w:val="21"/>
          <w:lang w:eastAsia="ja-JP"/>
        </w:rPr>
        <w:t xml:space="preserve">　</w:t>
      </w:r>
    </w:p>
    <w:p w14:paraId="14BA7765" w14:textId="77777777" w:rsidR="00F903D9" w:rsidRPr="004E095A" w:rsidRDefault="00000000" w:rsidP="004E095A">
      <w:pPr>
        <w:spacing w:after="0" w:line="240" w:lineRule="auto"/>
        <w:ind w:leftChars="100" w:left="220"/>
        <w:rPr>
          <w:rFonts w:ascii="ＭＳ 明朝" w:eastAsia="ＭＳ 明朝" w:hAnsi="ＭＳ 明朝"/>
          <w:sz w:val="21"/>
          <w:szCs w:val="21"/>
          <w:lang w:eastAsia="ja-JP"/>
        </w:rPr>
      </w:pPr>
      <w:r w:rsidRPr="004E095A">
        <w:rPr>
          <w:rFonts w:ascii="ＭＳ 明朝" w:eastAsia="ＭＳ 明朝" w:hAnsi="ＭＳ 明朝"/>
          <w:sz w:val="21"/>
          <w:szCs w:val="21"/>
          <w:lang w:eastAsia="ja-JP"/>
        </w:rPr>
        <w:t>出力：</w:t>
      </w:r>
    </w:p>
    <w:p w14:paraId="50831DE7" w14:textId="6224AC86" w:rsidR="00F903D9" w:rsidRPr="004E095A" w:rsidRDefault="00644760" w:rsidP="00644760">
      <w:pPr>
        <w:spacing w:after="0" w:line="240" w:lineRule="auto"/>
        <w:ind w:leftChars="100" w:left="220" w:firstLineChars="100" w:firstLine="210"/>
        <w:rPr>
          <w:rFonts w:ascii="ＭＳ 明朝" w:eastAsia="ＭＳ 明朝" w:hAnsi="ＭＳ 明朝"/>
          <w:sz w:val="21"/>
          <w:szCs w:val="21"/>
          <w:lang w:eastAsia="ja-JP"/>
        </w:rPr>
      </w:pPr>
      <w:r>
        <w:rPr>
          <w:rFonts w:ascii="ＭＳ 明朝" w:eastAsia="ＭＳ 明朝" w:hAnsi="ＭＳ 明朝" w:hint="eastAsia"/>
          <w:sz w:val="21"/>
          <w:szCs w:val="21"/>
          <w:lang w:eastAsia="ja-JP"/>
        </w:rPr>
        <w:t>Excelファイルに各断面の座標を</w:t>
      </w:r>
      <w:r w:rsidR="00A91802">
        <w:rPr>
          <w:rFonts w:ascii="ＭＳ 明朝" w:eastAsia="ＭＳ 明朝" w:hAnsi="ＭＳ 明朝" w:hint="eastAsia"/>
          <w:sz w:val="21"/>
          <w:szCs w:val="21"/>
          <w:lang w:eastAsia="ja-JP"/>
        </w:rPr>
        <w:t>出力</w:t>
      </w:r>
    </w:p>
    <w:p w14:paraId="511F1A4F" w14:textId="1173C09B" w:rsidR="002B22A6" w:rsidRDefault="002B22A6" w:rsidP="006C3CF4">
      <w:pPr>
        <w:spacing w:after="0" w:line="240" w:lineRule="auto"/>
        <w:rPr>
          <w:rFonts w:ascii="ＭＳ 明朝" w:eastAsia="ＭＳ 明朝" w:hAnsi="ＭＳ 明朝"/>
          <w:sz w:val="21"/>
          <w:szCs w:val="21"/>
          <w:lang w:eastAsia="ja-JP"/>
        </w:rPr>
      </w:pPr>
      <w:r>
        <w:rPr>
          <w:rFonts w:ascii="ＭＳ 明朝" w:eastAsia="ＭＳ 明朝" w:hAnsi="ＭＳ 明朝"/>
          <w:sz w:val="21"/>
          <w:szCs w:val="21"/>
          <w:lang w:eastAsia="ja-JP"/>
        </w:rPr>
        <w:br w:type="page"/>
      </w:r>
    </w:p>
    <w:p w14:paraId="4D3EA3AD" w14:textId="62E8EA03" w:rsidR="00F903D9" w:rsidRDefault="00F903D9" w:rsidP="004E095A">
      <w:pPr>
        <w:spacing w:after="0" w:line="240" w:lineRule="auto"/>
        <w:ind w:leftChars="100" w:left="220"/>
        <w:rPr>
          <w:rFonts w:ascii="ＭＳ 明朝" w:eastAsia="ＭＳ 明朝" w:hAnsi="ＭＳ 明朝"/>
          <w:sz w:val="21"/>
          <w:szCs w:val="21"/>
          <w:lang w:eastAsia="ja-JP"/>
        </w:rPr>
      </w:pPr>
    </w:p>
    <w:tbl>
      <w:tblPr>
        <w:tblStyle w:val="afe"/>
        <w:tblW w:w="9922" w:type="dxa"/>
        <w:tblInd w:w="392" w:type="dxa"/>
        <w:tblLook w:val="04A0" w:firstRow="1" w:lastRow="0" w:firstColumn="1" w:lastColumn="0" w:noHBand="0" w:noVBand="1"/>
      </w:tblPr>
      <w:tblGrid>
        <w:gridCol w:w="9922"/>
      </w:tblGrid>
      <w:tr w:rsidR="00695C14" w14:paraId="18CE2202" w14:textId="77777777" w:rsidTr="002B22A6">
        <w:trPr>
          <w:trHeight w:val="454"/>
        </w:trPr>
        <w:tc>
          <w:tcPr>
            <w:tcW w:w="9922" w:type="dxa"/>
            <w:vAlign w:val="center"/>
          </w:tcPr>
          <w:p w14:paraId="1F5EF448" w14:textId="25FC5E72" w:rsidR="00695C14" w:rsidRDefault="00695C14" w:rsidP="00695C14">
            <w:pPr>
              <w:jc w:val="center"/>
              <w:rPr>
                <w:sz w:val="21"/>
                <w:szCs w:val="21"/>
                <w:lang w:eastAsia="ja-JP"/>
              </w:rPr>
            </w:pPr>
            <w:r>
              <w:rPr>
                <w:rFonts w:hint="eastAsia"/>
                <w:sz w:val="21"/>
                <w:szCs w:val="21"/>
                <w:lang w:eastAsia="ja-JP"/>
              </w:rPr>
              <w:t>イメージ図</w:t>
            </w:r>
          </w:p>
        </w:tc>
      </w:tr>
      <w:tr w:rsidR="00695C14" w14:paraId="67BFA085" w14:textId="77777777" w:rsidTr="002B22A6">
        <w:trPr>
          <w:trHeight w:val="454"/>
        </w:trPr>
        <w:tc>
          <w:tcPr>
            <w:tcW w:w="9922" w:type="dxa"/>
            <w:vAlign w:val="center"/>
          </w:tcPr>
          <w:p w14:paraId="1BD28259" w14:textId="77777777" w:rsidR="002B22A6" w:rsidRDefault="002B22A6" w:rsidP="00695C14">
            <w:pPr>
              <w:jc w:val="center"/>
              <w:rPr>
                <w:sz w:val="21"/>
                <w:szCs w:val="21"/>
                <w:lang w:eastAsia="ja-JP"/>
              </w:rPr>
            </w:pPr>
          </w:p>
          <w:p w14:paraId="46ADA9DE" w14:textId="7A55DAF0" w:rsidR="00695C14" w:rsidRDefault="00644760" w:rsidP="00695C14">
            <w:pPr>
              <w:jc w:val="center"/>
              <w:rPr>
                <w:sz w:val="21"/>
                <w:szCs w:val="21"/>
                <w:lang w:eastAsia="ja-JP"/>
              </w:rPr>
            </w:pPr>
            <w:r w:rsidRPr="00644760">
              <w:rPr>
                <w:noProof/>
                <w:sz w:val="21"/>
                <w:szCs w:val="21"/>
                <w:lang w:eastAsia="ja-JP"/>
              </w:rPr>
              <w:drawing>
                <wp:inline distT="0" distB="0" distL="0" distR="0" wp14:anchorId="4ABD123D" wp14:editId="1EA9E3C6">
                  <wp:extent cx="5486760" cy="2408040"/>
                  <wp:effectExtent l="0" t="0" r="0" b="0"/>
                  <wp:docPr id="2037832002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7832002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760" cy="2408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112FAE" w14:textId="6E8C162A" w:rsidR="002B22A6" w:rsidRDefault="00644760" w:rsidP="00695C14">
            <w:pPr>
              <w:jc w:val="center"/>
              <w:rPr>
                <w:sz w:val="21"/>
                <w:szCs w:val="21"/>
                <w:lang w:eastAsia="ja-JP"/>
              </w:rPr>
            </w:pPr>
            <w:r>
              <w:rPr>
                <w:noProof/>
                <w:sz w:val="21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3B3CE0" wp14:editId="0DCE7BFD">
                      <wp:simplePos x="0" y="0"/>
                      <wp:positionH relativeFrom="column">
                        <wp:posOffset>2889135</wp:posOffset>
                      </wp:positionH>
                      <wp:positionV relativeFrom="paragraph">
                        <wp:posOffset>85370</wp:posOffset>
                      </wp:positionV>
                      <wp:extent cx="475013" cy="451263"/>
                      <wp:effectExtent l="57150" t="19050" r="58420" b="101600"/>
                      <wp:wrapNone/>
                      <wp:docPr id="325669424" name="矢印: 下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5013" cy="451263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BCA78EB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矢印: 下 4" o:spid="_x0000_s1026" type="#_x0000_t67" style="position:absolute;margin-left:227.5pt;margin-top:6.7pt;width:37.4pt;height:35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" adj="10800" fillcolor="#4f81bd [3204]" strokecolor="#4579b8 [3044]">
                      <v:fill color2="#a7bfde [1620]" rotate="t" angle="180" focus="100%" type="gradient">
                        <o:fill v:ext="view" type="gradientUnscaled"/>
                      </v:fill>
                      <v:shadow on="t" color="black" opacity="22937f" origin=",.5" offset="0,.63889mm"/>
                    </v:shape>
                  </w:pict>
                </mc:Fallback>
              </mc:AlternateContent>
            </w:r>
          </w:p>
          <w:p w14:paraId="28ABA33B" w14:textId="77777777" w:rsidR="00644760" w:rsidRDefault="00644760" w:rsidP="00695C14">
            <w:pPr>
              <w:jc w:val="center"/>
              <w:rPr>
                <w:sz w:val="21"/>
                <w:szCs w:val="21"/>
                <w:lang w:eastAsia="ja-JP"/>
              </w:rPr>
            </w:pPr>
          </w:p>
          <w:p w14:paraId="2415FD1B" w14:textId="6F339FF3" w:rsidR="00644760" w:rsidRDefault="00644760" w:rsidP="00695C14">
            <w:pPr>
              <w:jc w:val="center"/>
              <w:rPr>
                <w:sz w:val="21"/>
                <w:szCs w:val="21"/>
                <w:lang w:eastAsia="ja-JP"/>
              </w:rPr>
            </w:pPr>
          </w:p>
          <w:p w14:paraId="62E0D971" w14:textId="0B3F675B" w:rsidR="00644760" w:rsidRDefault="00062DED" w:rsidP="00695C14">
            <w:pPr>
              <w:jc w:val="center"/>
              <w:rPr>
                <w:sz w:val="21"/>
                <w:szCs w:val="21"/>
                <w:lang w:eastAsia="ja-JP"/>
              </w:rPr>
            </w:pPr>
            <w:r w:rsidRPr="00062DED">
              <w:rPr>
                <w:lang w:eastAsia="ja-JP"/>
              </w:rPr>
              <w:drawing>
                <wp:anchor distT="0" distB="0" distL="114300" distR="114300" simplePos="0" relativeHeight="251664384" behindDoc="0" locked="0" layoutInCell="1" allowOverlap="1" wp14:anchorId="69F49A75" wp14:editId="2010AFC0">
                  <wp:simplePos x="0" y="0"/>
                  <wp:positionH relativeFrom="column">
                    <wp:posOffset>2952115</wp:posOffset>
                  </wp:positionH>
                  <wp:positionV relativeFrom="paragraph">
                    <wp:posOffset>147320</wp:posOffset>
                  </wp:positionV>
                  <wp:extent cx="3259455" cy="3482340"/>
                  <wp:effectExtent l="0" t="0" r="0" b="3810"/>
                  <wp:wrapNone/>
                  <wp:docPr id="351512210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512210" name=""/>
                          <pic:cNvPicPr/>
                        </pic:nvPicPr>
                        <pic:blipFill rotWithShape="1">
                          <a:blip r:embed="rId9"/>
                          <a:srcRect r="309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9455" cy="3482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6FB74E1" w14:textId="1A8F4D64" w:rsidR="00644760" w:rsidRPr="00527DA0" w:rsidRDefault="00062DED" w:rsidP="005C38FE">
            <w:pPr>
              <w:rPr>
                <w:rFonts w:hint="eastAsia"/>
                <w:lang w:eastAsia="ja-JP"/>
              </w:rPr>
            </w:pPr>
            <w:r w:rsidRPr="005C52AE">
              <w:rPr>
                <w:noProof/>
                <w:sz w:val="21"/>
                <w:szCs w:val="21"/>
                <w:lang w:eastAsia="ja-JP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48E06A45" wp14:editId="6D5615CD">
                      <wp:simplePos x="0" y="0"/>
                      <wp:positionH relativeFrom="column">
                        <wp:posOffset>4657090</wp:posOffset>
                      </wp:positionH>
                      <wp:positionV relativeFrom="paragraph">
                        <wp:posOffset>1244600</wp:posOffset>
                      </wp:positionV>
                      <wp:extent cx="1430655" cy="276225"/>
                      <wp:effectExtent l="0" t="0" r="17145" b="28575"/>
                      <wp:wrapNone/>
                      <wp:docPr id="182149492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065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EE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DAD8D5" w14:textId="6EA75598" w:rsidR="00062DED" w:rsidRPr="005C52AE" w:rsidRDefault="00527DA0" w:rsidP="00062DED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color w:val="EE0000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color w:val="EE0000"/>
                                      <w:sz w:val="21"/>
                                      <w:szCs w:val="21"/>
                                      <w:lang w:eastAsia="ja-JP"/>
                                    </w:rPr>
                                    <w:t>計算用</w:t>
                                  </w:r>
                                  <w:r w:rsidR="00062DED" w:rsidRPr="005C52AE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color w:val="EE0000"/>
                                      <w:sz w:val="21"/>
                                      <w:szCs w:val="21"/>
                                      <w:lang w:eastAsia="ja-JP"/>
                                    </w:rPr>
                                    <w:t>に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color w:val="EE0000"/>
                                      <w:sz w:val="21"/>
                                      <w:szCs w:val="21"/>
                                      <w:lang w:eastAsia="ja-JP"/>
                                    </w:rPr>
                                    <w:t>データ整理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E06A4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366.7pt;margin-top:98pt;width:112.65pt;height:21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" strokecolor="#e00" strokeweight="2pt">
                      <v:textbox>
                        <w:txbxContent>
                          <w:p w14:paraId="29DAD8D5" w14:textId="6EA75598" w:rsidR="00062DED" w:rsidRPr="005C52AE" w:rsidRDefault="00527DA0" w:rsidP="00062DED">
                            <w:pPr>
                              <w:jc w:val="center"/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EE0000"/>
                                <w:sz w:val="21"/>
                                <w:szCs w:val="21"/>
                                <w:lang w:eastAsia="ja-JP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EE0000"/>
                                <w:sz w:val="21"/>
                                <w:szCs w:val="21"/>
                                <w:lang w:eastAsia="ja-JP"/>
                              </w:rPr>
                              <w:t>計算用</w:t>
                            </w:r>
                            <w:r w:rsidR="00062DED" w:rsidRPr="005C52AE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EE0000"/>
                                <w:sz w:val="21"/>
                                <w:szCs w:val="21"/>
                                <w:lang w:eastAsia="ja-JP"/>
                              </w:rPr>
                              <w:t>に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EE0000"/>
                                <w:sz w:val="21"/>
                                <w:szCs w:val="21"/>
                                <w:lang w:eastAsia="ja-JP"/>
                              </w:rPr>
                              <w:t>データ整理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C52AE" w:rsidRPr="005C52AE">
              <w:rPr>
                <w:noProof/>
                <w:sz w:val="21"/>
                <w:szCs w:val="21"/>
                <w:lang w:eastAsia="ja-JP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4C976736" wp14:editId="705BBD9D">
                      <wp:simplePos x="0" y="0"/>
                      <wp:positionH relativeFrom="column">
                        <wp:posOffset>1028065</wp:posOffset>
                      </wp:positionH>
                      <wp:positionV relativeFrom="paragraph">
                        <wp:posOffset>3811905</wp:posOffset>
                      </wp:positionV>
                      <wp:extent cx="1868805" cy="276225"/>
                      <wp:effectExtent l="0" t="0" r="17145" b="28575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880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EE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18B19E" w14:textId="792640BE" w:rsidR="005C52AE" w:rsidRPr="005C52AE" w:rsidRDefault="005C52AE" w:rsidP="005C52AE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color w:val="EE0000"/>
                                      <w:sz w:val="21"/>
                                      <w:szCs w:val="21"/>
                                      <w:lang w:eastAsia="ja-JP"/>
                                    </w:rPr>
                                  </w:pPr>
                                  <w:r w:rsidRPr="005C52AE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color w:val="EE0000"/>
                                      <w:sz w:val="21"/>
                                      <w:szCs w:val="21"/>
                                      <w:lang w:eastAsia="ja-JP"/>
                                    </w:rPr>
                                    <w:t>測点ごとに断面座標を出力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976736" id="_x0000_s1027" type="#_x0000_t202" style="position:absolute;margin-left:80.95pt;margin-top:300.15pt;width:147.15pt;height:21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" strokecolor="#e00" strokeweight="2pt">
                      <v:textbox>
                        <w:txbxContent>
                          <w:p w14:paraId="3518B19E" w14:textId="792640BE" w:rsidR="005C52AE" w:rsidRPr="005C52AE" w:rsidRDefault="005C52AE" w:rsidP="005C52AE">
                            <w:pPr>
                              <w:jc w:val="center"/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EE0000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5C52AE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EE0000"/>
                                <w:sz w:val="21"/>
                                <w:szCs w:val="21"/>
                                <w:lang w:eastAsia="ja-JP"/>
                              </w:rPr>
                              <w:t>測点ごとに断面座標を出力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C52AE">
              <w:rPr>
                <w:noProof/>
                <w:sz w:val="21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3EDE6F" wp14:editId="48A527E9">
                      <wp:simplePos x="0" y="0"/>
                      <wp:positionH relativeFrom="column">
                        <wp:posOffset>927100</wp:posOffset>
                      </wp:positionH>
                      <wp:positionV relativeFrom="paragraph">
                        <wp:posOffset>4194810</wp:posOffset>
                      </wp:positionV>
                      <wp:extent cx="638175" cy="133350"/>
                      <wp:effectExtent l="57150" t="19050" r="85725" b="95250"/>
                      <wp:wrapNone/>
                      <wp:docPr id="333945684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8175" cy="13335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6DECD2" id="正方形/長方形 2" o:spid="_x0000_s1026" style="position:absolute;margin-left:73pt;margin-top:330.3pt;width:50.2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" filled="f" strokecolor="#e00" strokeweight="2pt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5C38FE">
              <w:rPr>
                <w:noProof/>
                <w:sz w:val="21"/>
                <w:szCs w:val="21"/>
                <w:lang w:eastAsia="ja-JP"/>
              </w:rPr>
              <w:drawing>
                <wp:anchor distT="0" distB="0" distL="114300" distR="114300" simplePos="0" relativeHeight="251660288" behindDoc="0" locked="0" layoutInCell="1" allowOverlap="1" wp14:anchorId="13E13FF8" wp14:editId="7AB09249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2795905</wp:posOffset>
                  </wp:positionV>
                  <wp:extent cx="2903220" cy="1400175"/>
                  <wp:effectExtent l="0" t="0" r="0" b="9525"/>
                  <wp:wrapNone/>
                  <wp:docPr id="1921805699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074" r="8340" b="392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322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760">
              <w:rPr>
                <w:noProof/>
                <w:sz w:val="21"/>
                <w:szCs w:val="21"/>
                <w:lang w:eastAsia="ja-JP"/>
              </w:rPr>
              <w:drawing>
                <wp:inline distT="0" distB="0" distL="0" distR="0" wp14:anchorId="792C6BED" wp14:editId="3EFD4BD0">
                  <wp:extent cx="2931840" cy="4414680"/>
                  <wp:effectExtent l="0" t="0" r="1905" b="5080"/>
                  <wp:docPr id="96208905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840" cy="44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C52AE">
              <w:rPr>
                <w:lang w:eastAsia="ja-JP"/>
              </w:rPr>
              <w:t xml:space="preserve"> </w:t>
            </w:r>
          </w:p>
        </w:tc>
      </w:tr>
    </w:tbl>
    <w:p w14:paraId="49011C06" w14:textId="77777777" w:rsidR="004E095A" w:rsidRPr="004E095A" w:rsidRDefault="004E095A" w:rsidP="004E095A">
      <w:pPr>
        <w:spacing w:after="0" w:line="240" w:lineRule="auto"/>
        <w:rPr>
          <w:sz w:val="21"/>
          <w:szCs w:val="21"/>
          <w:lang w:eastAsia="ja-JP"/>
        </w:rPr>
      </w:pPr>
    </w:p>
    <w:p w14:paraId="3141180D" w14:textId="372BF195" w:rsidR="00F903D9" w:rsidRPr="004E095A" w:rsidRDefault="00000000" w:rsidP="004E095A">
      <w:pPr>
        <w:pStyle w:val="ae"/>
        <w:numPr>
          <w:ilvl w:val="0"/>
          <w:numId w:val="14"/>
        </w:numPr>
        <w:spacing w:after="0" w:line="240" w:lineRule="auto"/>
        <w:rPr>
          <w:rFonts w:ascii="ＭＳ ゴシック" w:eastAsia="ＭＳ ゴシック" w:hAnsi="ＭＳ ゴシック"/>
          <w:sz w:val="21"/>
          <w:szCs w:val="21"/>
          <w:lang w:eastAsia="ja-JP"/>
        </w:rPr>
      </w:pPr>
      <w:r w:rsidRPr="004E095A">
        <w:rPr>
          <w:rFonts w:ascii="ＭＳ ゴシック" w:eastAsia="ＭＳ ゴシック" w:hAnsi="ＭＳ ゴシック"/>
          <w:sz w:val="21"/>
          <w:szCs w:val="21"/>
          <w:lang w:eastAsia="ja-JP"/>
        </w:rPr>
        <w:t>操作方法</w:t>
      </w:r>
    </w:p>
    <w:p w14:paraId="264CD7E3" w14:textId="77777777" w:rsidR="00E37544" w:rsidRPr="00E37544" w:rsidRDefault="00000000" w:rsidP="00E37544">
      <w:pPr>
        <w:pStyle w:val="ae"/>
        <w:numPr>
          <w:ilvl w:val="0"/>
          <w:numId w:val="20"/>
        </w:numPr>
        <w:spacing w:after="0" w:line="240" w:lineRule="auto"/>
        <w:rPr>
          <w:rFonts w:ascii="ＭＳ 明朝" w:eastAsia="ＭＳ 明朝" w:hAnsi="ＭＳ 明朝"/>
          <w:sz w:val="21"/>
          <w:szCs w:val="21"/>
          <w:lang w:eastAsia="ja-JP"/>
        </w:rPr>
      </w:pPr>
      <w:r w:rsidRPr="00E37544">
        <w:rPr>
          <w:rFonts w:ascii="ＭＳ 明朝" w:eastAsia="ＭＳ 明朝" w:hAnsi="ＭＳ 明朝"/>
          <w:sz w:val="21"/>
          <w:szCs w:val="21"/>
          <w:lang w:eastAsia="ja-JP"/>
        </w:rPr>
        <w:t>Excel上の「実行」ボタンをクリック</w:t>
      </w:r>
    </w:p>
    <w:p w14:paraId="014F0B34" w14:textId="0C2C4D44" w:rsidR="00E37544" w:rsidRDefault="005C38FE" w:rsidP="00E37544">
      <w:pPr>
        <w:pStyle w:val="ae"/>
        <w:numPr>
          <w:ilvl w:val="0"/>
          <w:numId w:val="20"/>
        </w:numPr>
        <w:spacing w:after="0" w:line="240" w:lineRule="auto"/>
        <w:rPr>
          <w:rFonts w:ascii="ＭＳ 明朝" w:eastAsia="ＭＳ 明朝" w:hAnsi="ＭＳ 明朝"/>
          <w:sz w:val="21"/>
          <w:szCs w:val="21"/>
          <w:lang w:eastAsia="ja-JP"/>
        </w:rPr>
      </w:pPr>
      <w:r>
        <w:rPr>
          <w:rFonts w:ascii="ＭＳ 明朝" w:eastAsia="ＭＳ 明朝" w:hAnsi="ＭＳ 明朝" w:hint="eastAsia"/>
          <w:sz w:val="21"/>
          <w:szCs w:val="21"/>
          <w:lang w:eastAsia="ja-JP"/>
        </w:rPr>
        <w:t>図面</w:t>
      </w:r>
      <w:r w:rsidR="00000000" w:rsidRPr="00E37544">
        <w:rPr>
          <w:rFonts w:ascii="ＭＳ 明朝" w:eastAsia="ＭＳ 明朝" w:hAnsi="ＭＳ 明朝"/>
          <w:sz w:val="21"/>
          <w:szCs w:val="21"/>
          <w:lang w:eastAsia="ja-JP"/>
        </w:rPr>
        <w:t>フォルダ選択</w:t>
      </w:r>
    </w:p>
    <w:p w14:paraId="05259D84" w14:textId="53E1CB2F" w:rsidR="005C38FE" w:rsidRPr="005C38FE" w:rsidRDefault="005C38FE" w:rsidP="005C38FE">
      <w:pPr>
        <w:pStyle w:val="ae"/>
        <w:numPr>
          <w:ilvl w:val="0"/>
          <w:numId w:val="20"/>
        </w:numPr>
        <w:spacing w:after="0" w:line="240" w:lineRule="auto"/>
        <w:rPr>
          <w:rFonts w:ascii="ＭＳ 明朝" w:eastAsia="ＭＳ 明朝" w:hAnsi="ＭＳ 明朝" w:hint="eastAsia"/>
          <w:sz w:val="21"/>
          <w:szCs w:val="21"/>
          <w:lang w:eastAsia="ja-JP"/>
        </w:rPr>
      </w:pPr>
      <w:r>
        <w:rPr>
          <w:rFonts w:ascii="ＭＳ 明朝" w:eastAsia="ＭＳ 明朝" w:hAnsi="ＭＳ 明朝" w:hint="eastAsia"/>
          <w:sz w:val="21"/>
          <w:szCs w:val="21"/>
          <w:lang w:eastAsia="ja-JP"/>
        </w:rPr>
        <w:t>出力する</w:t>
      </w:r>
      <w:r>
        <w:rPr>
          <w:rFonts w:ascii="ＭＳ 明朝" w:eastAsia="ＭＳ 明朝" w:hAnsi="ＭＳ 明朝" w:hint="eastAsia"/>
          <w:sz w:val="21"/>
          <w:szCs w:val="21"/>
          <w:lang w:eastAsia="ja-JP"/>
        </w:rPr>
        <w:t>Excel</w:t>
      </w:r>
      <w:r>
        <w:rPr>
          <w:rFonts w:ascii="ＭＳ 明朝" w:eastAsia="ＭＳ 明朝" w:hAnsi="ＭＳ 明朝" w:hint="eastAsia"/>
          <w:sz w:val="21"/>
          <w:szCs w:val="21"/>
          <w:lang w:eastAsia="ja-JP"/>
        </w:rPr>
        <w:t>ファイル名を入力</w:t>
      </w:r>
    </w:p>
    <w:p w14:paraId="29446BE9" w14:textId="244B8C38" w:rsidR="00F903D9" w:rsidRPr="00E37544" w:rsidRDefault="00000000" w:rsidP="00E37544">
      <w:pPr>
        <w:pStyle w:val="ae"/>
        <w:numPr>
          <w:ilvl w:val="0"/>
          <w:numId w:val="20"/>
        </w:numPr>
        <w:spacing w:after="0" w:line="240" w:lineRule="auto"/>
        <w:rPr>
          <w:rFonts w:ascii="ＭＳ 明朝" w:eastAsia="ＭＳ 明朝" w:hAnsi="ＭＳ 明朝"/>
          <w:sz w:val="21"/>
          <w:szCs w:val="21"/>
          <w:lang w:eastAsia="ja-JP"/>
        </w:rPr>
      </w:pPr>
      <w:r w:rsidRPr="00E37544">
        <w:rPr>
          <w:rFonts w:ascii="ＭＳ 明朝" w:eastAsia="ＭＳ 明朝" w:hAnsi="ＭＳ 明朝"/>
          <w:sz w:val="21"/>
          <w:szCs w:val="21"/>
          <w:lang w:eastAsia="ja-JP"/>
        </w:rPr>
        <w:t>自動処理開始</w:t>
      </w:r>
    </w:p>
    <w:p w14:paraId="690B33EA" w14:textId="3D8D7F38" w:rsidR="00A91802" w:rsidRPr="00A91802" w:rsidRDefault="00A91802" w:rsidP="004E095A">
      <w:pPr>
        <w:pStyle w:val="ae"/>
        <w:numPr>
          <w:ilvl w:val="0"/>
          <w:numId w:val="20"/>
        </w:numPr>
        <w:spacing w:after="0" w:line="240" w:lineRule="auto"/>
        <w:rPr>
          <w:rFonts w:ascii="ＭＳ 明朝" w:eastAsia="ＭＳ 明朝" w:hAnsi="ＭＳ 明朝"/>
          <w:sz w:val="21"/>
          <w:szCs w:val="21"/>
          <w:lang w:eastAsia="ja-JP"/>
        </w:rPr>
      </w:pPr>
      <w:r>
        <w:rPr>
          <w:rFonts w:ascii="ＭＳ 明朝" w:eastAsia="ＭＳ 明朝" w:hAnsi="ＭＳ 明朝" w:hint="eastAsia"/>
          <w:sz w:val="21"/>
          <w:szCs w:val="21"/>
          <w:lang w:eastAsia="ja-JP"/>
        </w:rPr>
        <w:t>作業完了</w:t>
      </w:r>
    </w:p>
    <w:p w14:paraId="1B8DAA77" w14:textId="77777777" w:rsidR="00A91802" w:rsidRPr="004E095A" w:rsidRDefault="00A91802" w:rsidP="004E095A">
      <w:pPr>
        <w:spacing w:after="0" w:line="240" w:lineRule="auto"/>
        <w:rPr>
          <w:sz w:val="21"/>
          <w:szCs w:val="21"/>
          <w:lang w:eastAsia="ja-JP"/>
        </w:rPr>
      </w:pPr>
    </w:p>
    <w:p w14:paraId="40ECA488" w14:textId="35E12C26" w:rsidR="00F903D9" w:rsidRPr="004E095A" w:rsidRDefault="00000000" w:rsidP="004E095A">
      <w:pPr>
        <w:pStyle w:val="ae"/>
        <w:numPr>
          <w:ilvl w:val="0"/>
          <w:numId w:val="14"/>
        </w:numPr>
        <w:spacing w:after="0" w:line="240" w:lineRule="auto"/>
        <w:rPr>
          <w:rFonts w:ascii="ＭＳ ゴシック" w:eastAsia="ＭＳ ゴシック" w:hAnsi="ＭＳ ゴシック"/>
          <w:sz w:val="21"/>
          <w:szCs w:val="21"/>
          <w:lang w:eastAsia="ja-JP"/>
        </w:rPr>
      </w:pPr>
      <w:r w:rsidRPr="004E095A">
        <w:rPr>
          <w:rFonts w:ascii="ＭＳ ゴシック" w:eastAsia="ＭＳ ゴシック" w:hAnsi="ＭＳ ゴシック"/>
          <w:sz w:val="21"/>
          <w:szCs w:val="21"/>
          <w:lang w:eastAsia="ja-JP"/>
        </w:rPr>
        <w:t>エラーハンドリング</w:t>
      </w:r>
    </w:p>
    <w:p w14:paraId="71B13FB3" w14:textId="58D5F60B" w:rsidR="00F903D9" w:rsidRDefault="005C38FE" w:rsidP="00A91802">
      <w:pPr>
        <w:spacing w:after="0" w:line="240" w:lineRule="auto"/>
        <w:ind w:leftChars="100" w:left="220"/>
        <w:rPr>
          <w:rFonts w:ascii="ＭＳ 明朝" w:eastAsia="ＭＳ 明朝" w:hAnsi="ＭＳ 明朝"/>
          <w:sz w:val="21"/>
          <w:szCs w:val="21"/>
          <w:lang w:eastAsia="ja-JP"/>
        </w:rPr>
      </w:pPr>
      <w:r>
        <w:rPr>
          <w:rFonts w:hint="eastAsia"/>
          <w:sz w:val="21"/>
          <w:szCs w:val="21"/>
          <w:lang w:eastAsia="ja-JP"/>
        </w:rPr>
        <w:t>・</w:t>
      </w:r>
      <w:r w:rsidR="00A91802">
        <w:rPr>
          <w:rFonts w:hint="eastAsia"/>
          <w:sz w:val="21"/>
          <w:szCs w:val="21"/>
          <w:lang w:eastAsia="ja-JP"/>
        </w:rPr>
        <w:t>図面情報を読み取れない</w:t>
      </w:r>
      <w:r w:rsidR="00A91802" w:rsidRPr="004E095A">
        <w:rPr>
          <w:rFonts w:ascii="ＭＳ 明朝" w:eastAsia="ＭＳ 明朝" w:hAnsi="ＭＳ 明朝"/>
          <w:sz w:val="21"/>
          <w:szCs w:val="21"/>
          <w:lang w:eastAsia="ja-JP"/>
        </w:rPr>
        <w:t>場合は警告を表示</w:t>
      </w:r>
    </w:p>
    <w:p w14:paraId="587F5A0C" w14:textId="38E5759B" w:rsidR="005C38FE" w:rsidRPr="00A91802" w:rsidRDefault="005C38FE" w:rsidP="00A91802">
      <w:pPr>
        <w:spacing w:after="0" w:line="240" w:lineRule="auto"/>
        <w:ind w:leftChars="100" w:left="220"/>
        <w:rPr>
          <w:rFonts w:ascii="ＭＳ 明朝" w:eastAsia="ＭＳ 明朝" w:hAnsi="ＭＳ 明朝" w:hint="eastAsia"/>
          <w:sz w:val="21"/>
          <w:szCs w:val="21"/>
          <w:lang w:eastAsia="ja-JP"/>
        </w:rPr>
      </w:pPr>
      <w:r>
        <w:rPr>
          <w:rFonts w:ascii="ＭＳ 明朝" w:eastAsia="ＭＳ 明朝" w:hAnsi="ＭＳ 明朝" w:hint="eastAsia"/>
          <w:sz w:val="21"/>
          <w:szCs w:val="21"/>
          <w:lang w:eastAsia="ja-JP"/>
        </w:rPr>
        <w:t>・読み取った断面数と測点数が一致しない場合は警告を表示</w:t>
      </w:r>
    </w:p>
    <w:p w14:paraId="3451C89A" w14:textId="77777777" w:rsidR="004E095A" w:rsidRPr="004E095A" w:rsidRDefault="004E095A" w:rsidP="004E095A">
      <w:pPr>
        <w:spacing w:after="0" w:line="240" w:lineRule="auto"/>
        <w:rPr>
          <w:sz w:val="21"/>
          <w:szCs w:val="21"/>
          <w:lang w:eastAsia="ja-JP"/>
        </w:rPr>
      </w:pPr>
    </w:p>
    <w:p w14:paraId="37E5AFDD" w14:textId="5514E23B" w:rsidR="00F903D9" w:rsidRPr="004E095A" w:rsidRDefault="00000000" w:rsidP="004E095A">
      <w:pPr>
        <w:pStyle w:val="ae"/>
        <w:numPr>
          <w:ilvl w:val="0"/>
          <w:numId w:val="14"/>
        </w:numPr>
        <w:spacing w:after="0" w:line="240" w:lineRule="auto"/>
        <w:rPr>
          <w:rFonts w:ascii="ＭＳ ゴシック" w:eastAsia="ＭＳ ゴシック" w:hAnsi="ＭＳ ゴシック"/>
          <w:sz w:val="21"/>
          <w:szCs w:val="21"/>
          <w:lang w:eastAsia="ja-JP"/>
        </w:rPr>
      </w:pPr>
      <w:r w:rsidRPr="004E095A">
        <w:rPr>
          <w:rFonts w:ascii="ＭＳ ゴシック" w:eastAsia="ＭＳ ゴシック" w:hAnsi="ＭＳ ゴシック"/>
          <w:sz w:val="21"/>
          <w:szCs w:val="21"/>
          <w:lang w:eastAsia="ja-JP"/>
        </w:rPr>
        <w:t>納期・予算</w:t>
      </w:r>
    </w:p>
    <w:p w14:paraId="01987241" w14:textId="1E6D0391" w:rsidR="00F903D9" w:rsidRPr="00B4445B" w:rsidRDefault="00000000" w:rsidP="004E095A">
      <w:pPr>
        <w:spacing w:after="0" w:line="240" w:lineRule="auto"/>
        <w:ind w:leftChars="100" w:left="220"/>
        <w:rPr>
          <w:rFonts w:ascii="ＭＳ 明朝" w:eastAsia="ＭＳ 明朝" w:hAnsi="ＭＳ 明朝"/>
          <w:sz w:val="21"/>
          <w:szCs w:val="21"/>
          <w:lang w:eastAsia="ja-JP"/>
        </w:rPr>
      </w:pPr>
      <w:r w:rsidRPr="00B4445B">
        <w:rPr>
          <w:rFonts w:ascii="ＭＳ 明朝" w:eastAsia="ＭＳ 明朝" w:hAnsi="ＭＳ 明朝"/>
          <w:sz w:val="21"/>
          <w:szCs w:val="21"/>
          <w:lang w:eastAsia="ja-JP"/>
        </w:rPr>
        <w:t>希望納期：</w:t>
      </w:r>
      <w:r w:rsidR="00B4445B" w:rsidRPr="00B4445B">
        <w:rPr>
          <w:rFonts w:ascii="ＭＳ 明朝" w:eastAsia="ＭＳ 明朝" w:hAnsi="ＭＳ 明朝" w:hint="eastAsia"/>
          <w:sz w:val="21"/>
          <w:szCs w:val="21"/>
          <w:lang w:eastAsia="ja-JP"/>
        </w:rPr>
        <w:t>2025</w:t>
      </w:r>
      <w:r w:rsidRPr="00B4445B">
        <w:rPr>
          <w:rFonts w:ascii="ＭＳ 明朝" w:eastAsia="ＭＳ 明朝" w:hAnsi="ＭＳ 明朝"/>
          <w:sz w:val="21"/>
          <w:szCs w:val="21"/>
          <w:lang w:eastAsia="ja-JP"/>
        </w:rPr>
        <w:t>年</w:t>
      </w:r>
      <w:r w:rsidR="00B4445B" w:rsidRPr="00B4445B">
        <w:rPr>
          <w:rFonts w:ascii="ＭＳ 明朝" w:eastAsia="ＭＳ 明朝" w:hAnsi="ＭＳ 明朝" w:hint="eastAsia"/>
          <w:sz w:val="21"/>
          <w:szCs w:val="21"/>
          <w:lang w:eastAsia="ja-JP"/>
        </w:rPr>
        <w:t>8</w:t>
      </w:r>
      <w:r w:rsidRPr="00B4445B">
        <w:rPr>
          <w:rFonts w:ascii="ＭＳ 明朝" w:eastAsia="ＭＳ 明朝" w:hAnsi="ＭＳ 明朝"/>
          <w:sz w:val="21"/>
          <w:szCs w:val="21"/>
          <w:lang w:eastAsia="ja-JP"/>
        </w:rPr>
        <w:t>月</w:t>
      </w:r>
      <w:r w:rsidR="00B4445B" w:rsidRPr="00B4445B">
        <w:rPr>
          <w:rFonts w:ascii="ＭＳ 明朝" w:eastAsia="ＭＳ 明朝" w:hAnsi="ＭＳ 明朝" w:hint="eastAsia"/>
          <w:sz w:val="21"/>
          <w:szCs w:val="21"/>
          <w:lang w:eastAsia="ja-JP"/>
        </w:rPr>
        <w:t>30</w:t>
      </w:r>
      <w:r w:rsidRPr="00B4445B">
        <w:rPr>
          <w:rFonts w:ascii="ＭＳ 明朝" w:eastAsia="ＭＳ 明朝" w:hAnsi="ＭＳ 明朝"/>
          <w:sz w:val="21"/>
          <w:szCs w:val="21"/>
          <w:lang w:eastAsia="ja-JP"/>
        </w:rPr>
        <w:t>日</w:t>
      </w:r>
    </w:p>
    <w:p w14:paraId="5063C73B" w14:textId="1048F199" w:rsidR="00F903D9" w:rsidRPr="004E095A" w:rsidRDefault="058C071A" w:rsidP="058C071A">
      <w:pPr>
        <w:spacing w:after="0" w:line="240" w:lineRule="auto"/>
        <w:ind w:leftChars="100" w:left="220"/>
        <w:rPr>
          <w:rFonts w:asciiTheme="minorEastAsia" w:hAnsiTheme="minorEastAsia" w:cstheme="minorEastAsia"/>
          <w:sz w:val="21"/>
          <w:szCs w:val="21"/>
          <w:lang w:eastAsia="ja-JP"/>
        </w:rPr>
      </w:pPr>
      <w:r w:rsidRPr="058C071A">
        <w:rPr>
          <w:rFonts w:asciiTheme="minorEastAsia" w:hAnsiTheme="minorEastAsia" w:cstheme="minorEastAsia"/>
          <w:sz w:val="21"/>
          <w:szCs w:val="21"/>
          <w:lang w:eastAsia="ja-JP"/>
        </w:rPr>
        <w:t>予算：〇万円</w:t>
      </w:r>
    </w:p>
    <w:p w14:paraId="60E77FC9" w14:textId="2FE0ADCA" w:rsidR="004E095A" w:rsidRPr="004E095A" w:rsidRDefault="004E095A" w:rsidP="004E095A">
      <w:pPr>
        <w:spacing w:after="0" w:line="240" w:lineRule="auto"/>
        <w:rPr>
          <w:rFonts w:hint="eastAsia"/>
          <w:sz w:val="21"/>
          <w:szCs w:val="21"/>
          <w:lang w:eastAsia="ja-JP"/>
        </w:rPr>
      </w:pPr>
    </w:p>
    <w:p w14:paraId="1EDF154D" w14:textId="1FAF484D" w:rsidR="00F903D9" w:rsidRPr="004E095A" w:rsidRDefault="00000000" w:rsidP="004E095A">
      <w:pPr>
        <w:pStyle w:val="ae"/>
        <w:numPr>
          <w:ilvl w:val="0"/>
          <w:numId w:val="14"/>
        </w:numPr>
        <w:spacing w:after="0" w:line="240" w:lineRule="auto"/>
        <w:rPr>
          <w:rFonts w:ascii="ＭＳ ゴシック" w:eastAsia="ＭＳ ゴシック" w:hAnsi="ＭＳ ゴシック"/>
          <w:sz w:val="21"/>
          <w:szCs w:val="21"/>
          <w:lang w:eastAsia="ja-JP"/>
        </w:rPr>
      </w:pPr>
      <w:r w:rsidRPr="004E095A">
        <w:rPr>
          <w:rFonts w:ascii="ＭＳ ゴシック" w:eastAsia="ＭＳ ゴシック" w:hAnsi="ＭＳ ゴシック"/>
          <w:sz w:val="21"/>
          <w:szCs w:val="21"/>
          <w:lang w:eastAsia="ja-JP"/>
        </w:rPr>
        <w:t>その他の要望・注意点</w:t>
      </w:r>
    </w:p>
    <w:p w14:paraId="36492FA4" w14:textId="21601F4E" w:rsidR="00F91C71" w:rsidRDefault="005C38FE" w:rsidP="00F91C71">
      <w:pPr>
        <w:spacing w:after="0" w:line="240" w:lineRule="auto"/>
        <w:rPr>
          <w:rFonts w:asciiTheme="minorEastAsia" w:hAnsiTheme="minorEastAsia" w:cstheme="minorEastAsia"/>
          <w:sz w:val="21"/>
          <w:szCs w:val="21"/>
          <w:lang w:eastAsia="ja-JP"/>
        </w:rPr>
      </w:pPr>
      <w:r w:rsidRPr="005C38FE">
        <w:rPr>
          <w:rFonts w:asciiTheme="minorEastAsia" w:hAnsiTheme="minorEastAsia" w:cstheme="minorEastAsia" w:hint="eastAsia"/>
          <w:sz w:val="21"/>
          <w:szCs w:val="21"/>
          <w:lang w:eastAsia="ja-JP"/>
        </w:rPr>
        <w:t xml:space="preserve">　</w:t>
      </w:r>
      <w:r>
        <w:rPr>
          <w:rFonts w:asciiTheme="minorEastAsia" w:hAnsiTheme="minorEastAsia" w:cstheme="minorEastAsia" w:hint="eastAsia"/>
          <w:sz w:val="21"/>
          <w:szCs w:val="21"/>
          <w:lang w:eastAsia="ja-JP"/>
        </w:rPr>
        <w:t>・</w:t>
      </w:r>
      <w:r w:rsidR="00527DA0">
        <w:rPr>
          <w:rFonts w:asciiTheme="minorEastAsia" w:hAnsiTheme="minorEastAsia" w:cstheme="minorEastAsia" w:hint="eastAsia"/>
          <w:sz w:val="21"/>
          <w:szCs w:val="21"/>
          <w:lang w:eastAsia="ja-JP"/>
        </w:rPr>
        <w:t>適宜</w:t>
      </w:r>
      <w:r>
        <w:rPr>
          <w:rFonts w:asciiTheme="minorEastAsia" w:hAnsiTheme="minorEastAsia" w:cstheme="minorEastAsia" w:hint="eastAsia"/>
          <w:sz w:val="21"/>
          <w:szCs w:val="21"/>
          <w:lang w:eastAsia="ja-JP"/>
        </w:rPr>
        <w:t>技術的</w:t>
      </w:r>
      <w:r>
        <w:rPr>
          <w:rFonts w:asciiTheme="minorEastAsia" w:hAnsiTheme="minorEastAsia" w:cstheme="minorEastAsia" w:hint="eastAsia"/>
          <w:sz w:val="21"/>
          <w:szCs w:val="21"/>
          <w:lang w:eastAsia="ja-JP"/>
        </w:rPr>
        <w:t>な相談</w:t>
      </w:r>
      <w:r w:rsidR="00527DA0">
        <w:rPr>
          <w:rFonts w:asciiTheme="minorEastAsia" w:hAnsiTheme="minorEastAsia" w:cstheme="minorEastAsia" w:hint="eastAsia"/>
          <w:sz w:val="21"/>
          <w:szCs w:val="21"/>
          <w:lang w:eastAsia="ja-JP"/>
        </w:rPr>
        <w:t>を</w:t>
      </w:r>
      <w:r>
        <w:rPr>
          <w:rFonts w:asciiTheme="minorEastAsia" w:hAnsiTheme="minorEastAsia" w:cstheme="minorEastAsia" w:hint="eastAsia"/>
          <w:sz w:val="21"/>
          <w:szCs w:val="21"/>
          <w:lang w:eastAsia="ja-JP"/>
        </w:rPr>
        <w:t>しながら</w:t>
      </w:r>
      <w:r w:rsidRPr="005C38FE">
        <w:rPr>
          <w:rFonts w:asciiTheme="minorEastAsia" w:hAnsiTheme="minorEastAsia" w:cstheme="minorEastAsia" w:hint="eastAsia"/>
          <w:sz w:val="21"/>
          <w:szCs w:val="21"/>
          <w:lang w:eastAsia="ja-JP"/>
        </w:rPr>
        <w:t>作業を進め</w:t>
      </w:r>
      <w:r>
        <w:rPr>
          <w:rFonts w:asciiTheme="minorEastAsia" w:hAnsiTheme="minorEastAsia" w:cstheme="minorEastAsia" w:hint="eastAsia"/>
          <w:sz w:val="21"/>
          <w:szCs w:val="21"/>
          <w:lang w:eastAsia="ja-JP"/>
        </w:rPr>
        <w:t>たい。</w:t>
      </w:r>
    </w:p>
    <w:p w14:paraId="6FE99D17" w14:textId="77777777" w:rsidR="002B22A6" w:rsidRPr="005C38FE" w:rsidRDefault="002B22A6" w:rsidP="00F91C71">
      <w:pPr>
        <w:spacing w:after="0" w:line="240" w:lineRule="auto"/>
        <w:rPr>
          <w:rFonts w:asciiTheme="minorEastAsia" w:hAnsiTheme="minorEastAsia" w:cstheme="minorEastAsia"/>
          <w:sz w:val="21"/>
          <w:szCs w:val="21"/>
          <w:lang w:eastAsia="ja-JP"/>
        </w:rPr>
      </w:pPr>
    </w:p>
    <w:sectPr w:rsidR="002B22A6" w:rsidRPr="005C38FE" w:rsidSect="004E095A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FC9AF" w14:textId="77777777" w:rsidR="00A76CEF" w:rsidRDefault="00A76CEF" w:rsidP="00F91C71">
      <w:pPr>
        <w:spacing w:after="0" w:line="240" w:lineRule="auto"/>
      </w:pPr>
      <w:r>
        <w:separator/>
      </w:r>
    </w:p>
  </w:endnote>
  <w:endnote w:type="continuationSeparator" w:id="0">
    <w:p w14:paraId="308F2EEA" w14:textId="77777777" w:rsidR="00A76CEF" w:rsidRDefault="00A76CEF" w:rsidP="00F91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8A13E" w14:textId="77777777" w:rsidR="00A76CEF" w:rsidRDefault="00A76CEF" w:rsidP="00F91C71">
      <w:pPr>
        <w:spacing w:after="0" w:line="240" w:lineRule="auto"/>
      </w:pPr>
      <w:r>
        <w:separator/>
      </w:r>
    </w:p>
  </w:footnote>
  <w:footnote w:type="continuationSeparator" w:id="0">
    <w:p w14:paraId="2F22161C" w14:textId="77777777" w:rsidR="00A76CEF" w:rsidRDefault="00A76CEF" w:rsidP="00F91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DF5342"/>
    <w:multiLevelType w:val="hybridMultilevel"/>
    <w:tmpl w:val="4C084F50"/>
    <w:lvl w:ilvl="0" w:tplc="624A3F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B6F2EEA"/>
    <w:multiLevelType w:val="hybridMultilevel"/>
    <w:tmpl w:val="F1CA953C"/>
    <w:lvl w:ilvl="0" w:tplc="64487320">
      <w:start w:val="1"/>
      <w:numFmt w:val="decimalFullWidth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E455017"/>
    <w:multiLevelType w:val="hybridMultilevel"/>
    <w:tmpl w:val="89642FD2"/>
    <w:lvl w:ilvl="0" w:tplc="64487320">
      <w:start w:val="1"/>
      <w:numFmt w:val="decimalFullWidth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F8F3E57"/>
    <w:multiLevelType w:val="hybridMultilevel"/>
    <w:tmpl w:val="69847DD8"/>
    <w:lvl w:ilvl="0" w:tplc="FFFFFFFF">
      <w:start w:val="1"/>
      <w:numFmt w:val="decimalEnclosedCircle"/>
      <w:lvlText w:val="%1"/>
      <w:lvlJc w:val="left"/>
      <w:pPr>
        <w:ind w:left="660" w:hanging="440"/>
      </w:pPr>
    </w:lvl>
    <w:lvl w:ilvl="1" w:tplc="FFFFFFFF" w:tentative="1">
      <w:start w:val="1"/>
      <w:numFmt w:val="aiueoFullWidth"/>
      <w:lvlText w:val="(%2)"/>
      <w:lvlJc w:val="left"/>
      <w:pPr>
        <w:ind w:left="110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40" w:hanging="440"/>
      </w:pPr>
    </w:lvl>
    <w:lvl w:ilvl="3" w:tplc="FFFFFFFF" w:tentative="1">
      <w:start w:val="1"/>
      <w:numFmt w:val="decimal"/>
      <w:lvlText w:val="%4."/>
      <w:lvlJc w:val="left"/>
      <w:pPr>
        <w:ind w:left="1980" w:hanging="440"/>
      </w:pPr>
    </w:lvl>
    <w:lvl w:ilvl="4" w:tplc="FFFFFFFF" w:tentative="1">
      <w:start w:val="1"/>
      <w:numFmt w:val="aiueoFullWidth"/>
      <w:lvlText w:val="(%5)"/>
      <w:lvlJc w:val="left"/>
      <w:pPr>
        <w:ind w:left="242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60" w:hanging="440"/>
      </w:pPr>
    </w:lvl>
    <w:lvl w:ilvl="6" w:tplc="FFFFFFFF" w:tentative="1">
      <w:start w:val="1"/>
      <w:numFmt w:val="decimal"/>
      <w:lvlText w:val="%7."/>
      <w:lvlJc w:val="left"/>
      <w:pPr>
        <w:ind w:left="3300" w:hanging="440"/>
      </w:pPr>
    </w:lvl>
    <w:lvl w:ilvl="7" w:tplc="FFFFFFFF" w:tentative="1">
      <w:start w:val="1"/>
      <w:numFmt w:val="aiueoFullWidth"/>
      <w:lvlText w:val="(%8)"/>
      <w:lvlJc w:val="left"/>
      <w:pPr>
        <w:ind w:left="37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3" w15:restartNumberingAfterBreak="0">
    <w:nsid w:val="32E120F2"/>
    <w:multiLevelType w:val="hybridMultilevel"/>
    <w:tmpl w:val="5638345A"/>
    <w:lvl w:ilvl="0" w:tplc="64487320">
      <w:start w:val="1"/>
      <w:numFmt w:val="decimalFullWidth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36687296"/>
    <w:multiLevelType w:val="hybridMultilevel"/>
    <w:tmpl w:val="69847DD8"/>
    <w:lvl w:ilvl="0" w:tplc="04090011">
      <w:start w:val="1"/>
      <w:numFmt w:val="decimalEnclosedCircle"/>
      <w:lvlText w:val="%1"/>
      <w:lvlJc w:val="left"/>
      <w:pPr>
        <w:ind w:left="660" w:hanging="440"/>
      </w:p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5" w15:restartNumberingAfterBreak="0">
    <w:nsid w:val="464F77DF"/>
    <w:multiLevelType w:val="hybridMultilevel"/>
    <w:tmpl w:val="F2A8C4D4"/>
    <w:lvl w:ilvl="0" w:tplc="04090011">
      <w:start w:val="1"/>
      <w:numFmt w:val="decimalEnclosedCircle"/>
      <w:lvlText w:val="%1"/>
      <w:lvlJc w:val="left"/>
      <w:pPr>
        <w:ind w:left="660" w:hanging="440"/>
      </w:p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6" w15:restartNumberingAfterBreak="0">
    <w:nsid w:val="473155EE"/>
    <w:multiLevelType w:val="hybridMultilevel"/>
    <w:tmpl w:val="A1FCEAF6"/>
    <w:lvl w:ilvl="0" w:tplc="64487320">
      <w:start w:val="1"/>
      <w:numFmt w:val="decimalFullWidth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48220AEB"/>
    <w:multiLevelType w:val="hybridMultilevel"/>
    <w:tmpl w:val="285A4864"/>
    <w:lvl w:ilvl="0" w:tplc="72AEE038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</w:lvl>
    <w:lvl w:ilvl="1" w:tplc="6C9CFAEE" w:tentative="1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41ACD53C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EA6244F4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B810C0E6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D0E6C78A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B114BA06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269EEE1C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6406B9B8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737A15"/>
    <w:multiLevelType w:val="hybridMultilevel"/>
    <w:tmpl w:val="71FE9090"/>
    <w:lvl w:ilvl="0" w:tplc="04090011">
      <w:start w:val="1"/>
      <w:numFmt w:val="decimalEnclosedCircle"/>
      <w:lvlText w:val="%1"/>
      <w:lvlJc w:val="left"/>
      <w:pPr>
        <w:ind w:left="660" w:hanging="440"/>
      </w:p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9" w15:restartNumberingAfterBreak="0">
    <w:nsid w:val="55F44014"/>
    <w:multiLevelType w:val="hybridMultilevel"/>
    <w:tmpl w:val="F4D4FC1A"/>
    <w:lvl w:ilvl="0" w:tplc="639A8490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20" w15:restartNumberingAfterBreak="0">
    <w:nsid w:val="7B3E502B"/>
    <w:multiLevelType w:val="hybridMultilevel"/>
    <w:tmpl w:val="99B8909E"/>
    <w:lvl w:ilvl="0" w:tplc="04090011">
      <w:start w:val="1"/>
      <w:numFmt w:val="decimalEnclosedCircle"/>
      <w:lvlText w:val="%1"/>
      <w:lvlJc w:val="left"/>
      <w:pPr>
        <w:ind w:left="660" w:hanging="440"/>
      </w:p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21" w15:restartNumberingAfterBreak="0">
    <w:nsid w:val="7FB51B0F"/>
    <w:multiLevelType w:val="hybridMultilevel"/>
    <w:tmpl w:val="AF829A78"/>
    <w:lvl w:ilvl="0" w:tplc="64487320">
      <w:start w:val="1"/>
      <w:numFmt w:val="decimalFullWidth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92878551">
    <w:abstractNumId w:val="8"/>
  </w:num>
  <w:num w:numId="2" w16cid:durableId="17388954">
    <w:abstractNumId w:val="6"/>
  </w:num>
  <w:num w:numId="3" w16cid:durableId="1728675676">
    <w:abstractNumId w:val="5"/>
  </w:num>
  <w:num w:numId="4" w16cid:durableId="1083990414">
    <w:abstractNumId w:val="4"/>
  </w:num>
  <w:num w:numId="5" w16cid:durableId="1958828652">
    <w:abstractNumId w:val="7"/>
  </w:num>
  <w:num w:numId="6" w16cid:durableId="1211765592">
    <w:abstractNumId w:val="3"/>
  </w:num>
  <w:num w:numId="7" w16cid:durableId="1459452086">
    <w:abstractNumId w:val="2"/>
  </w:num>
  <w:num w:numId="8" w16cid:durableId="1289238100">
    <w:abstractNumId w:val="1"/>
  </w:num>
  <w:num w:numId="9" w16cid:durableId="1574200140">
    <w:abstractNumId w:val="0"/>
  </w:num>
  <w:num w:numId="10" w16cid:durableId="218136121">
    <w:abstractNumId w:val="13"/>
  </w:num>
  <w:num w:numId="11" w16cid:durableId="1565026435">
    <w:abstractNumId w:val="9"/>
  </w:num>
  <w:num w:numId="12" w16cid:durableId="387920766">
    <w:abstractNumId w:val="11"/>
  </w:num>
  <w:num w:numId="13" w16cid:durableId="1846704777">
    <w:abstractNumId w:val="10"/>
  </w:num>
  <w:num w:numId="14" w16cid:durableId="1491484717">
    <w:abstractNumId w:val="16"/>
  </w:num>
  <w:num w:numId="15" w16cid:durableId="1189299160">
    <w:abstractNumId w:val="21"/>
  </w:num>
  <w:num w:numId="16" w16cid:durableId="1689140385">
    <w:abstractNumId w:val="14"/>
  </w:num>
  <w:num w:numId="17" w16cid:durableId="277488716">
    <w:abstractNumId w:val="19"/>
  </w:num>
  <w:num w:numId="18" w16cid:durableId="1325815689">
    <w:abstractNumId w:val="20"/>
  </w:num>
  <w:num w:numId="19" w16cid:durableId="1506557737">
    <w:abstractNumId w:val="15"/>
  </w:num>
  <w:num w:numId="20" w16cid:durableId="1324316835">
    <w:abstractNumId w:val="18"/>
  </w:num>
  <w:num w:numId="21" w16cid:durableId="1058280755">
    <w:abstractNumId w:val="17"/>
  </w:num>
  <w:num w:numId="22" w16cid:durableId="12715438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859"/>
    <w:rsid w:val="0006063C"/>
    <w:rsid w:val="00062DED"/>
    <w:rsid w:val="0007105E"/>
    <w:rsid w:val="0012391C"/>
    <w:rsid w:val="0015074B"/>
    <w:rsid w:val="001B091D"/>
    <w:rsid w:val="001E0A4F"/>
    <w:rsid w:val="00230083"/>
    <w:rsid w:val="002451FB"/>
    <w:rsid w:val="00257895"/>
    <w:rsid w:val="0029639D"/>
    <w:rsid w:val="002B22A6"/>
    <w:rsid w:val="00326F90"/>
    <w:rsid w:val="003676DC"/>
    <w:rsid w:val="003C0CCB"/>
    <w:rsid w:val="004057A7"/>
    <w:rsid w:val="004A2613"/>
    <w:rsid w:val="004E095A"/>
    <w:rsid w:val="00527DA0"/>
    <w:rsid w:val="005C38FE"/>
    <w:rsid w:val="005C52AE"/>
    <w:rsid w:val="00613A9B"/>
    <w:rsid w:val="00644760"/>
    <w:rsid w:val="0064677D"/>
    <w:rsid w:val="00695C14"/>
    <w:rsid w:val="006C3CF4"/>
    <w:rsid w:val="006F6948"/>
    <w:rsid w:val="007236EF"/>
    <w:rsid w:val="007B4BBC"/>
    <w:rsid w:val="007C49C5"/>
    <w:rsid w:val="0083732B"/>
    <w:rsid w:val="008F76FC"/>
    <w:rsid w:val="009836CE"/>
    <w:rsid w:val="00A47132"/>
    <w:rsid w:val="00A76CEF"/>
    <w:rsid w:val="00A91802"/>
    <w:rsid w:val="00AA1D8D"/>
    <w:rsid w:val="00AC27B7"/>
    <w:rsid w:val="00B4445B"/>
    <w:rsid w:val="00B47730"/>
    <w:rsid w:val="00BB667A"/>
    <w:rsid w:val="00C00159"/>
    <w:rsid w:val="00C21B65"/>
    <w:rsid w:val="00C53C91"/>
    <w:rsid w:val="00C71ACA"/>
    <w:rsid w:val="00CB0664"/>
    <w:rsid w:val="00CD32F0"/>
    <w:rsid w:val="00CE6CF9"/>
    <w:rsid w:val="00E37544"/>
    <w:rsid w:val="00EF2F57"/>
    <w:rsid w:val="00F903D9"/>
    <w:rsid w:val="00F91C71"/>
    <w:rsid w:val="00FC693F"/>
    <w:rsid w:val="00FD515A"/>
    <w:rsid w:val="058C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0AA628"/>
  <w14:defaultImageDpi w14:val="300"/>
  <w15:docId w15:val="{DA3E00B9-5C83-4730-AEC9-4C89C4DF5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8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838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74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4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0438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858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由野 舜</cp:lastModifiedBy>
  <cp:revision>3</cp:revision>
  <dcterms:created xsi:type="dcterms:W3CDTF">2025-07-08T04:47:00Z</dcterms:created>
  <dcterms:modified xsi:type="dcterms:W3CDTF">2025-07-11T00:42:00Z</dcterms:modified>
  <cp:category/>
</cp:coreProperties>
</file>