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E266C" w14:textId="77777777" w:rsidR="000B75AF" w:rsidRDefault="00000000">
      <w:pPr>
        <w:pStyle w:val="1"/>
        <w:jc w:val="center"/>
        <w:rPr>
          <w:lang w:eastAsia="zh-TW"/>
        </w:rPr>
      </w:pPr>
      <w:r>
        <w:rPr>
          <w:lang w:eastAsia="zh-TW"/>
        </w:rPr>
        <w:t>進学塾</w:t>
      </w:r>
      <w:r>
        <w:rPr>
          <w:lang w:eastAsia="zh-TW"/>
        </w:rPr>
        <w:t>Excia</w:t>
      </w:r>
      <w:r>
        <w:rPr>
          <w:lang w:eastAsia="zh-TW"/>
        </w:rPr>
        <w:t>秘伝！</w:t>
      </w:r>
    </w:p>
    <w:p w14:paraId="445E168B" w14:textId="77777777" w:rsidR="004F2D94" w:rsidRDefault="004F2D94">
      <w:pPr>
        <w:pStyle w:val="21"/>
        <w:jc w:val="center"/>
        <w:rPr>
          <w:lang w:eastAsia="ja-JP"/>
        </w:rPr>
      </w:pPr>
    </w:p>
    <w:p w14:paraId="0604BCDF" w14:textId="77777777" w:rsidR="004F2D94" w:rsidRDefault="004F2D94">
      <w:pPr>
        <w:pStyle w:val="21"/>
        <w:jc w:val="center"/>
        <w:rPr>
          <w:lang w:eastAsia="ja-JP"/>
        </w:rPr>
      </w:pPr>
    </w:p>
    <w:p w14:paraId="51C958B5" w14:textId="77777777" w:rsidR="004F2D94" w:rsidRDefault="004F2D94">
      <w:pPr>
        <w:pStyle w:val="21"/>
        <w:jc w:val="center"/>
        <w:rPr>
          <w:lang w:eastAsia="ja-JP"/>
        </w:rPr>
      </w:pPr>
    </w:p>
    <w:p w14:paraId="3184C565" w14:textId="7ECE7772" w:rsidR="000B75AF" w:rsidRDefault="00000000">
      <w:pPr>
        <w:pStyle w:val="21"/>
        <w:jc w:val="center"/>
        <w:rPr>
          <w:rFonts w:hint="eastAsia"/>
          <w:lang w:eastAsia="ja-JP"/>
        </w:rPr>
      </w:pPr>
      <w:r>
        <w:rPr>
          <w:lang w:eastAsia="ja-JP"/>
        </w:rPr>
        <w:t>君の成績が伸びる</w:t>
      </w:r>
      <w:r w:rsidR="004F2D94">
        <w:rPr>
          <w:rFonts w:hint="eastAsia"/>
          <w:lang w:eastAsia="ja-JP"/>
        </w:rPr>
        <w:t>ための勉強法虎の巻！</w:t>
      </w:r>
    </w:p>
    <w:p w14:paraId="4805D423" w14:textId="77777777" w:rsidR="004F2D94" w:rsidRDefault="004F2D94">
      <w:pPr>
        <w:rPr>
          <w:i/>
          <w:lang w:eastAsia="ja-JP"/>
        </w:rPr>
      </w:pPr>
    </w:p>
    <w:p w14:paraId="25651062" w14:textId="77777777" w:rsidR="004F2D94" w:rsidRDefault="004F2D94">
      <w:pPr>
        <w:rPr>
          <w:i/>
          <w:lang w:eastAsia="ja-JP"/>
        </w:rPr>
      </w:pPr>
    </w:p>
    <w:p w14:paraId="6F2BC8EF" w14:textId="77777777" w:rsidR="004F2D94" w:rsidRDefault="004F2D94">
      <w:pPr>
        <w:rPr>
          <w:i/>
          <w:lang w:eastAsia="ja-JP"/>
        </w:rPr>
      </w:pPr>
    </w:p>
    <w:p w14:paraId="0C203297" w14:textId="77777777" w:rsidR="004F2D94" w:rsidRDefault="004F2D94">
      <w:pPr>
        <w:rPr>
          <w:i/>
          <w:lang w:eastAsia="ja-JP"/>
        </w:rPr>
      </w:pPr>
    </w:p>
    <w:p w14:paraId="4E8F896E" w14:textId="77777777" w:rsidR="004F2D94" w:rsidRDefault="004F2D94">
      <w:pPr>
        <w:rPr>
          <w:i/>
          <w:lang w:eastAsia="ja-JP"/>
        </w:rPr>
      </w:pPr>
    </w:p>
    <w:p w14:paraId="2BD90CB3" w14:textId="77777777" w:rsidR="004F2D94" w:rsidRDefault="004F2D94">
      <w:pPr>
        <w:rPr>
          <w:i/>
          <w:lang w:eastAsia="ja-JP"/>
        </w:rPr>
      </w:pPr>
    </w:p>
    <w:p w14:paraId="79EA8F63" w14:textId="21EDF199" w:rsidR="004F2D94" w:rsidRDefault="004F2D94">
      <w:pPr>
        <w:rPr>
          <w:i/>
          <w:lang w:eastAsia="ja-JP"/>
        </w:rPr>
      </w:pPr>
      <w:r>
        <w:rPr>
          <w:rFonts w:hint="eastAsia"/>
          <w:i/>
          <w:lang w:eastAsia="ja-JP"/>
        </w:rPr>
        <w:t xml:space="preserve">　　　　　　　　　　　　　　　　　　ロゴ</w:t>
      </w:r>
    </w:p>
    <w:p w14:paraId="2CA87D3F" w14:textId="77777777" w:rsidR="004F2D94" w:rsidRDefault="004F2D94">
      <w:pPr>
        <w:rPr>
          <w:i/>
          <w:lang w:eastAsia="ja-JP"/>
        </w:rPr>
      </w:pPr>
    </w:p>
    <w:p w14:paraId="786C1CC4" w14:textId="77777777" w:rsidR="004F2D94" w:rsidRDefault="004F2D94">
      <w:pPr>
        <w:rPr>
          <w:i/>
          <w:lang w:eastAsia="ja-JP"/>
        </w:rPr>
      </w:pPr>
    </w:p>
    <w:p w14:paraId="03B6174A" w14:textId="77777777" w:rsidR="004F2D94" w:rsidRDefault="004F2D94">
      <w:pPr>
        <w:rPr>
          <w:i/>
          <w:lang w:eastAsia="ja-JP"/>
        </w:rPr>
      </w:pPr>
    </w:p>
    <w:p w14:paraId="7DE19E41" w14:textId="77777777" w:rsidR="004F2D94" w:rsidRDefault="004F2D94">
      <w:pPr>
        <w:rPr>
          <w:i/>
          <w:lang w:eastAsia="ja-JP"/>
        </w:rPr>
      </w:pPr>
    </w:p>
    <w:p w14:paraId="19623C0B" w14:textId="77777777" w:rsidR="004F2D94" w:rsidRDefault="004F2D94">
      <w:pPr>
        <w:rPr>
          <w:i/>
          <w:lang w:eastAsia="ja-JP"/>
        </w:rPr>
      </w:pPr>
    </w:p>
    <w:p w14:paraId="7AD702FF" w14:textId="77777777" w:rsidR="004F2D94" w:rsidRDefault="004F2D94">
      <w:pPr>
        <w:rPr>
          <w:i/>
          <w:lang w:eastAsia="ja-JP"/>
        </w:rPr>
      </w:pPr>
    </w:p>
    <w:p w14:paraId="6F030AFD" w14:textId="77777777" w:rsidR="004F2D94" w:rsidRDefault="004F2D94">
      <w:pPr>
        <w:rPr>
          <w:rFonts w:hint="eastAsia"/>
          <w:i/>
          <w:lang w:eastAsia="ja-JP"/>
        </w:rPr>
      </w:pPr>
    </w:p>
    <w:p w14:paraId="4D95727B" w14:textId="11FEE655" w:rsidR="000B75AF" w:rsidRDefault="00000000">
      <w:pPr>
        <w:rPr>
          <w:lang w:eastAsia="ja-JP"/>
        </w:rPr>
      </w:pPr>
      <w:r>
        <w:rPr>
          <w:i/>
          <w:lang w:eastAsia="ja-JP"/>
        </w:rPr>
        <w:t>〜努力しているのに結果が出ない君へ〜</w:t>
      </w:r>
    </w:p>
    <w:p w14:paraId="7955BAC3" w14:textId="77777777" w:rsidR="000B75AF" w:rsidRDefault="00000000">
      <w:pPr>
        <w:jc w:val="right"/>
      </w:pPr>
      <w:r>
        <w:t xml:space="preserve">名前：　　　　　　　　　　　学年：　　　</w:t>
      </w:r>
    </w:p>
    <w:p w14:paraId="68EAC220" w14:textId="77777777" w:rsidR="000B75AF" w:rsidRDefault="00000000">
      <w:r>
        <w:br w:type="page"/>
      </w:r>
    </w:p>
    <w:p w14:paraId="11262610" w14:textId="77777777" w:rsidR="000B75AF" w:rsidRDefault="00000000">
      <w:pPr>
        <w:pStyle w:val="1"/>
        <w:rPr>
          <w:lang w:eastAsia="ja-JP"/>
        </w:rPr>
      </w:pPr>
      <w:r>
        <w:rPr>
          <w:lang w:eastAsia="ja-JP"/>
        </w:rPr>
        <w:lastRenderedPageBreak/>
        <w:t>STEP0</w:t>
      </w:r>
      <w:r>
        <w:rPr>
          <w:lang w:eastAsia="ja-JP"/>
        </w:rPr>
        <w:t>：自己チェックリスト</w:t>
      </w:r>
    </w:p>
    <w:p w14:paraId="7F8EDE85" w14:textId="77777777" w:rsidR="000B75AF" w:rsidRDefault="00000000">
      <w:pPr>
        <w:rPr>
          <w:lang w:eastAsia="ja-JP"/>
        </w:rPr>
      </w:pPr>
      <w:r>
        <w:rPr>
          <w:lang w:eastAsia="ja-JP"/>
        </w:rPr>
        <w:t>以下の項目に〇か</w:t>
      </w:r>
      <w:r>
        <w:rPr>
          <w:lang w:eastAsia="ja-JP"/>
        </w:rPr>
        <w:t>×</w:t>
      </w:r>
      <w:r>
        <w:rPr>
          <w:lang w:eastAsia="ja-JP"/>
        </w:rPr>
        <w:t>をつけて、自分の勉強法をふり返ってみよう。</w:t>
      </w:r>
    </w:p>
    <w:p w14:paraId="26FB82B0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1. </w:t>
      </w:r>
      <w:r>
        <w:rPr>
          <w:lang w:eastAsia="ja-JP"/>
        </w:rPr>
        <w:t xml:space="preserve">解けそうな問題ばかり選んでいる　　〇　</w:t>
      </w:r>
      <w:r>
        <w:rPr>
          <w:lang w:eastAsia="ja-JP"/>
        </w:rPr>
        <w:t>×</w:t>
      </w:r>
    </w:p>
    <w:p w14:paraId="19D162D8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2. </w:t>
      </w:r>
      <w:r>
        <w:rPr>
          <w:lang w:eastAsia="ja-JP"/>
        </w:rPr>
        <w:t>わかった</w:t>
      </w:r>
      <w:r>
        <w:rPr>
          <w:lang w:eastAsia="ja-JP"/>
        </w:rPr>
        <w:t>“</w:t>
      </w:r>
      <w:r>
        <w:rPr>
          <w:lang w:eastAsia="ja-JP"/>
        </w:rPr>
        <w:t>つもり</w:t>
      </w:r>
      <w:r>
        <w:rPr>
          <w:lang w:eastAsia="ja-JP"/>
        </w:rPr>
        <w:t>”</w:t>
      </w:r>
      <w:r>
        <w:rPr>
          <w:lang w:eastAsia="ja-JP"/>
        </w:rPr>
        <w:t xml:space="preserve">で終わっている　　〇　</w:t>
      </w:r>
      <w:r>
        <w:rPr>
          <w:lang w:eastAsia="ja-JP"/>
        </w:rPr>
        <w:t>×</w:t>
      </w:r>
    </w:p>
    <w:p w14:paraId="10C9C832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3. </w:t>
      </w:r>
      <w:r>
        <w:rPr>
          <w:lang w:eastAsia="ja-JP"/>
        </w:rPr>
        <w:t xml:space="preserve">暗記ばかりで、考える習慣がない　　〇　</w:t>
      </w:r>
      <w:r>
        <w:rPr>
          <w:lang w:eastAsia="ja-JP"/>
        </w:rPr>
        <w:t>×</w:t>
      </w:r>
    </w:p>
    <w:p w14:paraId="2811E3D5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4. </w:t>
      </w:r>
      <w:r>
        <w:rPr>
          <w:lang w:eastAsia="ja-JP"/>
        </w:rPr>
        <w:t xml:space="preserve">問題演習が少なく、テストで時間が足りない　　〇　</w:t>
      </w:r>
      <w:r>
        <w:rPr>
          <w:lang w:eastAsia="ja-JP"/>
        </w:rPr>
        <w:t>×</w:t>
      </w:r>
    </w:p>
    <w:p w14:paraId="515E28A9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5. </w:t>
      </w:r>
      <w:r>
        <w:rPr>
          <w:lang w:eastAsia="ja-JP"/>
        </w:rPr>
        <w:t xml:space="preserve">解き方が自己流で、解説を読まない　　〇　</w:t>
      </w:r>
      <w:r>
        <w:rPr>
          <w:lang w:eastAsia="ja-JP"/>
        </w:rPr>
        <w:t>×</w:t>
      </w:r>
    </w:p>
    <w:p w14:paraId="244AC3C6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6. </w:t>
      </w:r>
      <w:r>
        <w:rPr>
          <w:lang w:eastAsia="ja-JP"/>
        </w:rPr>
        <w:t xml:space="preserve">長時間勉強しているが集中できていない　　〇　</w:t>
      </w:r>
      <w:r>
        <w:rPr>
          <w:lang w:eastAsia="ja-JP"/>
        </w:rPr>
        <w:t>×</w:t>
      </w:r>
    </w:p>
    <w:p w14:paraId="63453761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7. </w:t>
      </w:r>
      <w:r>
        <w:rPr>
          <w:lang w:eastAsia="ja-JP"/>
        </w:rPr>
        <w:t xml:space="preserve">自分のレベルに合っていない教材を使っている　　〇　</w:t>
      </w:r>
      <w:r>
        <w:rPr>
          <w:lang w:eastAsia="ja-JP"/>
        </w:rPr>
        <w:t>×</w:t>
      </w:r>
    </w:p>
    <w:p w14:paraId="716A63C5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8. </w:t>
      </w:r>
      <w:r>
        <w:rPr>
          <w:lang w:eastAsia="ja-JP"/>
        </w:rPr>
        <w:t xml:space="preserve">授業を聞くだけで満足している　　〇　</w:t>
      </w:r>
      <w:r>
        <w:rPr>
          <w:lang w:eastAsia="ja-JP"/>
        </w:rPr>
        <w:t>×</w:t>
      </w:r>
    </w:p>
    <w:p w14:paraId="19826D1D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9. </w:t>
      </w:r>
      <w:r>
        <w:rPr>
          <w:lang w:eastAsia="ja-JP"/>
        </w:rPr>
        <w:t xml:space="preserve">その場しのぎで勉強している　　〇　</w:t>
      </w:r>
      <w:r>
        <w:rPr>
          <w:lang w:eastAsia="ja-JP"/>
        </w:rPr>
        <w:t>×</w:t>
      </w:r>
    </w:p>
    <w:p w14:paraId="3BA09E6B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10. </w:t>
      </w:r>
      <w:r>
        <w:rPr>
          <w:lang w:eastAsia="ja-JP"/>
        </w:rPr>
        <w:t xml:space="preserve">間違えた問題を復習していない　　〇　</w:t>
      </w:r>
      <w:r>
        <w:rPr>
          <w:lang w:eastAsia="ja-JP"/>
        </w:rPr>
        <w:t>×</w:t>
      </w:r>
    </w:p>
    <w:p w14:paraId="1BEA4125" w14:textId="77777777" w:rsidR="000B75AF" w:rsidRDefault="00000000">
      <w:pPr>
        <w:rPr>
          <w:lang w:eastAsia="ja-JP"/>
        </w:rPr>
      </w:pPr>
      <w:r>
        <w:rPr>
          <w:lang w:eastAsia="ja-JP"/>
        </w:rPr>
        <w:t>〇が</w:t>
      </w:r>
      <w:r>
        <w:rPr>
          <w:lang w:eastAsia="ja-JP"/>
        </w:rPr>
        <w:t>4</w:t>
      </w:r>
      <w:r>
        <w:rPr>
          <w:lang w:eastAsia="ja-JP"/>
        </w:rPr>
        <w:t>つ以上ある人は、勉強法を見直すチャンスです！</w:t>
      </w:r>
    </w:p>
    <w:p w14:paraId="04D1ECDB" w14:textId="77777777" w:rsidR="000B75AF" w:rsidRDefault="00000000">
      <w:pPr>
        <w:rPr>
          <w:lang w:eastAsia="ja-JP"/>
        </w:rPr>
      </w:pPr>
      <w:r>
        <w:rPr>
          <w:lang w:eastAsia="ja-JP"/>
        </w:rPr>
        <w:br w:type="page"/>
      </w:r>
    </w:p>
    <w:p w14:paraId="04783AD2" w14:textId="77777777" w:rsidR="000B75AF" w:rsidRDefault="00000000">
      <w:pPr>
        <w:pStyle w:val="1"/>
        <w:rPr>
          <w:lang w:eastAsia="ja-JP"/>
        </w:rPr>
      </w:pPr>
      <w:r>
        <w:rPr>
          <w:lang w:eastAsia="ja-JP"/>
        </w:rPr>
        <w:lastRenderedPageBreak/>
        <w:t>STEP1</w:t>
      </w:r>
      <w:r>
        <w:rPr>
          <w:lang w:eastAsia="ja-JP"/>
        </w:rPr>
        <w:t>：なぜ成績が上がらないのか？</w:t>
      </w:r>
    </w:p>
    <w:p w14:paraId="137532AE" w14:textId="77777777" w:rsidR="000B75AF" w:rsidRDefault="00000000">
      <w:pPr>
        <w:rPr>
          <w:lang w:eastAsia="ja-JP"/>
        </w:rPr>
      </w:pPr>
      <w:r>
        <w:rPr>
          <w:lang w:eastAsia="ja-JP"/>
        </w:rPr>
        <w:t>君は一生懸命勉強しているのに、なぜ成績が伸びないのか。不安になるよね。</w:t>
      </w:r>
    </w:p>
    <w:p w14:paraId="1225ED05" w14:textId="77777777" w:rsidR="000B75AF" w:rsidRDefault="00000000">
      <w:pPr>
        <w:rPr>
          <w:lang w:eastAsia="ja-JP"/>
        </w:rPr>
      </w:pPr>
      <w:r>
        <w:rPr>
          <w:lang w:eastAsia="ja-JP"/>
        </w:rPr>
        <w:t>それは「勉強のやり方」に落とし穴があるから。</w:t>
      </w:r>
    </w:p>
    <w:p w14:paraId="540287F2" w14:textId="77777777" w:rsidR="000B75AF" w:rsidRDefault="00000000">
      <w:pPr>
        <w:rPr>
          <w:lang w:eastAsia="ja-JP"/>
        </w:rPr>
      </w:pPr>
      <w:r>
        <w:rPr>
          <w:lang w:eastAsia="ja-JP"/>
        </w:rPr>
        <w:t>成績が上がらない人に共通すること：</w:t>
      </w:r>
    </w:p>
    <w:p w14:paraId="0026326C" w14:textId="77777777" w:rsidR="000B75AF" w:rsidRDefault="00000000">
      <w:pPr>
        <w:rPr>
          <w:lang w:eastAsia="ja-JP"/>
        </w:rPr>
      </w:pPr>
      <w:r>
        <w:rPr>
          <w:lang w:eastAsia="ja-JP"/>
        </w:rPr>
        <w:t>・アウトプットが少ない（問題を解いていない）</w:t>
      </w:r>
    </w:p>
    <w:p w14:paraId="5469151A" w14:textId="77777777" w:rsidR="000B75AF" w:rsidRDefault="00000000">
      <w:pPr>
        <w:rPr>
          <w:lang w:eastAsia="ja-JP"/>
        </w:rPr>
      </w:pPr>
      <w:r>
        <w:rPr>
          <w:lang w:eastAsia="ja-JP"/>
        </w:rPr>
        <w:t>・理解よりも暗記に偏っている</w:t>
      </w:r>
    </w:p>
    <w:p w14:paraId="5E5B654E" w14:textId="77777777" w:rsidR="000B75AF" w:rsidRDefault="00000000">
      <w:pPr>
        <w:rPr>
          <w:lang w:eastAsia="ja-JP"/>
        </w:rPr>
      </w:pPr>
      <w:r>
        <w:rPr>
          <w:lang w:eastAsia="ja-JP"/>
        </w:rPr>
        <w:t>・時間だけ長くて集中していない</w:t>
      </w:r>
    </w:p>
    <w:p w14:paraId="734A47E9" w14:textId="77777777" w:rsidR="000B75AF" w:rsidRDefault="00000000">
      <w:pPr>
        <w:rPr>
          <w:lang w:eastAsia="ja-JP"/>
        </w:rPr>
      </w:pPr>
      <w:r>
        <w:rPr>
          <w:lang w:eastAsia="ja-JP"/>
        </w:rPr>
        <w:t>・間違いを直す習慣がない</w:t>
      </w:r>
    </w:p>
    <w:p w14:paraId="03B5A90A" w14:textId="77777777" w:rsidR="000B75AF" w:rsidRDefault="00000000">
      <w:pPr>
        <w:rPr>
          <w:lang w:eastAsia="ja-JP"/>
        </w:rPr>
      </w:pPr>
      <w:r>
        <w:rPr>
          <w:lang w:eastAsia="ja-JP"/>
        </w:rPr>
        <w:br/>
      </w:r>
    </w:p>
    <w:p w14:paraId="6B228D9E" w14:textId="77777777" w:rsidR="000B75AF" w:rsidRDefault="00000000">
      <w:pPr>
        <w:rPr>
          <w:lang w:eastAsia="ja-JP"/>
        </w:rPr>
      </w:pPr>
      <w:r>
        <w:rPr>
          <w:lang w:eastAsia="ja-JP"/>
        </w:rPr>
        <w:t>目指すべき勉強とは？</w:t>
      </w:r>
    </w:p>
    <w:p w14:paraId="279FCDF3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インプット（読む・聞く）だけでなく、アウトプット（解く・説明する）を大切にする</w:t>
      </w:r>
    </w:p>
    <w:p w14:paraId="38ACBE51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「なぜそうなるか？」を自分の言葉で説明できるまで理解する</w:t>
      </w:r>
    </w:p>
    <w:p w14:paraId="560DF780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毎日の勉強を記録し、計画を立てる</w:t>
      </w:r>
    </w:p>
    <w:p w14:paraId="70DCCDAD" w14:textId="77777777" w:rsidR="000B75AF" w:rsidRDefault="00000000">
      <w:pPr>
        <w:rPr>
          <w:lang w:eastAsia="ja-JP"/>
        </w:rPr>
      </w:pPr>
      <w:r>
        <w:rPr>
          <w:lang w:eastAsia="ja-JP"/>
        </w:rPr>
        <w:br/>
      </w:r>
      <w:r>
        <w:rPr>
          <w:lang w:eastAsia="ja-JP"/>
        </w:rPr>
        <w:t>【記入しよう】自分が思い当たることは？</w:t>
      </w:r>
    </w:p>
    <w:p w14:paraId="61CB606E" w14:textId="77777777" w:rsidR="000B75AF" w:rsidRDefault="00000000">
      <w:r>
        <w:t>→</w:t>
      </w:r>
      <w:r>
        <w:t xml:space="preserve">　　　　　　　　　　　　　　　　　　　　　　　　　　　　　　　</w:t>
      </w:r>
    </w:p>
    <w:p w14:paraId="523F3C18" w14:textId="77777777" w:rsidR="000B75AF" w:rsidRDefault="00000000">
      <w:r>
        <w:t>→</w:t>
      </w:r>
      <w:r>
        <w:t xml:space="preserve">　　　　　　　　　　　　　　　　　　　　　　　　　　　　　　　</w:t>
      </w:r>
    </w:p>
    <w:p w14:paraId="5EF14048" w14:textId="77777777" w:rsidR="000B75AF" w:rsidRDefault="00000000">
      <w:r>
        <w:br w:type="page"/>
      </w:r>
    </w:p>
    <w:p w14:paraId="683BE2A5" w14:textId="77777777" w:rsidR="000B75AF" w:rsidRDefault="00000000">
      <w:pPr>
        <w:pStyle w:val="21"/>
        <w:rPr>
          <w:lang w:eastAsia="ja-JP"/>
        </w:rPr>
      </w:pPr>
      <w:r>
        <w:rPr>
          <w:lang w:eastAsia="ja-JP"/>
        </w:rPr>
        <w:lastRenderedPageBreak/>
        <w:t>STEP2</w:t>
      </w:r>
      <w:r>
        <w:rPr>
          <w:lang w:eastAsia="ja-JP"/>
        </w:rPr>
        <w:t>：ありがちな間違った勉強法（前半）</w:t>
      </w:r>
    </w:p>
    <w:p w14:paraId="5C72C1A3" w14:textId="77777777" w:rsidR="000B75AF" w:rsidRDefault="00000000">
      <w:pPr>
        <w:rPr>
          <w:lang w:eastAsia="ja-JP"/>
        </w:rPr>
      </w:pPr>
      <w:r>
        <w:rPr>
          <w:lang w:eastAsia="ja-JP"/>
        </w:rPr>
        <w:t>ここでは、特に多い</w:t>
      </w:r>
      <w:r>
        <w:rPr>
          <w:lang w:eastAsia="ja-JP"/>
        </w:rPr>
        <w:t>5</w:t>
      </w:r>
      <w:r>
        <w:rPr>
          <w:lang w:eastAsia="ja-JP"/>
        </w:rPr>
        <w:t>つの</w:t>
      </w:r>
      <w:r>
        <w:rPr>
          <w:lang w:eastAsia="ja-JP"/>
        </w:rPr>
        <w:t>“</w:t>
      </w:r>
      <w:r>
        <w:rPr>
          <w:lang w:eastAsia="ja-JP"/>
        </w:rPr>
        <w:t>間違った勉強法</w:t>
      </w:r>
      <w:r>
        <w:rPr>
          <w:lang w:eastAsia="ja-JP"/>
        </w:rPr>
        <w:t>”</w:t>
      </w:r>
      <w:r>
        <w:rPr>
          <w:lang w:eastAsia="ja-JP"/>
        </w:rPr>
        <w:t>と、それをどう改善するかを紹介します。</w:t>
      </w:r>
    </w:p>
    <w:p w14:paraId="397B610F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① </w:t>
      </w:r>
      <w:r>
        <w:rPr>
          <w:lang w:eastAsia="ja-JP"/>
        </w:rPr>
        <w:t>解ける問題ばかり選ぶ</w:t>
      </w:r>
    </w:p>
    <w:p w14:paraId="4D4743EE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間違ったやり方：できる問題ばかり解いても成績は伸びません。「やった気」になるだけです。</w:t>
      </w:r>
    </w:p>
    <w:p w14:paraId="5C50DD9B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4205E63D" w14:textId="2F90AD30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それではなぜダメなのか？苦手な問題は避けたままになるため、点数につながらない。</w:t>
      </w:r>
    </w:p>
    <w:p w14:paraId="675E6359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775E97C3" w14:textId="255274FA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改善するには？あえて苦手な単元に取り組み、「わからない」を「できた」に変えることが重要。</w:t>
      </w:r>
    </w:p>
    <w:p w14:paraId="02F0F95F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719B69C8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7236074E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1DC3309A" w14:textId="77777777" w:rsidR="000B75AF" w:rsidRDefault="000B75AF"/>
    <w:p w14:paraId="642C41C2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② </w:t>
      </w:r>
      <w:r>
        <w:rPr>
          <w:lang w:eastAsia="ja-JP"/>
        </w:rPr>
        <w:t>わかった</w:t>
      </w:r>
      <w:r>
        <w:rPr>
          <w:lang w:eastAsia="ja-JP"/>
        </w:rPr>
        <w:t>“</w:t>
      </w:r>
      <w:r>
        <w:rPr>
          <w:lang w:eastAsia="ja-JP"/>
        </w:rPr>
        <w:t>つもり</w:t>
      </w:r>
      <w:r>
        <w:rPr>
          <w:lang w:eastAsia="ja-JP"/>
        </w:rPr>
        <w:t>”</w:t>
      </w:r>
      <w:r>
        <w:rPr>
          <w:lang w:eastAsia="ja-JP"/>
        </w:rPr>
        <w:t>で終わる</w:t>
      </w:r>
    </w:p>
    <w:p w14:paraId="10E3AA10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間違ったやり方：先生に聞いて理解した気になって終わっていませんか？</w:t>
      </w:r>
    </w:p>
    <w:p w14:paraId="4D11B213" w14:textId="3AE95912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1F203EBD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</w:t>
      </w:r>
    </w:p>
    <w:p w14:paraId="08FFE196" w14:textId="042F2161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1</w:t>
      </w:r>
      <w:r>
        <w:rPr>
          <w:lang w:eastAsia="ja-JP"/>
        </w:rPr>
        <w:t>回聞いただけでは定着しません。時間が経つとすぐ忘れてしまいます。</w:t>
      </w:r>
    </w:p>
    <w:p w14:paraId="2CCE5F6A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5B7DECB1" w14:textId="250ADD09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改善するには？</w:t>
      </w:r>
      <w:r>
        <w:rPr>
          <w:lang w:eastAsia="ja-JP"/>
        </w:rPr>
        <w:t>3</w:t>
      </w:r>
      <w:r>
        <w:rPr>
          <w:lang w:eastAsia="ja-JP"/>
        </w:rPr>
        <w:t>ステップ復習法（すぐ・</w:t>
      </w:r>
      <w:r>
        <w:rPr>
          <w:lang w:eastAsia="ja-JP"/>
        </w:rPr>
        <w:t>3</w:t>
      </w:r>
      <w:r>
        <w:rPr>
          <w:lang w:eastAsia="ja-JP"/>
        </w:rPr>
        <w:t>日後・</w:t>
      </w:r>
      <w:r>
        <w:rPr>
          <w:lang w:eastAsia="ja-JP"/>
        </w:rPr>
        <w:t>10</w:t>
      </w:r>
      <w:r>
        <w:rPr>
          <w:lang w:eastAsia="ja-JP"/>
        </w:rPr>
        <w:t>日後）で自分で解けるまで繰り返す！</w:t>
      </w:r>
    </w:p>
    <w:p w14:paraId="08EE1ACB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3186A514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1577C71C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2F1E44A8" w14:textId="77777777" w:rsidR="000B75AF" w:rsidRDefault="000B75AF">
      <w:pPr>
        <w:rPr>
          <w:lang w:eastAsia="ja-JP"/>
        </w:rPr>
      </w:pPr>
    </w:p>
    <w:p w14:paraId="0FB4AF3C" w14:textId="77777777" w:rsidR="004F2D94" w:rsidRDefault="004F2D94">
      <w:pPr>
        <w:rPr>
          <w:lang w:eastAsia="ja-JP"/>
        </w:rPr>
      </w:pPr>
    </w:p>
    <w:p w14:paraId="77546BD2" w14:textId="77777777" w:rsidR="004F2D94" w:rsidRDefault="004F2D94">
      <w:pPr>
        <w:rPr>
          <w:lang w:eastAsia="ja-JP"/>
        </w:rPr>
      </w:pPr>
    </w:p>
    <w:p w14:paraId="6B5EA58A" w14:textId="77777777" w:rsidR="004F2D94" w:rsidRDefault="004F2D94">
      <w:pPr>
        <w:rPr>
          <w:lang w:eastAsia="ja-JP"/>
        </w:rPr>
      </w:pPr>
    </w:p>
    <w:p w14:paraId="07EF88C6" w14:textId="77777777" w:rsidR="004F2D94" w:rsidRDefault="004F2D94">
      <w:pPr>
        <w:rPr>
          <w:rFonts w:hint="eastAsia"/>
          <w:lang w:eastAsia="ja-JP"/>
        </w:rPr>
      </w:pPr>
    </w:p>
    <w:p w14:paraId="373C9F73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lastRenderedPageBreak/>
        <w:t xml:space="preserve">③ </w:t>
      </w:r>
      <w:r>
        <w:rPr>
          <w:lang w:eastAsia="ja-JP"/>
        </w:rPr>
        <w:t>丸暗記に頼っている</w:t>
      </w:r>
    </w:p>
    <w:p w14:paraId="2BBDBE05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間違ったやり方：公式や単語を「意味を考えず」そのまま覚えていませんか？</w:t>
      </w:r>
    </w:p>
    <w:p w14:paraId="02E1F71C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292F84FC" w14:textId="0D43F385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それではなぜダメなのか？応用問題や初見問題に対応できなくなる。思考力が育ちません。</w:t>
      </w:r>
    </w:p>
    <w:p w14:paraId="7F280373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1F0D6FBF" w14:textId="0B2E02A4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改善するには？「なぜそうなるのか？」を言葉で説明できるようにする。仕組みを理解する！</w:t>
      </w:r>
    </w:p>
    <w:p w14:paraId="6184AEB4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3A2F11B2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3AC6BF7E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4F103461" w14:textId="77777777" w:rsidR="004F2D94" w:rsidRDefault="004F2D94">
      <w:pPr>
        <w:rPr>
          <w:rFonts w:hint="eastAsia"/>
          <w:lang w:eastAsia="ja-JP"/>
        </w:rPr>
      </w:pPr>
    </w:p>
    <w:p w14:paraId="0C9EE8AB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④ </w:t>
      </w:r>
      <w:r>
        <w:rPr>
          <w:lang w:eastAsia="ja-JP"/>
        </w:rPr>
        <w:t>思考力はあるけど演習不足</w:t>
      </w:r>
    </w:p>
    <w:p w14:paraId="4750A5A3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間違ったやり方：「考え方はわかってるから」と問題をあまり解かない人、要注意！</w:t>
      </w:r>
    </w:p>
    <w:p w14:paraId="057AF8C3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</w:t>
      </w:r>
    </w:p>
    <w:p w14:paraId="7BEF3CEC" w14:textId="4DC7CFC8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時間内に正確に解く力＝演習量で決まる。本番で得点できない。</w:t>
      </w:r>
    </w:p>
    <w:p w14:paraId="50794F2D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改善するには？</w:t>
      </w:r>
    </w:p>
    <w:p w14:paraId="24011A5B" w14:textId="59A600CB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制限時間つきで演習を繰り返そう。質よりまず「量」も大事。</w:t>
      </w:r>
    </w:p>
    <w:p w14:paraId="595CC8D5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579180EC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040BCD02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53C46F16" w14:textId="77777777" w:rsidR="000B75AF" w:rsidRDefault="000B75AF">
      <w:pPr>
        <w:rPr>
          <w:lang w:eastAsia="ja-JP"/>
        </w:rPr>
      </w:pPr>
    </w:p>
    <w:p w14:paraId="098ADFA8" w14:textId="77777777" w:rsidR="004F2D94" w:rsidRDefault="004F2D94">
      <w:pPr>
        <w:rPr>
          <w:lang w:eastAsia="ja-JP"/>
        </w:rPr>
      </w:pPr>
    </w:p>
    <w:p w14:paraId="7C812763" w14:textId="77777777" w:rsidR="004F2D94" w:rsidRDefault="004F2D94">
      <w:pPr>
        <w:rPr>
          <w:lang w:eastAsia="ja-JP"/>
        </w:rPr>
      </w:pPr>
    </w:p>
    <w:p w14:paraId="4982C7D0" w14:textId="77777777" w:rsidR="004F2D94" w:rsidRDefault="004F2D94">
      <w:pPr>
        <w:rPr>
          <w:lang w:eastAsia="ja-JP"/>
        </w:rPr>
      </w:pPr>
    </w:p>
    <w:p w14:paraId="432BE8AB" w14:textId="77777777" w:rsidR="004F2D94" w:rsidRDefault="004F2D94">
      <w:pPr>
        <w:rPr>
          <w:lang w:eastAsia="ja-JP"/>
        </w:rPr>
      </w:pPr>
    </w:p>
    <w:p w14:paraId="6BDD6351" w14:textId="77777777" w:rsidR="004F2D94" w:rsidRDefault="004F2D94">
      <w:pPr>
        <w:rPr>
          <w:lang w:eastAsia="ja-JP"/>
        </w:rPr>
      </w:pPr>
    </w:p>
    <w:p w14:paraId="2A7FD0FC" w14:textId="77777777" w:rsidR="004F2D94" w:rsidRDefault="004F2D94">
      <w:pPr>
        <w:rPr>
          <w:lang w:eastAsia="ja-JP"/>
        </w:rPr>
      </w:pPr>
    </w:p>
    <w:p w14:paraId="66E88C7A" w14:textId="77777777" w:rsidR="004F2D94" w:rsidRDefault="004F2D94">
      <w:pPr>
        <w:rPr>
          <w:rFonts w:hint="eastAsia"/>
          <w:lang w:eastAsia="ja-JP"/>
        </w:rPr>
      </w:pPr>
    </w:p>
    <w:p w14:paraId="31E68306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lastRenderedPageBreak/>
        <w:t xml:space="preserve">⑤ </w:t>
      </w:r>
      <w:r>
        <w:rPr>
          <w:lang w:eastAsia="ja-JP"/>
        </w:rPr>
        <w:t>自己流で満足している</w:t>
      </w:r>
    </w:p>
    <w:p w14:paraId="733D4376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間違ったやり方：答えが合っていれば</w:t>
      </w:r>
      <w:r>
        <w:rPr>
          <w:lang w:eastAsia="ja-JP"/>
        </w:rPr>
        <w:t>OK</w:t>
      </w:r>
      <w:r>
        <w:rPr>
          <w:lang w:eastAsia="ja-JP"/>
        </w:rPr>
        <w:t>！で解き方を振り返らない人、いませんか？</w:t>
      </w:r>
    </w:p>
    <w:p w14:paraId="25EFFF70" w14:textId="03272B5F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</w:t>
      </w:r>
    </w:p>
    <w:p w14:paraId="1051EE3F" w14:textId="06B341CD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偶然正解だった可能性が高く、再現性がない。</w:t>
      </w:r>
    </w:p>
    <w:p w14:paraId="6CF101C7" w14:textId="74DE12AF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</w:t>
      </w:r>
    </w:p>
    <w:p w14:paraId="322D9B6A" w14:textId="10B78EE1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解説を読み、自分の方法と比較して「よりよい解き方」を覚えよう。</w:t>
      </w:r>
    </w:p>
    <w:p w14:paraId="1AAFF1A6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6AD6335C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367D4A42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7F9686F0" w14:textId="77777777" w:rsidR="000B75AF" w:rsidRDefault="000B75AF"/>
    <w:p w14:paraId="4CC39189" w14:textId="77777777" w:rsidR="000B75AF" w:rsidRDefault="00000000">
      <w:r>
        <w:br w:type="page"/>
      </w:r>
    </w:p>
    <w:p w14:paraId="05B3016D" w14:textId="77777777" w:rsidR="000B75AF" w:rsidRDefault="00000000">
      <w:pPr>
        <w:pStyle w:val="21"/>
        <w:rPr>
          <w:lang w:eastAsia="ja-JP"/>
        </w:rPr>
      </w:pPr>
      <w:r>
        <w:rPr>
          <w:lang w:eastAsia="ja-JP"/>
        </w:rPr>
        <w:lastRenderedPageBreak/>
        <w:t>STEP2</w:t>
      </w:r>
      <w:r>
        <w:rPr>
          <w:lang w:eastAsia="ja-JP"/>
        </w:rPr>
        <w:t>：ありがちな間違った勉強法（後半）</w:t>
      </w:r>
    </w:p>
    <w:p w14:paraId="3F4A5F1B" w14:textId="77777777" w:rsidR="000B75AF" w:rsidRDefault="00000000">
      <w:pPr>
        <w:rPr>
          <w:lang w:eastAsia="ja-JP"/>
        </w:rPr>
      </w:pPr>
      <w:r>
        <w:rPr>
          <w:lang w:eastAsia="ja-JP"/>
        </w:rPr>
        <w:t>さらに見落とされがちな</w:t>
      </w:r>
      <w:r>
        <w:rPr>
          <w:lang w:eastAsia="ja-JP"/>
        </w:rPr>
        <w:t>5</w:t>
      </w:r>
      <w:r>
        <w:rPr>
          <w:lang w:eastAsia="ja-JP"/>
        </w:rPr>
        <w:t>つの落とし穴を紹介します。</w:t>
      </w:r>
    </w:p>
    <w:p w14:paraId="232F649B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⑥ </w:t>
      </w:r>
      <w:r>
        <w:rPr>
          <w:lang w:eastAsia="ja-JP"/>
        </w:rPr>
        <w:t>勉強時間は長いが中身が薄い</w:t>
      </w:r>
    </w:p>
    <w:p w14:paraId="6C3340F5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間違ったやり方：ダラダラ長時間勉強しているだけで満足していませんか？</w:t>
      </w:r>
    </w:p>
    <w:p w14:paraId="3E9A69D3" w14:textId="44DA9733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</w:t>
      </w:r>
    </w:p>
    <w:p w14:paraId="054FEF1E" w14:textId="6B5BDF82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集中力がなく、内容が頭に入っていない。時間を使っているだけ。</w:t>
      </w:r>
    </w:p>
    <w:p w14:paraId="1B4C6E08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</w:t>
      </w:r>
    </w:p>
    <w:p w14:paraId="66950BF7" w14:textId="13A77BFE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タイマーで区切って集中力を保つ「</w:t>
      </w:r>
      <w:r>
        <w:rPr>
          <w:lang w:eastAsia="ja-JP"/>
        </w:rPr>
        <w:t>25</w:t>
      </w:r>
      <w:r>
        <w:rPr>
          <w:lang w:eastAsia="ja-JP"/>
        </w:rPr>
        <w:t>分集中</w:t>
      </w:r>
      <w:r>
        <w:rPr>
          <w:lang w:eastAsia="ja-JP"/>
        </w:rPr>
        <w:t>→5</w:t>
      </w:r>
      <w:r>
        <w:rPr>
          <w:lang w:eastAsia="ja-JP"/>
        </w:rPr>
        <w:t>分休憩」がおすすめ。</w:t>
      </w:r>
    </w:p>
    <w:p w14:paraId="7EF8FA2A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30A20BA1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53A4E865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78743A69" w14:textId="77777777" w:rsidR="000B75AF" w:rsidRDefault="000B75AF"/>
    <w:p w14:paraId="1DF1D88A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⑦ </w:t>
      </w:r>
      <w:r>
        <w:rPr>
          <w:lang w:eastAsia="ja-JP"/>
        </w:rPr>
        <w:t>自分に合わない教材を使っている</w:t>
      </w:r>
    </w:p>
    <w:p w14:paraId="620CEC7D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間違ったやり方：難しすぎる参考書に手を出して、理解できず放置していませんか？</w:t>
      </w:r>
    </w:p>
    <w:p w14:paraId="455DA127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それではなぜダメなのか？</w:t>
      </w:r>
    </w:p>
    <w:p w14:paraId="24D966C1" w14:textId="10E8930A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内容がわからず、モチベーションも続かない。</w:t>
      </w:r>
    </w:p>
    <w:p w14:paraId="575C745A" w14:textId="77777777" w:rsidR="004F2D94" w:rsidRDefault="004F2D94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</w:p>
    <w:p w14:paraId="6BD81A94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改善するには？</w:t>
      </w:r>
    </w:p>
    <w:p w14:paraId="4347D0CE" w14:textId="33FC29B0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少しだけ難しいと感じる教材を使うのが成長のカギ。</w:t>
      </w:r>
    </w:p>
    <w:p w14:paraId="35224EBF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0033BC0C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5BC1D6D9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365C2F68" w14:textId="77777777" w:rsidR="000B75AF" w:rsidRDefault="000B75AF">
      <w:pPr>
        <w:rPr>
          <w:lang w:eastAsia="ja-JP"/>
        </w:rPr>
      </w:pPr>
    </w:p>
    <w:p w14:paraId="08F4435C" w14:textId="77777777" w:rsidR="004F2D94" w:rsidRDefault="004F2D94">
      <w:pPr>
        <w:rPr>
          <w:lang w:eastAsia="ja-JP"/>
        </w:rPr>
      </w:pPr>
    </w:p>
    <w:p w14:paraId="3EB1F67E" w14:textId="77777777" w:rsidR="004F2D94" w:rsidRDefault="004F2D94">
      <w:pPr>
        <w:rPr>
          <w:lang w:eastAsia="ja-JP"/>
        </w:rPr>
      </w:pPr>
    </w:p>
    <w:p w14:paraId="4F896771" w14:textId="77777777" w:rsidR="004F2D94" w:rsidRDefault="004F2D94">
      <w:pPr>
        <w:rPr>
          <w:lang w:eastAsia="ja-JP"/>
        </w:rPr>
      </w:pPr>
    </w:p>
    <w:p w14:paraId="1FB70B51" w14:textId="77777777" w:rsidR="004F2D94" w:rsidRDefault="004F2D94">
      <w:pPr>
        <w:rPr>
          <w:lang w:eastAsia="ja-JP"/>
        </w:rPr>
      </w:pPr>
    </w:p>
    <w:p w14:paraId="66FCF4F8" w14:textId="77777777" w:rsidR="004F2D94" w:rsidRDefault="004F2D94">
      <w:pPr>
        <w:rPr>
          <w:rFonts w:hint="eastAsia"/>
          <w:lang w:eastAsia="ja-JP"/>
        </w:rPr>
      </w:pPr>
    </w:p>
    <w:p w14:paraId="09937237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lastRenderedPageBreak/>
        <w:t xml:space="preserve">⑧ </w:t>
      </w:r>
      <w:r>
        <w:rPr>
          <w:lang w:eastAsia="ja-JP"/>
        </w:rPr>
        <w:t>インプットばかりでアウトプットが少ない</w:t>
      </w:r>
    </w:p>
    <w:p w14:paraId="78915BC1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間違ったやり方：ノートまとめや授業を聞くだけで、満足していませんか？</w:t>
      </w:r>
    </w:p>
    <w:p w14:paraId="6DE53747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それではなぜダメなのか？</w:t>
      </w:r>
    </w:p>
    <w:p w14:paraId="7B79E8A8" w14:textId="42CA81E0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理解したつもりでも、実際に解かないと使える知識にならない。</w:t>
      </w:r>
    </w:p>
    <w:p w14:paraId="7F0A5FC4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</w:t>
      </w:r>
    </w:p>
    <w:p w14:paraId="0EDF6474" w14:textId="0D8694E2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問題演習や人に説明するなど、アウトプットを意識しよう。</w:t>
      </w:r>
    </w:p>
    <w:p w14:paraId="2B1D6D84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22FF1D59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3015A23F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48FE063B" w14:textId="77777777" w:rsidR="000B75AF" w:rsidRDefault="000B75AF"/>
    <w:p w14:paraId="5441D9E0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⑨ </w:t>
      </w:r>
      <w:r>
        <w:rPr>
          <w:lang w:eastAsia="ja-JP"/>
        </w:rPr>
        <w:t>計画を立てずに勉強している</w:t>
      </w:r>
    </w:p>
    <w:p w14:paraId="7D505B69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間違ったやり方：「今日は何しようかな？」で勉強を始めていませんか？</w:t>
      </w:r>
    </w:p>
    <w:p w14:paraId="52251BBA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それではなぜダメなのか？</w:t>
      </w:r>
    </w:p>
    <w:p w14:paraId="0ECFC0B6" w14:textId="689FB664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時間がムダになり、重要なところを逃してしまう。</w:t>
      </w:r>
    </w:p>
    <w:p w14:paraId="116B67E9" w14:textId="77777777" w:rsidR="004F2D94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</w:t>
      </w:r>
    </w:p>
    <w:p w14:paraId="5320B971" w14:textId="74A5A302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>テスト日から逆算し、</w:t>
      </w:r>
      <w:r>
        <w:rPr>
          <w:lang w:eastAsia="ja-JP"/>
        </w:rPr>
        <w:t>1</w:t>
      </w:r>
      <w:r>
        <w:rPr>
          <w:lang w:eastAsia="ja-JP"/>
        </w:rPr>
        <w:t>日ごとの学習内容を明確に決めよう。</w:t>
      </w:r>
    </w:p>
    <w:p w14:paraId="29770E27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5766A96F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187EFB2B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5A764D0D" w14:textId="77777777" w:rsidR="000B75AF" w:rsidRDefault="000B75AF"/>
    <w:p w14:paraId="0776E0EA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⑩ </w:t>
      </w:r>
      <w:r>
        <w:rPr>
          <w:lang w:eastAsia="ja-JP"/>
        </w:rPr>
        <w:t>間違えた問題を復習していない</w:t>
      </w:r>
    </w:p>
    <w:p w14:paraId="769F27C7" w14:textId="77777777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✘ </w:t>
      </w:r>
      <w:r>
        <w:rPr>
          <w:lang w:eastAsia="ja-JP"/>
        </w:rPr>
        <w:t>間違ったやり方：間違えた問題を直して満足していませんか？</w:t>
      </w:r>
    </w:p>
    <w:p w14:paraId="52C5F507" w14:textId="607E0393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それではなぜダメなのか？また同じミスを繰り返す。理解が不十分なまま。</w:t>
      </w:r>
    </w:p>
    <w:p w14:paraId="0F55F193" w14:textId="5D5C0581" w:rsidR="000B75AF" w:rsidRDefault="00000000" w:rsidP="004F2D94">
      <w:pPr>
        <w:pStyle w:val="a0"/>
        <w:numPr>
          <w:ilvl w:val="0"/>
          <w:numId w:val="0"/>
        </w:numPr>
        <w:ind w:left="36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改善するには？「なぜ間違えたのか」を分析し、復習ノートにまとめよう。</w:t>
      </w:r>
    </w:p>
    <w:p w14:paraId="6F215AAF" w14:textId="77777777" w:rsidR="000B75AF" w:rsidRDefault="00000000">
      <w:pPr>
        <w:rPr>
          <w:lang w:eastAsia="ja-JP"/>
        </w:rPr>
      </w:pPr>
      <w:r>
        <w:rPr>
          <w:lang w:eastAsia="ja-JP"/>
        </w:rPr>
        <w:t>【記入】自分に当てはまる点と、今日から変えたいこと：</w:t>
      </w:r>
    </w:p>
    <w:p w14:paraId="6DA0D3F2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4DEFEC2A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0843EDD7" w14:textId="77777777" w:rsidR="000B75AF" w:rsidRDefault="000B75AF"/>
    <w:p w14:paraId="3107F7C5" w14:textId="77777777" w:rsidR="000B75AF" w:rsidRDefault="00000000">
      <w:r>
        <w:br w:type="page"/>
      </w:r>
    </w:p>
    <w:p w14:paraId="19B90FEB" w14:textId="77777777" w:rsidR="000B75AF" w:rsidRDefault="00000000">
      <w:pPr>
        <w:pStyle w:val="21"/>
        <w:rPr>
          <w:lang w:eastAsia="ja-JP"/>
        </w:rPr>
      </w:pPr>
      <w:r>
        <w:rPr>
          <w:lang w:eastAsia="ja-JP"/>
        </w:rPr>
        <w:lastRenderedPageBreak/>
        <w:t>STEP3</w:t>
      </w:r>
      <w:r>
        <w:rPr>
          <w:lang w:eastAsia="ja-JP"/>
        </w:rPr>
        <w:t>：成績が伸びる子の共通点</w:t>
      </w:r>
    </w:p>
    <w:p w14:paraId="6BA46B8E" w14:textId="77777777" w:rsidR="000B75AF" w:rsidRDefault="00000000">
      <w:pPr>
        <w:rPr>
          <w:lang w:eastAsia="ja-JP"/>
        </w:rPr>
      </w:pPr>
      <w:r>
        <w:rPr>
          <w:lang w:eastAsia="ja-JP"/>
        </w:rPr>
        <w:t>成績が伸びる生徒には、共通して次のような『勉強習慣』があります。努力の方向が正しければ、結果は必ずついてきます。君も今日から実践してみよう！</w:t>
      </w:r>
    </w:p>
    <w:p w14:paraId="1DBF27D7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🕒 </w:t>
      </w:r>
      <w:r>
        <w:rPr>
          <w:lang w:eastAsia="ja-JP"/>
        </w:rPr>
        <w:t>毎日決まった時間に勉強している</w:t>
      </w:r>
    </w:p>
    <w:p w14:paraId="49682352" w14:textId="77777777" w:rsidR="000B75AF" w:rsidRDefault="00000000">
      <w:pPr>
        <w:rPr>
          <w:lang w:eastAsia="ja-JP"/>
        </w:rPr>
      </w:pPr>
      <w:r>
        <w:rPr>
          <w:lang w:eastAsia="ja-JP"/>
        </w:rPr>
        <w:t>生活の中に</w:t>
      </w:r>
      <w:r>
        <w:rPr>
          <w:lang w:eastAsia="ja-JP"/>
        </w:rPr>
        <w:t>“</w:t>
      </w:r>
      <w:r>
        <w:rPr>
          <w:lang w:eastAsia="ja-JP"/>
        </w:rPr>
        <w:t>勉強の時間</w:t>
      </w:r>
      <w:r>
        <w:rPr>
          <w:lang w:eastAsia="ja-JP"/>
        </w:rPr>
        <w:t>”</w:t>
      </w:r>
      <w:r>
        <w:rPr>
          <w:lang w:eastAsia="ja-JP"/>
        </w:rPr>
        <w:t>を固定することで、勉強が習慣になる。</w:t>
      </w:r>
    </w:p>
    <w:p w14:paraId="3B1FCDD1" w14:textId="77777777" w:rsidR="000B75AF" w:rsidRDefault="00000000">
      <w:pPr>
        <w:rPr>
          <w:lang w:eastAsia="ja-JP"/>
        </w:rPr>
      </w:pPr>
      <w:r>
        <w:rPr>
          <w:lang w:eastAsia="ja-JP"/>
        </w:rPr>
        <w:t>【自分の場合は？】</w:t>
      </w:r>
    </w:p>
    <w:p w14:paraId="4E279A46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605656FB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6B53B612" w14:textId="77777777" w:rsidR="000B75AF" w:rsidRDefault="000B75AF"/>
    <w:p w14:paraId="057CB70B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📖 </w:t>
      </w:r>
      <w:r>
        <w:rPr>
          <w:lang w:eastAsia="ja-JP"/>
        </w:rPr>
        <w:t>学習の記録を残している</w:t>
      </w:r>
    </w:p>
    <w:p w14:paraId="1C86E70E" w14:textId="77777777" w:rsidR="000B75AF" w:rsidRDefault="00000000">
      <w:pPr>
        <w:rPr>
          <w:lang w:eastAsia="ja-JP"/>
        </w:rPr>
      </w:pPr>
      <w:r>
        <w:rPr>
          <w:lang w:eastAsia="ja-JP"/>
        </w:rPr>
        <w:t>自分が「どの教科をどれだけやったか」がわかることで、振り返りと改善ができる。</w:t>
      </w:r>
    </w:p>
    <w:p w14:paraId="7E5AD78D" w14:textId="77777777" w:rsidR="000B75AF" w:rsidRDefault="00000000">
      <w:pPr>
        <w:rPr>
          <w:lang w:eastAsia="ja-JP"/>
        </w:rPr>
      </w:pPr>
      <w:r>
        <w:rPr>
          <w:lang w:eastAsia="ja-JP"/>
        </w:rPr>
        <w:t>【自分の場合は？】</w:t>
      </w:r>
    </w:p>
    <w:p w14:paraId="7E0C49C2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38769C53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3957F7F1" w14:textId="77777777" w:rsidR="000B75AF" w:rsidRDefault="000B75AF"/>
    <w:p w14:paraId="7ECF9F94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🤔 </w:t>
      </w:r>
      <w:r>
        <w:rPr>
          <w:lang w:eastAsia="ja-JP"/>
        </w:rPr>
        <w:t>『なぜそうなるか？』を考える癖がある</w:t>
      </w:r>
    </w:p>
    <w:p w14:paraId="7E29F875" w14:textId="77777777" w:rsidR="000B75AF" w:rsidRDefault="00000000">
      <w:pPr>
        <w:rPr>
          <w:lang w:eastAsia="ja-JP"/>
        </w:rPr>
      </w:pPr>
      <w:r>
        <w:rPr>
          <w:lang w:eastAsia="ja-JP"/>
        </w:rPr>
        <w:t>公式や知識を暗記するだけでなく、理由まで理解している。</w:t>
      </w:r>
    </w:p>
    <w:p w14:paraId="2B2D9EE9" w14:textId="77777777" w:rsidR="000B75AF" w:rsidRDefault="00000000">
      <w:pPr>
        <w:rPr>
          <w:lang w:eastAsia="ja-JP"/>
        </w:rPr>
      </w:pPr>
      <w:r>
        <w:rPr>
          <w:lang w:eastAsia="ja-JP"/>
        </w:rPr>
        <w:t>【自分の場合は？】</w:t>
      </w:r>
    </w:p>
    <w:p w14:paraId="1036149C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05C14E7C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63ECAC28" w14:textId="77777777" w:rsidR="000B75AF" w:rsidRDefault="000B75AF"/>
    <w:p w14:paraId="099574D1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✍ </w:t>
      </w:r>
      <w:r>
        <w:rPr>
          <w:lang w:eastAsia="ja-JP"/>
        </w:rPr>
        <w:t>間違えた問題をそのままにしない</w:t>
      </w:r>
    </w:p>
    <w:p w14:paraId="45AF3A2F" w14:textId="77777777" w:rsidR="000B75AF" w:rsidRDefault="00000000">
      <w:pPr>
        <w:rPr>
          <w:lang w:eastAsia="ja-JP"/>
        </w:rPr>
      </w:pPr>
      <w:r>
        <w:rPr>
          <w:lang w:eastAsia="ja-JP"/>
        </w:rPr>
        <w:t>ミスを大切な学びのチャンスとして、復習ノートに記録している。</w:t>
      </w:r>
    </w:p>
    <w:p w14:paraId="6E58091E" w14:textId="77777777" w:rsidR="000B75AF" w:rsidRDefault="00000000">
      <w:pPr>
        <w:rPr>
          <w:lang w:eastAsia="ja-JP"/>
        </w:rPr>
      </w:pPr>
      <w:r>
        <w:rPr>
          <w:lang w:eastAsia="ja-JP"/>
        </w:rPr>
        <w:t>【自分の場合は？】</w:t>
      </w:r>
    </w:p>
    <w:p w14:paraId="4262C141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619CB01B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531CDF50" w14:textId="77777777" w:rsidR="000B75AF" w:rsidRDefault="000B75AF"/>
    <w:p w14:paraId="15AFE24C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lastRenderedPageBreak/>
        <w:t xml:space="preserve">📅 </w:t>
      </w:r>
      <w:r>
        <w:rPr>
          <w:lang w:eastAsia="ja-JP"/>
        </w:rPr>
        <w:t>テストに向けて</w:t>
      </w:r>
      <w:r>
        <w:rPr>
          <w:lang w:eastAsia="ja-JP"/>
        </w:rPr>
        <w:t>“</w:t>
      </w:r>
      <w:r>
        <w:rPr>
          <w:lang w:eastAsia="ja-JP"/>
        </w:rPr>
        <w:t>逆算</w:t>
      </w:r>
      <w:r>
        <w:rPr>
          <w:lang w:eastAsia="ja-JP"/>
        </w:rPr>
        <w:t>”</w:t>
      </w:r>
      <w:r>
        <w:rPr>
          <w:lang w:eastAsia="ja-JP"/>
        </w:rPr>
        <w:t>して勉強している</w:t>
      </w:r>
    </w:p>
    <w:p w14:paraId="1789361C" w14:textId="77777777" w:rsidR="000B75AF" w:rsidRDefault="00000000">
      <w:pPr>
        <w:rPr>
          <w:lang w:eastAsia="ja-JP"/>
        </w:rPr>
      </w:pPr>
      <w:r>
        <w:rPr>
          <w:lang w:eastAsia="ja-JP"/>
        </w:rPr>
        <w:t>「あと何日で何をするか」が明確だから、無駄がない。</w:t>
      </w:r>
    </w:p>
    <w:p w14:paraId="05ED8201" w14:textId="77777777" w:rsidR="000B75AF" w:rsidRDefault="00000000">
      <w:pPr>
        <w:rPr>
          <w:lang w:eastAsia="ja-JP"/>
        </w:rPr>
      </w:pPr>
      <w:r>
        <w:rPr>
          <w:lang w:eastAsia="ja-JP"/>
        </w:rPr>
        <w:t>【自分の場合は？】</w:t>
      </w:r>
    </w:p>
    <w:p w14:paraId="03A10BD3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544F5E9D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03ED9963" w14:textId="77777777" w:rsidR="000B75AF" w:rsidRDefault="000B75AF"/>
    <w:p w14:paraId="4D22111A" w14:textId="77777777" w:rsidR="000B75AF" w:rsidRDefault="00000000">
      <w:pPr>
        <w:pStyle w:val="31"/>
        <w:rPr>
          <w:lang w:eastAsia="ja-JP"/>
        </w:rPr>
      </w:pPr>
      <w:r>
        <w:rPr>
          <w:lang w:eastAsia="ja-JP"/>
        </w:rPr>
        <w:t xml:space="preserve">🌟 </w:t>
      </w:r>
      <w:r>
        <w:rPr>
          <w:lang w:eastAsia="ja-JP"/>
        </w:rPr>
        <w:t>成績アップの先輩事例</w:t>
      </w:r>
    </w:p>
    <w:p w14:paraId="2EF6FDBE" w14:textId="2D4E3DAF" w:rsidR="000B75AF" w:rsidRDefault="00000000">
      <w:pPr>
        <w:rPr>
          <w:lang w:eastAsia="ja-JP"/>
        </w:rPr>
      </w:pPr>
      <w:r>
        <w:rPr>
          <w:lang w:eastAsia="ja-JP"/>
        </w:rPr>
        <w:t>Excia</w:t>
      </w:r>
      <w:r>
        <w:rPr>
          <w:lang w:eastAsia="ja-JP"/>
        </w:rPr>
        <w:t>に通っていた</w:t>
      </w:r>
      <w:r>
        <w:rPr>
          <w:lang w:eastAsia="ja-JP"/>
        </w:rPr>
        <w:t>A</w:t>
      </w:r>
      <w:r>
        <w:rPr>
          <w:lang w:eastAsia="ja-JP"/>
        </w:rPr>
        <w:t>くん（</w:t>
      </w:r>
      <w:r w:rsidR="00052785">
        <w:rPr>
          <w:rFonts w:hint="eastAsia"/>
          <w:lang w:eastAsia="ja-JP"/>
        </w:rPr>
        <w:t>当時</w:t>
      </w:r>
      <w:r>
        <w:rPr>
          <w:lang w:eastAsia="ja-JP"/>
        </w:rPr>
        <w:t>中</w:t>
      </w:r>
      <w:r>
        <w:rPr>
          <w:lang w:eastAsia="ja-JP"/>
        </w:rPr>
        <w:t>3</w:t>
      </w:r>
      <w:r>
        <w:rPr>
          <w:lang w:eastAsia="ja-JP"/>
        </w:rPr>
        <w:t>）は、入塾時偏差値</w:t>
      </w:r>
      <w:r w:rsidR="00052785">
        <w:rPr>
          <w:rFonts w:hint="eastAsia"/>
          <w:lang w:eastAsia="ja-JP"/>
        </w:rPr>
        <w:t>33</w:t>
      </w:r>
      <w:r>
        <w:rPr>
          <w:lang w:eastAsia="ja-JP"/>
        </w:rPr>
        <w:t xml:space="preserve"> → </w:t>
      </w:r>
      <w:r>
        <w:rPr>
          <w:lang w:eastAsia="ja-JP"/>
        </w:rPr>
        <w:t>受験前には偏差値</w:t>
      </w:r>
      <w:r>
        <w:rPr>
          <w:lang w:eastAsia="ja-JP"/>
        </w:rPr>
        <w:t>5</w:t>
      </w:r>
      <w:r w:rsidR="00052785">
        <w:rPr>
          <w:rFonts w:hint="eastAsia"/>
          <w:lang w:eastAsia="ja-JP"/>
        </w:rPr>
        <w:t>4</w:t>
      </w:r>
      <w:r>
        <w:rPr>
          <w:lang w:eastAsia="ja-JP"/>
        </w:rPr>
        <w:t>までアップ！</w:t>
      </w:r>
      <w:r>
        <w:rPr>
          <w:lang w:eastAsia="ja-JP"/>
        </w:rPr>
        <w:br/>
      </w:r>
      <w:r>
        <w:rPr>
          <w:lang w:eastAsia="ja-JP"/>
        </w:rPr>
        <w:t>毎日、自習スペースで記録をつけながら学習を継続。苦手な数学も、「なぜそうなるか」を突き詰めて考えるようになり、本番では数学で</w:t>
      </w:r>
      <w:r>
        <w:rPr>
          <w:lang w:eastAsia="ja-JP"/>
        </w:rPr>
        <w:t>8</w:t>
      </w:r>
      <w:r>
        <w:rPr>
          <w:lang w:eastAsia="ja-JP"/>
        </w:rPr>
        <w:t>割以上得点！</w:t>
      </w:r>
      <w:r>
        <w:rPr>
          <w:lang w:eastAsia="ja-JP"/>
        </w:rPr>
        <w:br/>
      </w:r>
      <w:r>
        <w:rPr>
          <w:lang w:eastAsia="ja-JP"/>
        </w:rPr>
        <w:t>君もきっとできる！</w:t>
      </w:r>
    </w:p>
    <w:p w14:paraId="5471400F" w14:textId="77777777" w:rsidR="000B75AF" w:rsidRDefault="00000000">
      <w:pPr>
        <w:rPr>
          <w:lang w:eastAsia="ja-JP"/>
        </w:rPr>
      </w:pPr>
      <w:r>
        <w:rPr>
          <w:lang w:eastAsia="ja-JP"/>
        </w:rPr>
        <w:br w:type="page"/>
      </w:r>
    </w:p>
    <w:p w14:paraId="17B357B8" w14:textId="77777777" w:rsidR="000B75AF" w:rsidRDefault="00000000">
      <w:pPr>
        <w:pStyle w:val="21"/>
        <w:rPr>
          <w:lang w:eastAsia="ja-JP"/>
        </w:rPr>
      </w:pPr>
      <w:r>
        <w:rPr>
          <w:lang w:eastAsia="ja-JP"/>
        </w:rPr>
        <w:lastRenderedPageBreak/>
        <w:t>STEP4</w:t>
      </w:r>
      <w:r>
        <w:rPr>
          <w:lang w:eastAsia="ja-JP"/>
        </w:rPr>
        <w:t>：明日から実行する</w:t>
      </w:r>
      <w:r>
        <w:rPr>
          <w:lang w:eastAsia="ja-JP"/>
        </w:rPr>
        <w:t>3</w:t>
      </w:r>
      <w:r>
        <w:rPr>
          <w:lang w:eastAsia="ja-JP"/>
        </w:rPr>
        <w:t>つのこと</w:t>
      </w:r>
    </w:p>
    <w:p w14:paraId="5638E045" w14:textId="77777777" w:rsidR="000B75AF" w:rsidRDefault="00000000">
      <w:pPr>
        <w:rPr>
          <w:lang w:eastAsia="ja-JP"/>
        </w:rPr>
      </w:pPr>
      <w:r>
        <w:rPr>
          <w:lang w:eastAsia="ja-JP"/>
        </w:rPr>
        <w:t>これまで読んできた内容をふまえて、明日から取り組むことを</w:t>
      </w:r>
      <w:r>
        <w:rPr>
          <w:lang w:eastAsia="ja-JP"/>
        </w:rPr>
        <w:t>3</w:t>
      </w:r>
      <w:r>
        <w:rPr>
          <w:lang w:eastAsia="ja-JP"/>
        </w:rPr>
        <w:t>つ決めましょう。</w:t>
      </w:r>
    </w:p>
    <w:p w14:paraId="5F009A45" w14:textId="77777777" w:rsidR="000B75AF" w:rsidRDefault="00000000">
      <w:pPr>
        <w:rPr>
          <w:lang w:eastAsia="ja-JP"/>
        </w:rPr>
      </w:pPr>
      <w:r>
        <w:rPr>
          <w:lang w:eastAsia="ja-JP"/>
        </w:rPr>
        <w:t>自分が変われば、結果も必ず変わります。小さなことから一歩ずつ始めよう！</w:t>
      </w:r>
    </w:p>
    <w:p w14:paraId="352B35CA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その</w:t>
      </w:r>
      <w:r>
        <w:rPr>
          <w:lang w:eastAsia="ja-JP"/>
        </w:rPr>
        <w:t>1</w:t>
      </w:r>
      <w:r>
        <w:rPr>
          <w:lang w:eastAsia="ja-JP"/>
        </w:rPr>
        <w:t>：</w:t>
      </w:r>
    </w:p>
    <w:p w14:paraId="55BB4F5D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0DE0797B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77A11D3A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その</w:t>
      </w:r>
      <w:r>
        <w:rPr>
          <w:lang w:eastAsia="ja-JP"/>
        </w:rPr>
        <w:t>2</w:t>
      </w:r>
      <w:r>
        <w:rPr>
          <w:lang w:eastAsia="ja-JP"/>
        </w:rPr>
        <w:t>：</w:t>
      </w:r>
    </w:p>
    <w:p w14:paraId="7AEB2716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2A478249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145DF7C6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✅ </w:t>
      </w:r>
      <w:r>
        <w:rPr>
          <w:lang w:eastAsia="ja-JP"/>
        </w:rPr>
        <w:t>その</w:t>
      </w:r>
      <w:r>
        <w:rPr>
          <w:lang w:eastAsia="ja-JP"/>
        </w:rPr>
        <w:t>3</w:t>
      </w:r>
      <w:r>
        <w:rPr>
          <w:lang w:eastAsia="ja-JP"/>
        </w:rPr>
        <w:t>：</w:t>
      </w:r>
    </w:p>
    <w:p w14:paraId="73F724D1" w14:textId="77777777" w:rsidR="000B75AF" w:rsidRDefault="00000000">
      <w:pPr>
        <w:rPr>
          <w:lang w:eastAsia="ja-JP"/>
        </w:rPr>
      </w:pPr>
      <w:r>
        <w:rPr>
          <w:lang w:eastAsia="ja-JP"/>
        </w:rPr>
        <w:t>→</w:t>
      </w:r>
      <w:r>
        <w:rPr>
          <w:lang w:eastAsia="ja-JP"/>
        </w:rPr>
        <w:t xml:space="preserve">　　　　　　　　　　　　　　　　　　　　　　　　　　　　　　</w:t>
      </w:r>
    </w:p>
    <w:p w14:paraId="6B4C6779" w14:textId="77777777" w:rsidR="000B75AF" w:rsidRDefault="00000000">
      <w:r>
        <w:t>→</w:t>
      </w:r>
      <w:r>
        <w:t xml:space="preserve">　　　　　　　　　　　　　　　　　　　　　　　　　　　　　　</w:t>
      </w:r>
    </w:p>
    <w:p w14:paraId="6D2A8F68" w14:textId="77777777" w:rsidR="000B75AF" w:rsidRDefault="00000000">
      <w:pPr>
        <w:rPr>
          <w:lang w:eastAsia="ja-JP"/>
        </w:rPr>
      </w:pPr>
      <w:r>
        <w:rPr>
          <w:lang w:eastAsia="ja-JP"/>
        </w:rPr>
        <w:br/>
        <w:t>📅 1</w:t>
      </w:r>
      <w:r>
        <w:rPr>
          <w:lang w:eastAsia="ja-JP"/>
        </w:rPr>
        <w:t>週間後にふり返ってみよう</w:t>
      </w:r>
    </w:p>
    <w:p w14:paraId="1B8977D9" w14:textId="77777777" w:rsidR="00052785" w:rsidRDefault="00000000">
      <w:pPr>
        <w:rPr>
          <w:lang w:eastAsia="ja-JP"/>
        </w:rPr>
      </w:pPr>
      <w:r>
        <w:rPr>
          <w:lang w:eastAsia="ja-JP"/>
        </w:rPr>
        <w:t>□ 3</w:t>
      </w:r>
      <w:r>
        <w:rPr>
          <w:lang w:eastAsia="ja-JP"/>
        </w:rPr>
        <w:t xml:space="preserve">つの目標は継続できた？　</w:t>
      </w:r>
    </w:p>
    <w:p w14:paraId="14CC6BC4" w14:textId="03C78C1D" w:rsidR="000B75AF" w:rsidRDefault="00000000">
      <w:pPr>
        <w:rPr>
          <w:lang w:eastAsia="ja-JP"/>
        </w:rPr>
      </w:pPr>
      <w:r>
        <w:rPr>
          <w:lang w:eastAsia="ja-JP"/>
        </w:rPr>
        <w:t xml:space="preserve">□ </w:t>
      </w:r>
      <w:r>
        <w:rPr>
          <w:lang w:eastAsia="ja-JP"/>
        </w:rPr>
        <w:t>続かなかった理由は何だった？</w:t>
      </w:r>
    </w:p>
    <w:p w14:paraId="014EEFBC" w14:textId="77777777" w:rsidR="000B75AF" w:rsidRDefault="00000000">
      <w:pPr>
        <w:rPr>
          <w:lang w:eastAsia="ja-JP"/>
        </w:rPr>
      </w:pPr>
      <w:r>
        <w:rPr>
          <w:lang w:eastAsia="ja-JP"/>
        </w:rPr>
        <w:t xml:space="preserve">□ </w:t>
      </w:r>
      <w:r>
        <w:rPr>
          <w:lang w:eastAsia="ja-JP"/>
        </w:rPr>
        <w:t>自分で改善してみようと思ったことは？</w:t>
      </w:r>
    </w:p>
    <w:p w14:paraId="4C4FB53F" w14:textId="77777777" w:rsidR="000B75AF" w:rsidRDefault="00000000">
      <w:pPr>
        <w:rPr>
          <w:lang w:eastAsia="ja-JP"/>
        </w:rPr>
      </w:pPr>
      <w:r>
        <w:rPr>
          <w:lang w:eastAsia="ja-JP"/>
        </w:rPr>
        <w:br w:type="page"/>
      </w:r>
    </w:p>
    <w:p w14:paraId="28E90356" w14:textId="77777777" w:rsidR="000B75AF" w:rsidRDefault="00000000">
      <w:pPr>
        <w:pStyle w:val="21"/>
        <w:rPr>
          <w:lang w:eastAsia="ja-JP"/>
        </w:rPr>
      </w:pPr>
      <w:r>
        <w:rPr>
          <w:lang w:eastAsia="ja-JP"/>
        </w:rPr>
        <w:lastRenderedPageBreak/>
        <w:t>保護者の皆様へ</w:t>
      </w:r>
    </w:p>
    <w:p w14:paraId="0E31CA32" w14:textId="77777777" w:rsidR="000B75AF" w:rsidRDefault="00000000">
      <w:pPr>
        <w:rPr>
          <w:lang w:eastAsia="ja-JP"/>
        </w:rPr>
      </w:pPr>
      <w:r>
        <w:rPr>
          <w:lang w:eastAsia="ja-JP"/>
        </w:rPr>
        <w:t>本資料は、成績が伸び悩んでいる中学生に対して「正しい勉強のしかた」を伝える目的で作成しております。</w:t>
      </w:r>
      <w:r>
        <w:rPr>
          <w:lang w:eastAsia="ja-JP"/>
        </w:rPr>
        <w:br/>
      </w:r>
      <w:r>
        <w:rPr>
          <w:lang w:eastAsia="ja-JP"/>
        </w:rPr>
        <w:br/>
      </w:r>
      <w:r>
        <w:rPr>
          <w:lang w:eastAsia="ja-JP"/>
        </w:rPr>
        <w:t>ただ長時間机に向かうのではなく、内容の濃い学習、反復と復習を意識した勉強法、そして勉強を継続するための習慣づくりが中心です。</w:t>
      </w:r>
      <w:r>
        <w:rPr>
          <w:lang w:eastAsia="ja-JP"/>
        </w:rPr>
        <w:br/>
      </w:r>
      <w:r>
        <w:rPr>
          <w:lang w:eastAsia="ja-JP"/>
        </w:rPr>
        <w:t>家庭でもぜひ、次の</w:t>
      </w:r>
      <w:r>
        <w:rPr>
          <w:lang w:eastAsia="ja-JP"/>
        </w:rPr>
        <w:t>3</w:t>
      </w:r>
      <w:r>
        <w:rPr>
          <w:lang w:eastAsia="ja-JP"/>
        </w:rPr>
        <w:t>つの観点でお子様を見守っていただければ幸いです。</w:t>
      </w:r>
    </w:p>
    <w:p w14:paraId="27268C60" w14:textId="1956E491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結果ではなく、行動（取り組む姿勢）を褒める</w:t>
      </w:r>
    </w:p>
    <w:p w14:paraId="0CE3F8CC" w14:textId="358B52B6" w:rsidR="000B75AF" w:rsidRDefault="00000000">
      <w:pPr>
        <w:pStyle w:val="a0"/>
        <w:rPr>
          <w:lang w:eastAsia="ja-JP"/>
        </w:rPr>
      </w:pPr>
      <w:r>
        <w:rPr>
          <w:lang w:eastAsia="ja-JP"/>
        </w:rPr>
        <w:t xml:space="preserve"> </w:t>
      </w:r>
      <w:r>
        <w:rPr>
          <w:lang w:eastAsia="ja-JP"/>
        </w:rPr>
        <w:t>学習内容よりも、</w:t>
      </w:r>
      <w:r>
        <w:rPr>
          <w:lang w:eastAsia="ja-JP"/>
        </w:rPr>
        <w:t>“</w:t>
      </w:r>
      <w:r>
        <w:rPr>
          <w:lang w:eastAsia="ja-JP"/>
        </w:rPr>
        <w:t>継続できたこと</w:t>
      </w:r>
      <w:r>
        <w:rPr>
          <w:lang w:eastAsia="ja-JP"/>
        </w:rPr>
        <w:t>”</w:t>
      </w:r>
      <w:r>
        <w:rPr>
          <w:lang w:eastAsia="ja-JP"/>
        </w:rPr>
        <w:t>を認める</w:t>
      </w:r>
    </w:p>
    <w:p w14:paraId="20CC6D3F" w14:textId="00E4B256" w:rsidR="000B75AF" w:rsidRDefault="00000000">
      <w:pPr>
        <w:pStyle w:val="a0"/>
        <w:rPr>
          <w:lang w:eastAsia="ja-JP"/>
        </w:rPr>
      </w:pPr>
      <w:r>
        <w:rPr>
          <w:lang w:eastAsia="ja-JP"/>
        </w:rPr>
        <w:t>間違えたときは「なぜそうなったか？」を一緒に考える</w:t>
      </w:r>
    </w:p>
    <w:p w14:paraId="5D87DA22" w14:textId="77777777" w:rsidR="000B75AF" w:rsidRDefault="00000000">
      <w:pPr>
        <w:rPr>
          <w:lang w:eastAsia="ja-JP"/>
        </w:rPr>
      </w:pPr>
      <w:r>
        <w:rPr>
          <w:lang w:eastAsia="ja-JP"/>
        </w:rPr>
        <w:br/>
      </w:r>
      <w:r>
        <w:rPr>
          <w:lang w:eastAsia="ja-JP"/>
        </w:rPr>
        <w:t>進学塾・進学予備校</w:t>
      </w:r>
      <w:r>
        <w:rPr>
          <w:lang w:eastAsia="ja-JP"/>
        </w:rPr>
        <w:t>Excia</w:t>
      </w:r>
      <w:r>
        <w:rPr>
          <w:lang w:eastAsia="ja-JP"/>
        </w:rPr>
        <w:t>では、「自ら考え、自ら学ぶ力」を育てることを目標にしています。</w:t>
      </w:r>
      <w:r>
        <w:rPr>
          <w:lang w:eastAsia="ja-JP"/>
        </w:rPr>
        <w:br/>
      </w:r>
      <w:r>
        <w:rPr>
          <w:lang w:eastAsia="ja-JP"/>
        </w:rPr>
        <w:t>生徒一人ひとりの努力と習慣を、私たち講師とご家庭とで一緒に育んでいければと考えております。</w:t>
      </w:r>
    </w:p>
    <w:sectPr w:rsidR="000B75A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8530945">
    <w:abstractNumId w:val="8"/>
  </w:num>
  <w:num w:numId="2" w16cid:durableId="1778326861">
    <w:abstractNumId w:val="6"/>
  </w:num>
  <w:num w:numId="3" w16cid:durableId="407190598">
    <w:abstractNumId w:val="5"/>
  </w:num>
  <w:num w:numId="4" w16cid:durableId="991442625">
    <w:abstractNumId w:val="4"/>
  </w:num>
  <w:num w:numId="5" w16cid:durableId="617101222">
    <w:abstractNumId w:val="7"/>
  </w:num>
  <w:num w:numId="6" w16cid:durableId="1991714547">
    <w:abstractNumId w:val="3"/>
  </w:num>
  <w:num w:numId="7" w16cid:durableId="2070688700">
    <w:abstractNumId w:val="2"/>
  </w:num>
  <w:num w:numId="8" w16cid:durableId="1180269197">
    <w:abstractNumId w:val="1"/>
  </w:num>
  <w:num w:numId="9" w16cid:durableId="601887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2785"/>
    <w:rsid w:val="0006063C"/>
    <w:rsid w:val="000B75AF"/>
    <w:rsid w:val="0015074B"/>
    <w:rsid w:val="0029639D"/>
    <w:rsid w:val="00326F90"/>
    <w:rsid w:val="004F2D94"/>
    <w:rsid w:val="00AA1D8D"/>
    <w:rsid w:val="00B47730"/>
    <w:rsid w:val="00C14B5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7E3E448"/>
  <w14:defaultImageDpi w14:val="300"/>
  <w15:docId w15:val="{616EE747-8649-4B97-90AC-C8B481DBC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711</Words>
  <Characters>4055</Characters>
  <Application>Microsoft Office Word</Application>
  <DocSecurity>0</DocSecurity>
  <Lines>33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4757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健太 髙畠</cp:lastModifiedBy>
  <cp:revision>2</cp:revision>
  <dcterms:created xsi:type="dcterms:W3CDTF">2013-12-23T23:15:00Z</dcterms:created>
  <dcterms:modified xsi:type="dcterms:W3CDTF">2025-04-15T12:40:00Z</dcterms:modified>
  <cp:category/>
</cp:coreProperties>
</file>