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WORKER GUILD</w:t>
      </w:r>
    </w:p>
    <w:p>
      <w:r>
        <w:t>困ったらギルド</w:t>
      </w:r>
    </w:p>
    <w:p>
      <w:pPr>
        <w:pStyle w:val="Heading1"/>
      </w:pPr>
      <w:r>
        <w:t>第0章　転移</w:t>
      </w:r>
    </w:p>
    <w:p>
      <w:r>
        <w:br/>
        <w:t>世界は静かだった。</w:t>
        <w:br/>
        <w:br/>
        <w:t>空は灰色。</w:t>
        <w:br/>
        <w:t>風は止まり、</w:t>
        <w:br/>
        <w:t>街は動いているのに、</w:t>
        <w:br/>
        <w:t>どこか空虚だった。</w:t>
        <w:br/>
        <w:br/>
        <w:t>男は立っていた。</w:t>
        <w:br/>
        <w:br/>
        <w:t>名は syou。</w:t>
        <w:br/>
        <w:t>職業――ギルドマスター。</w:t>
        <w:br/>
        <w:br/>
        <w:t>だがその世界には、</w:t>
        <w:br/>
        <w:t>ギルドは存在しなかった。</w:t>
        <w:br/>
        <w:br/>
        <w:t>「ここは……どこだ」</w:t>
        <w:br/>
        <w:br/>
        <w:t>魔法もない。</w:t>
        <w:br/>
        <w:t>魔物もいない。</w:t>
        <w:br/>
        <w:t>クエストボードもない。</w:t>
        <w:br/>
        <w:br/>
        <w:t>だが、人はいる。</w:t>
        <w:br/>
        <w:br/>
        <w:t>困っている人もいる。</w:t>
        <w:br/>
        <w:br/>
        <w:t>syouは静かに言った。</w:t>
        <w:br/>
        <w:br/>
        <w:t>「ならば作るしかない」</w:t>
        <w:br/>
        <w:br/>
        <w:t>WORKER GUILD。</w:t>
        <w:br/>
      </w:r>
    </w:p>
    <w:p>
      <w:r>
        <w:t>第一章</w:t>
      </w:r>
    </w:p>
    <w:p>
      <w:r>
        <w:t>マスター、地球へ転移する</w:t>
      </w:r>
    </w:p>
    <w:p/>
    <w:p>
      <w:r>
        <w:t>夜の酒場。</w:t>
      </w:r>
    </w:p>
    <w:p/>
    <w:p>
      <w:r>
        <w:t>木のテーブル。</w:t>
      </w:r>
    </w:p>
    <w:p>
      <w:r>
        <w:t>ジョッキのぶつかる音。</w:t>
      </w:r>
    </w:p>
    <w:p>
      <w:r>
        <w:t>冒険者たちの笑い声。</w:t>
      </w:r>
    </w:p>
    <w:p/>
    <w:p>
      <w:r>
        <w:t>油の匂い。</w:t>
      </w:r>
    </w:p>
    <w:p>
      <w:r>
        <w:t>肉を焼く煙。</w:t>
      </w:r>
    </w:p>
    <w:p/>
    <w:p>
      <w:r>
        <w:t>ここは――</w:t>
      </w:r>
    </w:p>
    <w:p/>
    <w:p>
      <w:r>
        <w:t>マスタリア。</w:t>
      </w:r>
    </w:p>
    <w:p/>
    <w:p>
      <w:r>
        <w:t>剣と魔法の世界。</w:t>
      </w:r>
    </w:p>
    <w:p>
      <w:r>
        <w:t>ドラゴンと魔王が存在し、</w:t>
      </w:r>
    </w:p>
    <w:p/>
    <w:p>
      <w:r>
        <w:t>冒険者ギルドが</w:t>
      </w:r>
    </w:p>
    <w:p>
      <w:r>
        <w:t>世界の困りごとを解決する場所。</w:t>
      </w:r>
    </w:p>
    <w:p/>
    <w:p>
      <w:r>
        <w:t>その酒場のカウンターに</w:t>
      </w:r>
    </w:p>
    <w:p>
      <w:r>
        <w:t>ひとりの男が座っていた。</w:t>
      </w:r>
    </w:p>
    <w:p/>
    <w:p>
      <w:r>
        <w:t>ギルドマスター。</w:t>
      </w:r>
    </w:p>
    <w:p/>
    <w:p>
      <w:r>
        <w:t>名は</w:t>
      </w:r>
    </w:p>
    <w:p/>
    <w:p>
      <w:r>
        <w:t>syou。</w:t>
      </w:r>
    </w:p>
    <w:p/>
    <w:p>
      <w:r>
        <w:t>年齢、五十三。</w:t>
      </w:r>
    </w:p>
    <w:p/>
    <w:p>
      <w:r>
        <w:t>Sランク鑑定スキルを持つ</w:t>
      </w:r>
    </w:p>
    <w:p>
      <w:r>
        <w:t>この街の冒険者ギルドのマスターだ。</w:t>
      </w:r>
    </w:p>
    <w:p/>
    <w:p>
      <w:r>
        <w:t>ドラゴンの能力も</w:t>
      </w:r>
    </w:p>
    <w:p>
      <w:r>
        <w:t>魔王のステータスも</w:t>
      </w:r>
    </w:p>
    <w:p/>
    <w:p>
      <w:r>
        <w:t>一目で見抜く。</w:t>
      </w:r>
    </w:p>
    <w:p/>
    <w:p>
      <w:r>
        <w:t>だが</w:t>
      </w:r>
    </w:p>
    <w:p/>
    <w:p>
      <w:r>
        <w:t>今、彼が困っていることは――</w:t>
      </w:r>
    </w:p>
    <w:p/>
    <w:p>
      <w:r>
        <w:t>「……栓抜きどこだ。」</w:t>
      </w:r>
    </w:p>
    <w:p/>
    <w:p>
      <w:r>
        <w:t>テーブルを探す。</w:t>
      </w:r>
    </w:p>
    <w:p>
      <w:r>
        <w:t>袋を探す。</w:t>
      </w:r>
    </w:p>
    <w:p/>
    <w:p>
      <w:r>
        <w:t>見つからない。</w:t>
      </w:r>
    </w:p>
    <w:p/>
    <w:p>
      <w:r>
        <w:t>「おいおい……」</w:t>
      </w:r>
    </w:p>
    <w:p/>
    <w:p>
      <w:r>
        <w:t>「俺、ドラゴンの弱点は分かるのに</w:t>
      </w:r>
    </w:p>
    <w:p>
      <w:r>
        <w:t>栓抜きは見つからないのか。」</w:t>
      </w:r>
    </w:p>
    <w:p/>
    <w:p>
      <w:r>
        <w:t>酒場が笑いに包まれる。</w:t>
      </w:r>
    </w:p>
    <w:p/>
    <w:p>
      <w:r>
        <w:t>その時。</w:t>
      </w:r>
    </w:p>
    <w:p/>
    <w:p>
      <w:r>
        <w:t>指先に</w:t>
      </w:r>
    </w:p>
    <w:p/>
    <w:p>
      <w:r>
        <w:t>硬い金属が触れた。</w:t>
      </w:r>
    </w:p>
    <w:p/>
    <w:p>
      <w:r>
        <w:t>「ん？」</w:t>
      </w:r>
    </w:p>
    <w:p/>
    <w:p>
      <w:r>
        <w:t>持ち上げる。</w:t>
      </w:r>
    </w:p>
    <w:p/>
    <w:p>
      <w:r>
        <w:t>黒い鍵。</w:t>
      </w:r>
    </w:p>
    <w:p/>
    <w:p>
      <w:r>
        <w:t>見たことのない紋章。</w:t>
      </w:r>
    </w:p>
    <w:p/>
    <w:p>
      <w:r>
        <w:t>syouは眉をひそめる。</w:t>
      </w:r>
    </w:p>
    <w:p/>
    <w:p>
      <w:r>
        <w:t>「……なんだこれ。」</w:t>
      </w:r>
    </w:p>
    <w:p/>
    <w:p>
      <w:r>
        <w:t>そして迷わず言った。</w:t>
      </w:r>
    </w:p>
    <w:p/>
    <w:p>
      <w:r>
        <w:t>「鑑定。」</w:t>
      </w:r>
    </w:p>
    <w:p/>
    <w:p>
      <w:r>
        <w:t>その瞬間。</w:t>
      </w:r>
    </w:p>
    <w:p/>
    <w:p>
      <w:r>
        <w:t>鍵が</w:t>
      </w:r>
    </w:p>
    <w:p/>
    <w:p>
      <w:r>
        <w:t>淡く輝いた。</w:t>
      </w:r>
    </w:p>
    <w:p/>
    <w:p>
      <w:r>
        <w:t>同時に</w:t>
      </w:r>
    </w:p>
    <w:p>
      <w:r>
        <w:t>syouの瞳が光る。</w:t>
      </w:r>
    </w:p>
    <w:p/>
    <w:p>
      <w:r>
        <w:t>酒場の奥で誰かが言う。</w:t>
      </w:r>
    </w:p>
    <w:p/>
    <w:p>
      <w:r>
        <w:t>「お、マスター鑑定だ。」</w:t>
      </w:r>
    </w:p>
    <w:p/>
    <w:p>
      <w:r>
        <w:t>別の冒険者が笑う。</w:t>
      </w:r>
    </w:p>
    <w:p/>
    <w:p>
      <w:r>
        <w:t>「マスターの鑑定はSランクだからな。」</w:t>
      </w:r>
    </w:p>
    <w:p/>
    <w:p>
      <w:r>
        <w:t>「ドラゴンのステータスも一瞬で見えるらしいぞ。」</w:t>
      </w:r>
    </w:p>
    <w:p/>
    <w:p>
      <w:r>
        <w:t>「魔王の能力も分かるって噂だ。」</w:t>
      </w:r>
    </w:p>
    <w:p/>
    <w:p>
      <w:r>
        <w:t>だが。</w:t>
      </w:r>
    </w:p>
    <w:p/>
    <w:p>
      <w:r>
        <w:t>光が消えた。</w:t>
      </w:r>
    </w:p>
    <w:p/>
    <w:p>
      <w:r>
        <w:t>結果が出ない。</w:t>
      </w:r>
    </w:p>
    <w:p/>
    <w:p>
      <w:r>
        <w:t>syouは固まった。</w:t>
      </w:r>
    </w:p>
    <w:p/>
    <w:p>
      <w:r>
        <w:t>「……は？」</w:t>
      </w:r>
    </w:p>
    <w:p/>
    <w:p>
      <w:r>
        <w:t>もう一度。</w:t>
      </w:r>
    </w:p>
    <w:p/>
    <w:p>
      <w:r>
        <w:t>「鑑定。」</w:t>
      </w:r>
    </w:p>
    <w:p/>
    <w:p>
      <w:r>
        <w:t>再び光。</w:t>
      </w:r>
    </w:p>
    <w:p/>
    <w:p>
      <w:r>
        <w:t>しかし</w:t>
      </w:r>
    </w:p>
    <w:p/>
    <w:p>
      <w:r>
        <w:t>何も表示されない。</w:t>
      </w:r>
    </w:p>
    <w:p/>
    <w:p>
      <w:r>
        <w:t>syouは鍵を見つめる。</w:t>
      </w:r>
    </w:p>
    <w:p/>
    <w:p>
      <w:r>
        <w:t>静かに言った。</w:t>
      </w:r>
    </w:p>
    <w:p/>
    <w:p>
      <w:r>
        <w:t>「おいおい……」</w:t>
      </w:r>
    </w:p>
    <w:p/>
    <w:p>
      <w:r>
        <w:t>「俺の鑑定スキルは</w:t>
      </w:r>
    </w:p>
    <w:p>
      <w:r>
        <w:t>Sランクだぞ？」</w:t>
      </w:r>
    </w:p>
    <w:p/>
    <w:p>
      <w:r>
        <w:t>ドラゴンが見える。</w:t>
      </w:r>
    </w:p>
    <w:p/>
    <w:p>
      <w:r>
        <w:t>魔王が見える。</w:t>
      </w:r>
    </w:p>
    <w:p/>
    <w:p>
      <w:r>
        <w:t>だが</w:t>
      </w:r>
    </w:p>
    <w:p/>
    <w:p>
      <w:r>
        <w:t>この鍵は</w:t>
      </w:r>
    </w:p>
    <w:p/>
    <w:p>
      <w:r>
        <w:t>見えない。</w:t>
      </w:r>
    </w:p>
    <w:p/>
    <w:p>
      <w:r>
        <w:t>syouはつぶやく。</w:t>
      </w:r>
    </w:p>
    <w:p/>
    <w:p>
      <w:r>
        <w:t>「……見たことのない魔道具か？」</w:t>
      </w:r>
    </w:p>
    <w:p/>
    <w:p>
      <w:r>
        <w:t>その時。</w:t>
      </w:r>
    </w:p>
    <w:p/>
    <w:p>
      <w:r>
        <w:t>頭の中に声が響いた。</w:t>
      </w:r>
    </w:p>
    <w:p/>
    <w:p>
      <w:r>
        <w:t>認証しました</w:t>
      </w:r>
    </w:p>
    <w:p>
      <w:r>
        <w:t>【マスター】</w:t>
      </w:r>
    </w:p>
    <w:p/>
    <w:p>
      <w:r>
        <w:t>syouは眉をひそめる。</w:t>
      </w:r>
    </w:p>
    <w:p/>
    <w:p>
      <w:r>
        <w:t>「……なんだ今の。」</w:t>
      </w:r>
    </w:p>
    <w:p/>
    <w:p>
      <w:r>
        <w:t>声は続く。</w:t>
      </w:r>
    </w:p>
    <w:p/>
    <w:p>
      <w:r>
        <w:t>発動にはキーワードが足りません</w:t>
      </w:r>
    </w:p>
    <w:p>
      <w:r>
        <w:t>続けてキーワードをどうぞ</w:t>
      </w:r>
    </w:p>
    <w:p/>
    <w:p>
      <w:r>
        <w:t>syouは鍵を回した。</w:t>
      </w:r>
    </w:p>
    <w:p/>
    <w:p>
      <w:r>
        <w:t>「キーワード？」</w:t>
      </w:r>
    </w:p>
    <w:p/>
    <w:p>
      <w:r>
        <w:t>そして笑う。</w:t>
      </w:r>
    </w:p>
    <w:p/>
    <w:p>
      <w:r>
        <w:t>「ただのキーだろ。」</w:t>
      </w:r>
    </w:p>
    <w:p/>
    <w:p>
      <w:r>
        <w:t>認証しました</w:t>
      </w:r>
    </w:p>
    <w:p>
      <w:r>
        <w:t>【キー】</w:t>
      </w:r>
    </w:p>
    <w:p/>
    <w:p>
      <w:r>
        <w:t>syouは完全に固まった。</w:t>
      </w:r>
    </w:p>
    <w:p/>
    <w:p>
      <w:r>
        <w:t>「……おい。」</w:t>
      </w:r>
    </w:p>
    <w:p/>
    <w:p>
      <w:r>
        <w:t>その時。</w:t>
      </w:r>
    </w:p>
    <w:p/>
    <w:p>
      <w:r>
        <w:t>酒場の入口から声が飛ぶ。</w:t>
      </w:r>
    </w:p>
    <w:p/>
    <w:p>
      <w:r>
        <w:t>「おいマスター！」</w:t>
      </w:r>
    </w:p>
    <w:p/>
    <w:p>
      <w:r>
        <w:t>常連の冒険者だ。</w:t>
      </w:r>
    </w:p>
    <w:p/>
    <w:p>
      <w:r>
        <w:t>「今日は街のあの店が</w:t>
      </w:r>
    </w:p>
    <w:p>
      <w:r>
        <w:t>オープンする日だぞ！」</w:t>
      </w:r>
    </w:p>
    <w:p/>
    <w:p>
      <w:r>
        <w:t>酒場が一斉に笑う。</w:t>
      </w:r>
    </w:p>
    <w:p/>
    <w:p>
      <w:r>
        <w:t>syouはハッとする。</w:t>
      </w:r>
    </w:p>
    <w:p/>
    <w:p>
      <w:r>
        <w:t>「やっべ！」</w:t>
      </w:r>
    </w:p>
    <w:p/>
    <w:p>
      <w:r>
        <w:t>椅子から立ち上がる。</w:t>
      </w:r>
    </w:p>
    <w:p/>
    <w:p>
      <w:r>
        <w:t>「俺めっちゃ楽しみにしてたんだ！」</w:t>
      </w:r>
    </w:p>
    <w:p/>
    <w:p>
      <w:r>
        <w:t>そして叫ぶ。</w:t>
      </w:r>
    </w:p>
    <w:p/>
    <w:p>
      <w:r>
        <w:t>「夜の店オープンじゃねえか！！」</w:t>
      </w:r>
    </w:p>
    <w:p/>
    <w:p>
      <w:r>
        <w:t>その瞬間。</w:t>
      </w:r>
    </w:p>
    <w:p/>
    <w:p>
      <w:r>
        <w:t>認証しました</w:t>
      </w:r>
    </w:p>
    <w:p>
      <w:r>
        <w:t>【オープン】</w:t>
      </w:r>
    </w:p>
    <w:p/>
    <w:p>
      <w:r>
        <w:t>静寂。</w:t>
      </w:r>
    </w:p>
    <w:p/>
    <w:p>
      <w:r>
        <w:t>そして</w:t>
      </w:r>
    </w:p>
    <w:p/>
    <w:p>
      <w:r>
        <w:t>キーワード成立</w:t>
      </w:r>
    </w:p>
    <w:p>
      <w:r>
        <w:t>マスターキー起動</w:t>
      </w:r>
    </w:p>
    <w:p/>
    <w:p>
      <w:r>
        <w:t>鍵が</w:t>
      </w:r>
    </w:p>
    <w:p/>
    <w:p>
      <w:r>
        <w:t>太陽のように輝いた。</w:t>
      </w:r>
    </w:p>
    <w:p/>
    <w:p>
      <w:r>
        <w:t>ジョッキの酒が</w:t>
      </w:r>
    </w:p>
    <w:p>
      <w:r>
        <w:t>空中で止まる。</w:t>
      </w:r>
    </w:p>
    <w:p/>
    <w:p>
      <w:r>
        <w:t>笑っていた冒険者たちが</w:t>
      </w:r>
    </w:p>
    <w:p>
      <w:r>
        <w:t>そのまま固まる。</w:t>
      </w:r>
    </w:p>
    <w:p/>
    <w:p>
      <w:r>
        <w:t>炎が</w:t>
      </w:r>
    </w:p>
    <w:p>
      <w:r>
        <w:t>ゆっくりと歪む。</w:t>
      </w:r>
    </w:p>
    <w:p/>
    <w:p>
      <w:r>
        <w:t>空間が</w:t>
      </w:r>
    </w:p>
    <w:p>
      <w:r>
        <w:t>曲がる。</w:t>
      </w:r>
    </w:p>
    <w:p/>
    <w:p>
      <w:r>
        <w:t>酒場が</w:t>
      </w:r>
    </w:p>
    <w:p>
      <w:r>
        <w:t>折れ始める。</w:t>
      </w:r>
    </w:p>
    <w:p/>
    <w:p>
      <w:r>
        <w:t>syouの体が</w:t>
      </w:r>
    </w:p>
    <w:p>
      <w:r>
        <w:t>引き寄せられる。</w:t>
      </w:r>
    </w:p>
    <w:p/>
    <w:p>
      <w:r>
        <w:t>「おいおいおい！」</w:t>
      </w:r>
    </w:p>
    <w:p/>
    <w:p>
      <w:r>
        <w:t>床が波打つ。</w:t>
      </w:r>
    </w:p>
    <w:p/>
    <w:p>
      <w:r>
        <w:t>世界がねじれる。</w:t>
      </w:r>
    </w:p>
    <w:p/>
    <w:p>
      <w:r>
        <w:t>空間が渦を巻く。</w:t>
      </w:r>
    </w:p>
    <w:p/>
    <w:p>
      <w:r>
        <w:t>syouは叫んだ。</w:t>
      </w:r>
    </w:p>
    <w:p/>
    <w:p>
      <w:r>
        <w:t>「ちょっ待て！」</w:t>
      </w:r>
    </w:p>
    <w:p/>
    <w:p>
      <w:r>
        <w:t>光。</w:t>
      </w:r>
    </w:p>
    <w:p/>
    <w:p>
      <w:r>
        <w:t>歪み。</w:t>
      </w:r>
    </w:p>
    <w:p/>
    <w:p>
      <w:r>
        <w:t>崩れる世界。</w:t>
      </w:r>
    </w:p>
    <w:p/>
    <w:p>
      <w:r>
        <w:t>そして</w:t>
      </w:r>
    </w:p>
    <w:p/>
    <w:p>
      <w:r>
        <w:t>最後に叫ぶ。</w:t>
      </w:r>
    </w:p>
    <w:p/>
    <w:p>
      <w:r>
        <w:t>「夜の店ーーーーーーーーーー！！！」</w:t>
      </w:r>
    </w:p>
    <w:p/>
    <w:p>
      <w:r>
        <w:t>声が引き延ばされる。</w:t>
      </w:r>
    </w:p>
    <w:p/>
    <w:p>
      <w:r>
        <w:t>そして</w:t>
      </w:r>
    </w:p>
    <w:p/>
    <w:p>
      <w:r>
        <w:t>消えた。</w:t>
      </w:r>
    </w:p>
    <w:p/>
    <w:p>
      <w:r>
        <w:t>転移　完了</w:t>
      </w:r>
    </w:p>
    <w:p/>
    <w:p>
      <w:r>
        <w:t>第一章　完</w:t>
      </w:r>
    </w:p>
    <w:p>
      <w:r>
        <w:t>次回予告</w:t>
      </w:r>
    </w:p>
    <w:p/>
    <w:p>
      <w:r>
        <w:t>第二章</w:t>
      </w:r>
    </w:p>
    <w:p>
      <w:r>
        <w:t>マスター、日本にやってきた</w:t>
      </w:r>
    </w:p>
    <w:p/>
    <w:p>
      <w:r>
        <w:t>ゴールドはある。</w:t>
      </w:r>
    </w:p>
    <w:p/>
    <w:p>
      <w:r>
        <w:t>だが</w:t>
      </w:r>
    </w:p>
    <w:p/>
    <w:p>
      <w:r>
        <w:t>円がない。</w:t>
      </w:r>
    </w:p>
    <w:p/>
    <w:p>
      <w:r>
        <w:t>戸籍もない。</w:t>
      </w:r>
    </w:p>
    <w:p>
      <w:r>
        <w:t>身分証もない。</w:t>
      </w:r>
    </w:p>
    <w:p/>
    <w:p>
      <w:r>
        <w:t>マスタリアの</w:t>
      </w:r>
    </w:p>
    <w:p>
      <w:r>
        <w:t>ギルドマスター。</w:t>
      </w:r>
    </w:p>
    <w:p/>
    <w:p>
      <w:r>
        <w:t>しかし地球では――</w:t>
      </w:r>
    </w:p>
    <w:p/>
    <w:p>
      <w:r>
        <w:t>ただの無職。</w:t>
      </w:r>
    </w:p>
    <w:p>
      <w:r>
        <w:t>第2章</w:t>
      </w:r>
    </w:p>
    <w:p>
      <w:r>
        <w:t>マスター、日本に降り立つ</w:t>
      </w:r>
    </w:p>
    <w:p>
      <w:r>
        <w:t>冒頭（フック）</w:t>
      </w:r>
    </w:p>
    <w:p/>
    <w:p>
      <w:r>
        <w:t>世界が変わったのは、一瞬だった。</w:t>
      </w:r>
    </w:p>
    <w:p/>
    <w:p>
      <w:r>
        <w:t>さっきまで、そこには世界があった。</w:t>
      </w:r>
    </w:p>
    <w:p/>
    <w:p>
      <w:r>
        <w:t>街。</w:t>
      </w:r>
    </w:p>
    <w:p>
      <w:r>
        <w:t>人。</w:t>
      </w:r>
    </w:p>
    <w:p>
      <w:r>
        <w:t>空気。</w:t>
      </w:r>
    </w:p>
    <w:p/>
    <w:p>
      <w:r>
        <w:t>すべてが。</w:t>
      </w:r>
    </w:p>
    <w:p/>
    <w:p>
      <w:r>
        <w:t>だが――</w:t>
      </w:r>
    </w:p>
    <w:p/>
    <w:p>
      <w:r>
        <w:t>今は違う。</w:t>
      </w:r>
    </w:p>
    <w:p/>
    <w:p>
      <w:r>
        <w:t>マスターはゆっくり目を開けた。</w:t>
      </w:r>
    </w:p>
    <w:p/>
    <w:p>
      <w:r>
        <w:t>見慣れない世界が広がっている。</w:t>
      </w:r>
    </w:p>
    <w:p/>
    <w:p>
      <w:r>
        <w:t>高い建物。</w:t>
      </w:r>
    </w:p>
    <w:p>
      <w:r>
        <w:t>真っ直ぐな道。</w:t>
      </w:r>
    </w:p>
    <w:p>
      <w:r>
        <w:t>奇妙な乗り物。</w:t>
      </w:r>
    </w:p>
    <w:p/>
    <w:p>
      <w:r>
        <w:t>そして。</w:t>
      </w:r>
    </w:p>
    <w:p/>
    <w:p>
      <w:r>
        <w:t>人。</w:t>
      </w:r>
    </w:p>
    <w:p/>
    <w:p>
      <w:r>
        <w:t>信じられないほど多い。</w:t>
      </w:r>
    </w:p>
    <w:p/>
    <w:p>
      <w:r>
        <w:t>「……ここはどこだ？」</w:t>
      </w:r>
    </w:p>
    <w:p/>
    <w:p>
      <w:r>
        <w:t>マスターは静かに立ち上がる。</w:t>
      </w:r>
    </w:p>
    <w:p/>
    <w:p>
      <w:r>
        <w:t>マスタリアではない。</w:t>
      </w:r>
    </w:p>
    <w:p/>
    <w:p>
      <w:r>
        <w:t>それだけはすぐに分かった。</w:t>
      </w:r>
    </w:p>
    <w:p/>
    <w:p>
      <w:r>
        <w:t>その時。</w:t>
      </w:r>
    </w:p>
    <w:p/>
    <w:p>
      <w:r>
        <w:t>頭の中に声が響く。</w:t>
      </w:r>
    </w:p>
    <w:p/>
    <w:p>
      <w:r>
        <w:t>『対象確認』</w:t>
      </w:r>
    </w:p>
    <w:p/>
    <w:p>
      <w:r>
        <w:t>『異世界転移 完了』</w:t>
      </w:r>
    </w:p>
    <w:p/>
    <w:p>
      <w:r>
        <w:t>『現在地：日本』</w:t>
      </w:r>
    </w:p>
    <w:p/>
    <w:p>
      <w:r>
        <w:t>「日本？」</w:t>
      </w:r>
    </w:p>
    <w:p/>
    <w:p>
      <w:r>
        <w:t>聞いたことのない国だ。</w:t>
      </w:r>
    </w:p>
    <w:p/>
    <w:p>
      <w:r>
        <w:t>マスターはまず</w:t>
      </w:r>
    </w:p>
    <w:p/>
    <w:p>
      <w:r>
        <w:t>持ち物を確認する。</w:t>
      </w:r>
    </w:p>
    <w:p/>
    <w:p>
      <w:r>
        <w:t>これは冒険者の習慣だ。</w:t>
      </w:r>
    </w:p>
    <w:p/>
    <w:p>
      <w:r>
        <w:t>ポケットを触る。</w:t>
      </w:r>
    </w:p>
    <w:p/>
    <w:p>
      <w:r>
        <w:t>一枚のカードが出てきた。</w:t>
      </w:r>
    </w:p>
    <w:p/>
    <w:p>
      <w:r>
        <w:t>ギルドカード</w:t>
      </w:r>
    </w:p>
    <w:p/>
    <w:p>
      <w:r>
        <w:t>刻まれている番号。</w:t>
      </w:r>
    </w:p>
    <w:p/>
    <w:p>
      <w:r>
        <w:t>00</w:t>
      </w:r>
    </w:p>
    <w:p/>
    <w:p>
      <w:r>
        <w:t>マスターは小さく笑う。</w:t>
      </w:r>
    </w:p>
    <w:p/>
    <w:p>
      <w:r>
        <w:t>「……なるほど」</w:t>
      </w:r>
    </w:p>
    <w:p/>
    <w:p>
      <w:r>
        <w:t>「私がマスターということか」</w:t>
      </w:r>
    </w:p>
    <w:p/>
    <w:p>
      <w:r>
        <w:t>次に袋を確認する。</w:t>
      </w:r>
    </w:p>
    <w:p/>
    <w:p>
      <w:r>
        <w:t>中には</w:t>
      </w:r>
    </w:p>
    <w:p/>
    <w:p>
      <w:r>
        <w:t>・ゴールド（少量）</w:t>
      </w:r>
    </w:p>
    <w:p>
      <w:r>
        <w:t>・異世界アイテム</w:t>
      </w:r>
    </w:p>
    <w:p>
      <w:r>
        <w:t>・ポーション</w:t>
      </w:r>
    </w:p>
    <w:p>
      <w:r>
        <w:t>・保存食</w:t>
      </w:r>
    </w:p>
    <w:p/>
    <w:p>
      <w:r>
        <w:t>そして</w:t>
      </w:r>
    </w:p>
    <w:p/>
    <w:p>
      <w:r>
        <w:t>腰には</w:t>
      </w:r>
    </w:p>
    <w:p/>
    <w:p>
      <w:r>
        <w:t>短剣</w:t>
      </w:r>
    </w:p>
    <w:p/>
    <w:p>
      <w:r>
        <w:t>「武器もあるか」</w:t>
      </w:r>
    </w:p>
    <w:p/>
    <w:p>
      <w:r>
        <w:t>最低限の装備は揃っている。</w:t>
      </w:r>
    </w:p>
    <w:p/>
    <w:p>
      <w:r>
        <w:t>次に</w:t>
      </w:r>
    </w:p>
    <w:p/>
    <w:p>
      <w:r>
        <w:t>スキル確認</w:t>
      </w:r>
    </w:p>
    <w:p/>
    <w:p>
      <w:r>
        <w:t>マスターは手をかざす。</w:t>
      </w:r>
    </w:p>
    <w:p/>
    <w:p>
      <w:r>
        <w:t>「水」</w:t>
      </w:r>
    </w:p>
    <w:p/>
    <w:p>
      <w:r>
        <w:t>小さな水球が現れる。</w:t>
      </w:r>
    </w:p>
    <w:p/>
    <w:p>
      <w:r>
        <w:t>問題ない。</w:t>
      </w:r>
    </w:p>
    <w:p/>
    <w:p>
      <w:r>
        <w:t>「火」</w:t>
      </w:r>
    </w:p>
    <w:p/>
    <w:p>
      <w:r>
        <w:t>小さな炎が灯る。</w:t>
      </w:r>
    </w:p>
    <w:p/>
    <w:p>
      <w:r>
        <w:t>魔法は使える。</w:t>
      </w:r>
    </w:p>
    <w:p/>
    <w:p>
      <w:r>
        <w:t>しかし。</w:t>
      </w:r>
    </w:p>
    <w:p/>
    <w:p>
      <w:r>
        <w:t>マスターは</w:t>
      </w:r>
    </w:p>
    <w:p/>
    <w:p>
      <w:r>
        <w:t>攻撃魔法を試した。</w:t>
      </w:r>
    </w:p>
    <w:p/>
    <w:p>
      <w:r>
        <w:t>「火球」</w:t>
      </w:r>
    </w:p>
    <w:p/>
    <w:p>
      <w:r>
        <w:t>魔力を集める。</w:t>
      </w:r>
    </w:p>
    <w:p/>
    <w:p>
      <w:r>
        <w:t>だが。</w:t>
      </w:r>
    </w:p>
    <w:p/>
    <w:p>
      <w:r>
        <w:t>発動しない。</w:t>
      </w:r>
    </w:p>
    <w:p/>
    <w:p>
      <w:r>
        <w:t>「……？」</w:t>
      </w:r>
    </w:p>
    <w:p/>
    <w:p>
      <w:r>
        <w:t>もう一度。</w:t>
      </w:r>
    </w:p>
    <w:p/>
    <w:p>
      <w:r>
        <w:t>「火球」</w:t>
      </w:r>
    </w:p>
    <w:p/>
    <w:p>
      <w:r>
        <w:t>やはり</w:t>
      </w:r>
    </w:p>
    <w:p/>
    <w:p>
      <w:r>
        <w:t>出ない。</w:t>
      </w:r>
    </w:p>
    <w:p/>
    <w:p>
      <w:r>
        <w:t>その瞬間。</w:t>
      </w:r>
    </w:p>
    <w:p/>
    <w:p>
      <w:r>
        <w:t>頭の中の声が響く。</w:t>
      </w:r>
    </w:p>
    <w:p/>
    <w:p>
      <w:r>
        <w:t>『制限確認』</w:t>
      </w:r>
    </w:p>
    <w:p/>
    <w:p>
      <w:r>
        <w:t>『攻撃魔法 使用不可』</w:t>
      </w:r>
    </w:p>
    <w:p/>
    <w:p>
      <w:r>
        <w:t>マスターは少し驚いた。</w:t>
      </w:r>
    </w:p>
    <w:p/>
    <w:p>
      <w:r>
        <w:t>「攻撃魔法だけ？」</w:t>
      </w:r>
    </w:p>
    <w:p/>
    <w:p>
      <w:r>
        <w:t>もう一度</w:t>
      </w:r>
    </w:p>
    <w:p/>
    <w:p>
      <w:r>
        <w:t>別の魔法を試す。</w:t>
      </w:r>
    </w:p>
    <w:p/>
    <w:p>
      <w:r>
        <w:t>「光」</w:t>
      </w:r>
    </w:p>
    <w:p/>
    <w:p>
      <w:r>
        <w:t>光が灯る。</w:t>
      </w:r>
    </w:p>
    <w:p/>
    <w:p>
      <w:r>
        <w:t>問題ない。</w:t>
      </w:r>
    </w:p>
    <w:p/>
    <w:p>
      <w:r>
        <w:t>マスターは笑った。</w:t>
      </w:r>
    </w:p>
    <w:p/>
    <w:p>
      <w:r>
        <w:t>「なるほど」</w:t>
      </w:r>
    </w:p>
    <w:p/>
    <w:p>
      <w:r>
        <w:t>「攻撃以外は使えるらしい」</w:t>
      </w:r>
    </w:p>
    <w:p/>
    <w:p>
      <w:r>
        <w:t>その時だった。</w:t>
      </w:r>
    </w:p>
    <w:p/>
    <w:p>
      <w:r>
        <w:t>周囲の人が会話している。</w:t>
      </w:r>
    </w:p>
    <w:p/>
    <w:p>
      <w:r>
        <w:t>しかし。</w:t>
      </w:r>
    </w:p>
    <w:p/>
    <w:p>
      <w:r>
        <w:t>意味が分からない。</w:t>
      </w:r>
    </w:p>
    <w:p/>
    <w:p>
      <w:r>
        <w:t>言葉が違う。</w:t>
      </w:r>
    </w:p>
    <w:p/>
    <w:p>
      <w:r>
        <w:t>その瞬間。</w:t>
      </w:r>
    </w:p>
    <w:p/>
    <w:p>
      <w:r>
        <w:t>声が響く。</w:t>
      </w:r>
    </w:p>
    <w:p/>
    <w:p>
      <w:r>
        <w:t>『問題検知』</w:t>
      </w:r>
    </w:p>
    <w:p/>
    <w:p>
      <w:r>
        <w:t>『言語不一致』</w:t>
      </w:r>
    </w:p>
    <w:p/>
    <w:p>
      <w:r>
        <w:t>『スキル解放』</w:t>
      </w:r>
    </w:p>
    <w:p/>
    <w:p>
      <w:r>
        <w:t>視界が一瞬光る。</w:t>
      </w:r>
    </w:p>
    <w:p/>
    <w:p>
      <w:r>
        <w:t>『共通言語スキル 解放』</w:t>
      </w:r>
    </w:p>
    <w:p/>
    <w:p>
      <w:r>
        <w:t>次の瞬間。</w:t>
      </w:r>
    </w:p>
    <w:p/>
    <w:p>
      <w:r>
        <w:t>周囲の会話が理解できた。</w:t>
      </w:r>
    </w:p>
    <w:p/>
    <w:p>
      <w:r>
        <w:t>「コンビニ寄る？」</w:t>
      </w:r>
    </w:p>
    <w:p/>
    <w:p>
      <w:r>
        <w:t>「今日忙しいな」</w:t>
      </w:r>
    </w:p>
    <w:p/>
    <w:p>
      <w:r>
        <w:t>「アルバイト足りないらしいよ」</w:t>
      </w:r>
    </w:p>
    <w:p/>
    <w:p>
      <w:r>
        <w:t>マスターは小さく呟く。</w:t>
      </w:r>
    </w:p>
    <w:p/>
    <w:p>
      <w:r>
        <w:t>「……なるほど」</w:t>
      </w:r>
    </w:p>
    <w:p/>
    <w:p>
      <w:r>
        <w:t>その時だった。</w:t>
      </w:r>
    </w:p>
    <w:p/>
    <w:p>
      <w:r>
        <w:t>腹が鳴る。</w:t>
      </w:r>
    </w:p>
    <w:p/>
    <w:p>
      <w:r>
        <w:t>ぐぅぅぅ。</w:t>
      </w:r>
    </w:p>
    <w:p/>
    <w:p>
      <w:r>
        <w:t>マスターは空を見上げた。</w:t>
      </w:r>
    </w:p>
    <w:p/>
    <w:p>
      <w:r>
        <w:t>「腹が減ったな」</w:t>
      </w:r>
    </w:p>
    <w:p/>
    <w:p>
      <w:r>
        <w:t>周囲を見る。</w:t>
      </w:r>
    </w:p>
    <w:p/>
    <w:p>
      <w:r>
        <w:t>明るく光る店がある。</w:t>
      </w:r>
    </w:p>
    <w:p/>
    <w:p>
      <w:r>
        <w:t>看板には</w:t>
      </w:r>
    </w:p>
    <w:p/>
    <w:p>
      <w:r>
        <w:t>コンビニ</w:t>
      </w:r>
    </w:p>
    <w:p/>
    <w:p>
      <w:r>
        <w:t>と書かれている。</w:t>
      </w:r>
    </w:p>
    <w:p/>
    <w:p>
      <w:r>
        <w:t>マスターは店に入った。</w:t>
      </w:r>
    </w:p>
    <w:p/>
    <w:p>
      <w:r>
        <w:t>「いらっしゃいませ」</w:t>
      </w:r>
    </w:p>
    <w:p/>
    <w:p>
      <w:r>
        <w:t>店員が声をかける。</w:t>
      </w:r>
    </w:p>
    <w:p/>
    <w:p>
      <w:r>
        <w:t>マスターは言う。</w:t>
      </w:r>
    </w:p>
    <w:p/>
    <w:p>
      <w:r>
        <w:t>「食べ物をもらえるか？」</w:t>
      </w:r>
    </w:p>
    <w:p/>
    <w:p>
      <w:r>
        <w:t>店員は笑った。</w:t>
      </w:r>
    </w:p>
    <w:p/>
    <w:p>
      <w:r>
        <w:t>「ご注文ですか？」</w:t>
      </w:r>
    </w:p>
    <w:p/>
    <w:p>
      <w:r>
        <w:t>マスターは理解する。</w:t>
      </w:r>
    </w:p>
    <w:p/>
    <w:p>
      <w:r>
        <w:t>これは</w:t>
      </w:r>
    </w:p>
    <w:p/>
    <w:p>
      <w:r>
        <w:t>食事を売る店だ。</w:t>
      </w:r>
    </w:p>
    <w:p/>
    <w:p>
      <w:r>
        <w:t>だが</w:t>
      </w:r>
    </w:p>
    <w:p/>
    <w:p>
      <w:r>
        <w:t>問題がある。</w:t>
      </w:r>
    </w:p>
    <w:p/>
    <w:p>
      <w:r>
        <w:t>金がない。</w:t>
      </w:r>
    </w:p>
    <w:p/>
    <w:p>
      <w:r>
        <w:t>マスターは正直に言う。</w:t>
      </w:r>
    </w:p>
    <w:p/>
    <w:p>
      <w:r>
        <w:t>「……金がない」</w:t>
      </w:r>
    </w:p>
    <w:p/>
    <w:p>
      <w:r>
        <w:t>店員は苦笑する。</w:t>
      </w:r>
    </w:p>
    <w:p/>
    <w:p>
      <w:r>
        <w:t>「そりゃ買えませんね」</w:t>
      </w:r>
    </w:p>
    <w:p/>
    <w:p>
      <w:r>
        <w:t>そして</w:t>
      </w:r>
    </w:p>
    <w:p/>
    <w:p>
      <w:r>
        <w:t>一枚の紙を差し出した。</w:t>
      </w:r>
    </w:p>
    <w:p/>
    <w:p>
      <w:r>
        <w:t>「仕事探してるなら、これどうです？」</w:t>
      </w:r>
    </w:p>
    <w:p/>
    <w:p>
      <w:r>
        <w:t>紙には</w:t>
      </w:r>
    </w:p>
    <w:p/>
    <w:p>
      <w:r>
        <w:t>アルバイト募集</w:t>
      </w:r>
    </w:p>
    <w:p/>
    <w:p>
      <w:r>
        <w:t>と書かれている。</w:t>
      </w:r>
    </w:p>
    <w:p/>
    <w:p>
      <w:r>
        <w:t>マスターは紙を見る。</w:t>
      </w:r>
    </w:p>
    <w:p/>
    <w:p>
      <w:r>
        <w:t>「……アルバイト？」</w:t>
      </w:r>
    </w:p>
    <w:p/>
    <w:p>
      <w:r>
        <w:t>店員が説明する。</w:t>
      </w:r>
    </w:p>
    <w:p/>
    <w:p>
      <w:r>
        <w:t>「働けばお金もらえます」</w:t>
      </w:r>
    </w:p>
    <w:p/>
    <w:p>
      <w:r>
        <w:t>その瞬間。</w:t>
      </w:r>
    </w:p>
    <w:p/>
    <w:p>
      <w:r>
        <w:t>頭の中の声が響いた。</w:t>
      </w:r>
    </w:p>
    <w:p/>
    <w:p>
      <w:r>
        <w:t>『クエスト発生』</w:t>
      </w:r>
    </w:p>
    <w:p/>
    <w:p>
      <w:r>
        <w:t>マスターの視界に</w:t>
      </w:r>
    </w:p>
    <w:p/>
    <w:p>
      <w:r>
        <w:t>文字が浮かぶ。</w:t>
      </w:r>
    </w:p>
    <w:p/>
    <w:p>
      <w:r>
        <w:t>クエスト</w:t>
      </w:r>
    </w:p>
    <w:p/>
    <w:p>
      <w:r>
        <w:t>円を稼げ</w:t>
      </w:r>
    </w:p>
    <w:p/>
    <w:p>
      <w:r>
        <w:t>マスターはチラシを見る。</w:t>
      </w:r>
    </w:p>
    <w:p/>
    <w:p>
      <w:r>
        <w:t>そして笑った。</w:t>
      </w:r>
    </w:p>
    <w:p/>
    <w:p>
      <w:r>
        <w:t>「なるほど」</w:t>
      </w:r>
    </w:p>
    <w:p/>
    <w:p>
      <w:r>
        <w:t>「まずは円か」</w:t>
      </w:r>
    </w:p>
    <w:p/>
    <w:p>
      <w:r>
        <w:t>マスターは店を出る。</w:t>
      </w:r>
    </w:p>
    <w:p/>
    <w:p>
      <w:r>
        <w:t>知らない世界。</w:t>
      </w:r>
    </w:p>
    <w:p/>
    <w:p>
      <w:r>
        <w:t>知らない通貨。</w:t>
      </w:r>
    </w:p>
    <w:p/>
    <w:p>
      <w:r>
        <w:t>だが</w:t>
      </w:r>
    </w:p>
    <w:p/>
    <w:p>
      <w:r>
        <w:t>一つだけ分かる。</w:t>
      </w:r>
    </w:p>
    <w:p/>
    <w:p>
      <w:r>
        <w:t>「面白くなってきた」</w:t>
      </w:r>
    </w:p>
    <w:p/>
    <w:p>
      <w:r>
        <w:t>次回</w:t>
      </w:r>
    </w:p>
    <w:p/>
    <w:p>
      <w:r>
        <w:t>第3章</w:t>
      </w:r>
    </w:p>
    <w:p/>
    <w:p>
      <w:r>
        <w:t>最初のクエスト</w:t>
      </w:r>
    </w:p>
    <w:p>
      <w:r>
        <w:t>第3章　円を稼ぐ（完成版）</w:t>
      </w:r>
    </w:p>
    <w:p/>
    <w:p>
      <w:r>
        <w:t>マスターはチラシを見せた。</w:t>
      </w:r>
    </w:p>
    <w:p/>
    <w:p>
      <w:r>
        <w:t>「これをやりたい」</w:t>
      </w:r>
    </w:p>
    <w:p/>
    <w:p>
      <w:r>
        <w:t>店員はマスターを見た。</w:t>
      </w:r>
    </w:p>
    <w:p/>
    <w:p>
      <w:r>
        <w:t>服装。</w:t>
      </w:r>
    </w:p>
    <w:p>
      <w:r>
        <w:t>腰の短剣。</w:t>
      </w:r>
    </w:p>
    <w:p>
      <w:r>
        <w:t>堂々とした態度。</w:t>
      </w:r>
    </w:p>
    <w:p/>
    <w:p>
      <w:r>
        <w:t>そして</w:t>
      </w:r>
    </w:p>
    <w:p/>
    <w:p>
      <w:r>
        <w:t>奥に向かって叫んだ。</w:t>
      </w:r>
    </w:p>
    <w:p/>
    <w:p>
      <w:r>
        <w:t>「店長ー！」</w:t>
      </w:r>
    </w:p>
    <w:p/>
    <w:p>
      <w:r>
        <w:t>奥から声が返る。</w:t>
      </w:r>
    </w:p>
    <w:p/>
    <w:p>
      <w:r>
        <w:t>「なにー？」</w:t>
      </w:r>
    </w:p>
    <w:p/>
    <w:p>
      <w:r>
        <w:t>店員は叫ぶ。</w:t>
      </w:r>
    </w:p>
    <w:p/>
    <w:p>
      <w:r>
        <w:t>「あきらかに変なコスプレしたおっさんが来ましたー！」</w:t>
      </w:r>
    </w:p>
    <w:p/>
    <w:p>
      <w:r>
        <w:t>奥で</w:t>
      </w:r>
    </w:p>
    <w:p/>
    <w:p>
      <w:r>
        <w:t>ガタン！</w:t>
      </w:r>
    </w:p>
    <w:p/>
    <w:p>
      <w:r>
        <w:t>何かが倒れる音がした。</w:t>
      </w:r>
    </w:p>
    <w:p/>
    <w:p>
      <w:r>
        <w:t>「おい！そういう言い方やめろ！」</w:t>
      </w:r>
    </w:p>
    <w:p/>
    <w:p>
      <w:r>
        <w:t>奥から店長が出てくる。</w:t>
      </w:r>
    </w:p>
    <w:p/>
    <w:p>
      <w:r>
        <w:t>そしてマスターを見る。</w:t>
      </w:r>
    </w:p>
    <w:p/>
    <w:p>
      <w:r>
        <w:t>上から下まで。</w:t>
      </w:r>
    </w:p>
    <w:p/>
    <w:p>
      <w:r>
        <w:t>ゆっくり。</w:t>
      </w:r>
    </w:p>
    <w:p/>
    <w:p>
      <w:r>
        <w:t>二度見する。</w:t>
      </w:r>
    </w:p>
    <w:p/>
    <w:p>
      <w:r>
        <w:t>「……」</w:t>
      </w:r>
    </w:p>
    <w:p/>
    <w:p>
      <w:r>
        <w:t>店長は店員を見る。</w:t>
      </w:r>
    </w:p>
    <w:p/>
    <w:p>
      <w:r>
        <w:t>「コスプレって言うな」</w:t>
      </w:r>
    </w:p>
    <w:p/>
    <w:p>
      <w:r>
        <w:t>少し間を置いて</w:t>
      </w:r>
    </w:p>
    <w:p/>
    <w:p>
      <w:r>
        <w:t>真顔で言った。</w:t>
      </w:r>
    </w:p>
    <w:p/>
    <w:p>
      <w:r>
        <w:t>「ガチの可能性もあるだろ」</w:t>
      </w:r>
    </w:p>
    <w:p/>
    <w:p>
      <w:r>
        <w:t>店員</w:t>
      </w:r>
    </w:p>
    <w:p/>
    <w:p>
      <w:r>
        <w:t>「いや絶対コスプレです」</w:t>
      </w:r>
    </w:p>
    <w:p/>
    <w:p>
      <w:r>
        <w:t>マスターは首を傾げる。</w:t>
      </w:r>
    </w:p>
    <w:p/>
    <w:p>
      <w:r>
        <w:t>「コスプレとはなんだ？」</w:t>
      </w:r>
    </w:p>
    <w:p/>
    <w:p>
      <w:r>
        <w:t>店員が小声で言う。</w:t>
      </w:r>
    </w:p>
    <w:p/>
    <w:p>
      <w:r>
        <w:t>「ほらやっぱり」</w:t>
      </w:r>
    </w:p>
    <w:p/>
    <w:p>
      <w:r>
        <w:t>店長は咳払いする。</w:t>
      </w:r>
    </w:p>
    <w:p/>
    <w:p>
      <w:r>
        <w:t>「で、何の用です？」</w:t>
      </w:r>
    </w:p>
    <w:p/>
    <w:p>
      <w:r>
        <w:t>マスターはチラシを差し出した。</w:t>
      </w:r>
    </w:p>
    <w:p/>
    <w:p>
      <w:r>
        <w:t>「これをやりたい」</w:t>
      </w:r>
    </w:p>
    <w:p/>
    <w:p>
      <w:r>
        <w:t>店長は紙を見る。</w:t>
      </w:r>
    </w:p>
    <w:p/>
    <w:p>
      <w:r>
        <w:t>アルバイト募集</w:t>
      </w:r>
    </w:p>
    <w:p/>
    <w:p>
      <w:r>
        <w:t>店長はマスターを見る。</w:t>
      </w:r>
    </w:p>
    <w:p/>
    <w:p>
      <w:r>
        <w:t>もう一度見る。</w:t>
      </w:r>
    </w:p>
    <w:p/>
    <w:p>
      <w:r>
        <w:t>「……アルバイト？」</w:t>
      </w:r>
    </w:p>
    <w:p/>
    <w:p>
      <w:r>
        <w:t>「そうだ」</w:t>
      </w:r>
    </w:p>
    <w:p/>
    <w:p>
      <w:r>
        <w:t>店長は腕を組む。</w:t>
      </w:r>
    </w:p>
    <w:p/>
    <w:p>
      <w:r>
        <w:t>「身分証あります？」</w:t>
      </w:r>
    </w:p>
    <w:p/>
    <w:p>
      <w:r>
        <w:t>マスターは自信満々で</w:t>
      </w:r>
    </w:p>
    <w:p/>
    <w:p>
      <w:r>
        <w:t>カードを出した。</w:t>
      </w:r>
    </w:p>
    <w:p/>
    <w:p>
      <w:r>
        <w:t>ギルドカード</w:t>
      </w:r>
    </w:p>
    <w:p/>
    <w:p>
      <w:r>
        <w:t>店長</w:t>
      </w:r>
    </w:p>
    <w:p/>
    <w:p>
      <w:r>
        <w:t>「……」</w:t>
      </w:r>
    </w:p>
    <w:p/>
    <w:p>
      <w:r>
        <w:t>店員</w:t>
      </w:r>
    </w:p>
    <w:p/>
    <w:p>
      <w:r>
        <w:t>「……」</w:t>
      </w:r>
    </w:p>
    <w:p/>
    <w:p>
      <w:r>
        <w:t>店長はカードを見る。</w:t>
      </w:r>
    </w:p>
    <w:p/>
    <w:p>
      <w:r>
        <w:t>表。</w:t>
      </w:r>
    </w:p>
    <w:p/>
    <w:p>
      <w:r>
        <w:t>裏。</w:t>
      </w:r>
    </w:p>
    <w:p/>
    <w:p>
      <w:r>
        <w:t>もう一度表。</w:t>
      </w:r>
    </w:p>
    <w:p/>
    <w:p>
      <w:r>
        <w:t>「これ」</w:t>
      </w:r>
    </w:p>
    <w:p/>
    <w:p>
      <w:r>
        <w:t>「トレーディングカード？」</w:t>
      </w:r>
    </w:p>
    <w:p/>
    <w:p>
      <w:r>
        <w:t>マスターは胸を張る。</w:t>
      </w:r>
    </w:p>
    <w:p/>
    <w:p>
      <w:r>
        <w:t>「ギルドカードだ」</w:t>
      </w:r>
    </w:p>
    <w:p/>
    <w:p>
      <w:r>
        <w:t>「番号は？」</w:t>
      </w:r>
    </w:p>
    <w:p/>
    <w:p>
      <w:r>
        <w:t>「00」</w:t>
      </w:r>
    </w:p>
    <w:p/>
    <w:p>
      <w:r>
        <w:t>店長</w:t>
      </w:r>
    </w:p>
    <w:p/>
    <w:p>
      <w:r>
        <w:t>「ゼロゼロ？」</w:t>
      </w:r>
    </w:p>
    <w:p/>
    <w:p>
      <w:r>
        <w:t>マスターは誇らしげに言う。</w:t>
      </w:r>
    </w:p>
    <w:p/>
    <w:p>
      <w:r>
        <w:t>「ギルドマスターだ」</w:t>
      </w:r>
    </w:p>
    <w:p/>
    <w:p>
      <w:r>
        <w:t>店長は店員を見る。</w:t>
      </w:r>
    </w:p>
    <w:p/>
    <w:p>
      <w:r>
        <w:t>店員は頷く。</w:t>
      </w:r>
    </w:p>
    <w:p/>
    <w:p>
      <w:r>
        <w:t>店長は言った。</w:t>
      </w:r>
    </w:p>
    <w:p/>
    <w:p>
      <w:r>
        <w:t>「うん」</w:t>
      </w:r>
    </w:p>
    <w:p/>
    <w:p>
      <w:r>
        <w:t>「身分証にならないですね」</w:t>
      </w:r>
    </w:p>
    <w:p/>
    <w:p>
      <w:r>
        <w:t>マスターは驚いた。</w:t>
      </w:r>
    </w:p>
    <w:p/>
    <w:p>
      <w:r>
        <w:t>「なに？」</w:t>
      </w:r>
    </w:p>
    <w:p/>
    <w:p>
      <w:r>
        <w:t>店長は言う。</w:t>
      </w:r>
    </w:p>
    <w:p/>
    <w:p>
      <w:r>
        <w:t>「ここ日本なんで」</w:t>
      </w:r>
    </w:p>
    <w:p/>
    <w:p>
      <w:r>
        <w:t>マスターはカードを見る。</w:t>
      </w:r>
    </w:p>
    <w:p/>
    <w:p>
      <w:r>
        <w:t>マスタリアでは</w:t>
      </w:r>
    </w:p>
    <w:p/>
    <w:p>
      <w:r>
        <w:t>このカード一枚で</w:t>
      </w:r>
    </w:p>
    <w:p/>
    <w:p>
      <w:r>
        <w:t>城にも入れる。</w:t>
      </w:r>
    </w:p>
    <w:p/>
    <w:p>
      <w:r>
        <w:t>街の門も通れる。</w:t>
      </w:r>
    </w:p>
    <w:p/>
    <w:p>
      <w:r>
        <w:t>それなのに。</w:t>
      </w:r>
    </w:p>
    <w:p/>
    <w:p>
      <w:r>
        <w:t>マスターは呟く。</w:t>
      </w:r>
    </w:p>
    <w:p/>
    <w:p>
      <w:r>
        <w:t>「……通じないのか」</w:t>
      </w:r>
    </w:p>
    <w:p/>
    <w:p>
      <w:r>
        <w:t>店長はため息をついた。</w:t>
      </w:r>
    </w:p>
    <w:p/>
    <w:p>
      <w:r>
        <w:t>そしてふと思い出す。</w:t>
      </w:r>
    </w:p>
    <w:p/>
    <w:p>
      <w:r>
        <w:t>「そういえば」</w:t>
      </w:r>
    </w:p>
    <w:p/>
    <w:p>
      <w:r>
        <w:t>「あんたいくつ？」</w:t>
      </w:r>
    </w:p>
    <w:p/>
    <w:p>
      <w:r>
        <w:t>マスターは答える。</w:t>
      </w:r>
    </w:p>
    <w:p/>
    <w:p>
      <w:r>
        <w:t>「五十三だ」</w:t>
      </w:r>
    </w:p>
    <w:p/>
    <w:p>
      <w:r>
        <w:t>店員が固まる。</w:t>
      </w:r>
    </w:p>
    <w:p/>
    <w:p>
      <w:r>
        <w:t>「え」</w:t>
      </w:r>
    </w:p>
    <w:p/>
    <w:p>
      <w:r>
        <w:t>店長</w:t>
      </w:r>
    </w:p>
    <w:p/>
    <w:p>
      <w:r>
        <w:t>「え？」</w:t>
      </w:r>
    </w:p>
    <w:p/>
    <w:p>
      <w:r>
        <w:t>店員</w:t>
      </w:r>
    </w:p>
    <w:p/>
    <w:p>
      <w:r>
        <w:t>「五十三！？」</w:t>
      </w:r>
    </w:p>
    <w:p/>
    <w:p>
      <w:r>
        <w:t>マスターは胸を張る。</w:t>
      </w:r>
    </w:p>
    <w:p/>
    <w:p>
      <w:r>
        <w:t>「ギルドマスターとしては」</w:t>
      </w:r>
    </w:p>
    <w:p/>
    <w:p>
      <w:r>
        <w:t>少し考える。</w:t>
      </w:r>
    </w:p>
    <w:p/>
    <w:p>
      <w:r>
        <w:t>「まだ若い方だ」</w:t>
      </w:r>
    </w:p>
    <w:p/>
    <w:p>
      <w:r>
        <w:t>店長</w:t>
      </w:r>
    </w:p>
    <w:p/>
    <w:p>
      <w:r>
        <w:t>「何の世界の話？」</w:t>
      </w:r>
    </w:p>
    <w:p/>
    <w:p>
      <w:r>
        <w:t>店員</w:t>
      </w:r>
    </w:p>
    <w:p/>
    <w:p>
      <w:r>
        <w:t>「いや普通におっさんじゃん」</w:t>
      </w:r>
    </w:p>
    <w:p/>
    <w:p>
      <w:r>
        <w:t>店長は額を押さえた。</w:t>
      </w:r>
    </w:p>
    <w:p/>
    <w:p>
      <w:r>
        <w:t>「あと」</w:t>
      </w:r>
    </w:p>
    <w:p/>
    <w:p>
      <w:r>
        <w:t>店長は</w:t>
      </w:r>
    </w:p>
    <w:p/>
    <w:p>
      <w:r>
        <w:t>マスターの腰を指さした。</w:t>
      </w:r>
    </w:p>
    <w:p/>
    <w:p>
      <w:r>
        <w:t>「とりあえずその剣しまってください」</w:t>
      </w:r>
    </w:p>
    <w:p/>
    <w:p>
      <w:r>
        <w:t>店員</w:t>
      </w:r>
    </w:p>
    <w:p/>
    <w:p>
      <w:r>
        <w:t>「コンビニなんで」</w:t>
      </w:r>
    </w:p>
    <w:p/>
    <w:p>
      <w:r>
        <w:t>マスターは少し考えた。</w:t>
      </w:r>
    </w:p>
    <w:p/>
    <w:p>
      <w:r>
        <w:t>「なるほど」</w:t>
      </w:r>
    </w:p>
    <w:p/>
    <w:p>
      <w:r>
        <w:t>短剣をしまう。</w:t>
      </w:r>
    </w:p>
    <w:p/>
    <w:p>
      <w:r>
        <w:t>「この世界は」</w:t>
      </w:r>
    </w:p>
    <w:p/>
    <w:p>
      <w:r>
        <w:t>少し笑う。</w:t>
      </w:r>
    </w:p>
    <w:p/>
    <w:p>
      <w:r>
        <w:t>「なかなか面白い」</w:t>
      </w:r>
    </w:p>
    <w:p/>
    <w:p>
      <w:r>
        <w:t>店長</w:t>
      </w:r>
    </w:p>
    <w:p/>
    <w:p>
      <w:r>
        <w:t>「怖いんだけどこの人」</w:t>
      </w:r>
    </w:p>
    <w:p/>
    <w:p>
      <w:r>
        <w:t>そして</w:t>
      </w:r>
    </w:p>
    <w:p/>
    <w:p>
      <w:r>
        <w:t>店長はチラシを見る。</w:t>
      </w:r>
    </w:p>
    <w:p/>
    <w:p>
      <w:r>
        <w:t>「まあいいや」</w:t>
      </w:r>
    </w:p>
    <w:p/>
    <w:p>
      <w:r>
        <w:t>「アルバイトやるなら」</w:t>
      </w:r>
    </w:p>
    <w:p/>
    <w:p>
      <w:r>
        <w:t>「まず面接ね」</w:t>
      </w:r>
    </w:p>
    <w:p/>
    <w:p>
      <w:r>
        <w:t>「履歴書書ける？」</w:t>
      </w:r>
    </w:p>
    <w:p/>
    <w:p>
      <w:r>
        <w:t>マスターは答えた。</w:t>
      </w:r>
    </w:p>
    <w:p/>
    <w:p>
      <w:r>
        <w:t>「書けない」</w:t>
      </w:r>
    </w:p>
    <w:p/>
    <w:p>
      <w:r>
        <w:t>店長</w:t>
      </w:r>
    </w:p>
    <w:p/>
    <w:p>
      <w:r>
        <w:t>「なんで？」</w:t>
      </w:r>
    </w:p>
    <w:p/>
    <w:p>
      <w:r>
        <w:t>マスター</w:t>
      </w:r>
    </w:p>
    <w:p/>
    <w:p>
      <w:r>
        <w:t>「この世界の字が書けない」</w:t>
      </w:r>
    </w:p>
    <w:p/>
    <w:p>
      <w:r>
        <w:t>店長と店員は</w:t>
      </w:r>
    </w:p>
    <w:p/>
    <w:p>
      <w:r>
        <w:t>同時に言った。</w:t>
      </w:r>
    </w:p>
    <w:p/>
    <w:p>
      <w:r>
        <w:t>「帰って」</w:t>
      </w:r>
    </w:p>
    <w:p/>
    <w:p>
      <w:r>
        <w:t>そしてその瞬間</w:t>
      </w:r>
    </w:p>
    <w:p/>
    <w:p>
      <w:r>
        <w:t>マスターの頭の中に</w:t>
      </w:r>
    </w:p>
    <w:p/>
    <w:p>
      <w:r>
        <w:t>声が響いた。</w:t>
      </w:r>
    </w:p>
    <w:p/>
    <w:p>
      <w:r>
        <w:t>【共通言語スキル　解放します】</w:t>
      </w:r>
    </w:p>
    <w:p/>
    <w:p>
      <w:r>
        <w:t>マスターは止まった。</w:t>
      </w:r>
    </w:p>
    <w:p/>
    <w:p>
      <w:r>
        <w:t>「……？」</w:t>
      </w:r>
    </w:p>
    <w:p/>
    <w:p>
      <w:r>
        <w:t>店長</w:t>
      </w:r>
    </w:p>
    <w:p/>
    <w:p>
      <w:r>
        <w:t>「どうした？」</w:t>
      </w:r>
    </w:p>
    <w:p/>
    <w:p>
      <w:r>
        <w:t>マスターは呟いた。</w:t>
      </w:r>
    </w:p>
    <w:p/>
    <w:p>
      <w:r>
        <w:t>「今」</w:t>
      </w:r>
    </w:p>
    <w:p/>
    <w:p>
      <w:r>
        <w:t>「世界が話しかけてきた」</w:t>
      </w:r>
    </w:p>
    <w:p/>
    <w:p>
      <w:r>
        <w:t>店員</w:t>
      </w:r>
    </w:p>
    <w:p/>
    <w:p>
      <w:r>
        <w:t>「やばい人だ」</w:t>
      </w:r>
    </w:p>
    <w:p>
      <w:pPr>
        <w:pStyle w:val="Heading1"/>
      </w:pPr>
      <w:r>
        <w:t>第4章 レジ</w:t>
      </w:r>
    </w:p>
    <w:p>
      <w:r>
        <w:br/>
        <w:t>コンビニの店内。</w:t>
        <w:br/>
        <w:t>白い光。</w:t>
        <w:br/>
        <w:t>整然と並ぶ棚。</w:t>
        <w:br/>
        <w:br/>
        <w:t>syouはレジを見つめていた。</w:t>
        <w:br/>
      </w:r>
    </w:p>
    <w:p>
      <w:pPr>
        <w:pStyle w:val="Heading1"/>
      </w:pPr>
      <w:r>
        <w:t>第5章 採用</w:t>
      </w:r>
    </w:p>
    <w:p>
      <w:r>
        <w:br/>
        <w:t>「夜勤来ません！」</w:t>
        <w:br/>
        <w:t>店長が言う。</w:t>
        <w:br/>
        <w:br/>
        <w:t>店長は syou を見る。</w:t>
        <w:br/>
      </w:r>
    </w:p>
    <w:p>
      <w:pPr>
        <w:pStyle w:val="Heading1"/>
      </w:pPr>
      <w:r>
        <w:t>第6章 円</w:t>
      </w:r>
    </w:p>
    <w:p>
      <w:r>
        <w:br/>
        <w:t>仕事が終わった。</w:t>
        <w:br/>
        <w:t>封筒が渡される。</w:t>
        <w:br/>
        <w:br/>
        <w:t>三千円。</w:t>
        <w:br/>
      </w:r>
    </w:p>
    <w:p>
      <w:pPr>
        <w:pStyle w:val="Heading1"/>
      </w:pPr>
      <w:r>
        <w:t>第7章 クエスト</w:t>
      </w:r>
    </w:p>
    <w:p>
      <w:r>
        <w:br/>
        <w:t>スマホの画面。</w:t>
        <w:br/>
        <w:t>仕事の一覧。</w:t>
        <w:br/>
        <w:br/>
        <w:t>syouは言う。</w:t>
        <w:br/>
        <w:t>「クエストボードだ」</w:t>
        <w:br/>
      </w:r>
    </w:p>
    <w:p>
      <w:pPr>
        <w:pStyle w:val="Heading1"/>
      </w:pPr>
      <w:r>
        <w:t>第8章 冒険者</w:t>
      </w:r>
    </w:p>
    <w:p>
      <w:r>
        <w:br/>
        <w:t>依頼を受ける者。</w:t>
        <w:br/>
        <w:t>それが冒険者。</w:t>
        <w:br/>
      </w:r>
    </w:p>
    <w:p>
      <w:pPr>
        <w:pStyle w:val="Heading1"/>
      </w:pPr>
      <w:r>
        <w:t>第9章 ギルド</w:t>
      </w:r>
    </w:p>
    <w:p>
      <w:r>
        <w:br/>
        <w:t>番号 00。</w:t>
        <w:br/>
        <w:t>カードを見つめる。</w:t>
        <w:br/>
      </w:r>
    </w:p>
    <w:p>
      <w:pPr>
        <w:pStyle w:val="Heading1"/>
      </w:pPr>
      <w:r>
        <w:t>第10章 始まり</w:t>
      </w:r>
    </w:p>
    <w:p>
      <w:r>
        <w:br/>
        <w:t>困った人がクエストを出す。</w:t>
        <w:br/>
        <w:t>できる人が解決する。</w:t>
        <w:br/>
        <w:br/>
        <w:t>困ったらギルド。</w:t>
        <w:br/>
      </w:r>
    </w:p>
    <w:p>
      <w:pPr>
        <w:pStyle w:val="Heading1"/>
      </w:pPr>
      <w:r>
        <w:t>付録　仮ギルドカード</w:t>
      </w:r>
    </w:p>
    <w:p>
      <w:r>
        <w:br/>
        <w:t>WORKER GUILD 仮ギルドカード</w:t>
        <w:br/>
        <w:br/>
        <w:t>番号：＿＿＿＿</w:t>
        <w:br/>
        <w:t>名前：＿＿＿＿</w:t>
        <w:br/>
        <w:t>ランク：G</w:t>
        <w:br/>
        <w:br/>
        <w:t>このカードは</w:t>
        <w:br/>
        <w:t>招待状であり通行証でもある。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