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C70CA" w14:textId="77777777" w:rsidR="00B20BDE" w:rsidRDefault="00000000">
      <w:pPr>
        <w:pStyle w:val="1"/>
        <w:jc w:val="center"/>
        <w:rPr>
          <w:lang w:eastAsia="ja-JP"/>
        </w:rPr>
      </w:pPr>
      <w:r>
        <w:rPr>
          <w:lang w:eastAsia="ja-JP"/>
        </w:rPr>
        <w:t>「ただいま」と言える場所を、子どもたちに。</w:t>
      </w:r>
    </w:p>
    <w:p w14:paraId="52256822" w14:textId="77777777" w:rsidR="00316BFF" w:rsidRDefault="00316BFF">
      <w:pPr>
        <w:rPr>
          <w:lang w:eastAsia="ja-JP"/>
        </w:rPr>
      </w:pPr>
    </w:p>
    <w:p w14:paraId="5038AC23" w14:textId="18BEDBC4" w:rsidR="00316BFF" w:rsidRDefault="00000000">
      <w:pPr>
        <w:rPr>
          <w:lang w:eastAsia="ja-JP"/>
        </w:rPr>
      </w:pPr>
      <w:r>
        <w:rPr>
          <w:lang w:eastAsia="ja-JP"/>
        </w:rPr>
        <w:t>こんにちは。</w:t>
      </w:r>
      <w:r>
        <w:rPr>
          <w:lang w:eastAsia="ja-JP"/>
        </w:rPr>
        <w:br/>
      </w:r>
      <w:r>
        <w:rPr>
          <w:lang w:eastAsia="ja-JP"/>
        </w:rPr>
        <w:t>私たち社会福祉法人伸康会は、青森県弘前市で</w:t>
      </w:r>
      <w:r w:rsidR="00BE15FD">
        <w:rPr>
          <w:rFonts w:hint="eastAsia"/>
          <w:lang w:eastAsia="ja-JP"/>
        </w:rPr>
        <w:t>介護事業、</w:t>
      </w:r>
      <w:proofErr w:type="gramStart"/>
      <w:r w:rsidR="00BE15FD">
        <w:rPr>
          <w:rFonts w:hint="eastAsia"/>
          <w:lang w:eastAsia="ja-JP"/>
        </w:rPr>
        <w:t>障がい</w:t>
      </w:r>
      <w:proofErr w:type="gramEnd"/>
      <w:r w:rsidR="00BE15FD">
        <w:rPr>
          <w:rFonts w:hint="eastAsia"/>
          <w:lang w:eastAsia="ja-JP"/>
        </w:rPr>
        <w:t>福祉事業など</w:t>
      </w:r>
      <w:r>
        <w:rPr>
          <w:lang w:eastAsia="ja-JP"/>
        </w:rPr>
        <w:t>地域に根ざした支援を続けてきました。そして今、新たな一歩として、</w:t>
      </w:r>
      <w:r>
        <w:rPr>
          <w:lang w:eastAsia="ja-JP"/>
        </w:rPr>
        <w:t>15</w:t>
      </w:r>
      <w:r>
        <w:rPr>
          <w:lang w:eastAsia="ja-JP"/>
        </w:rPr>
        <w:t>歳から</w:t>
      </w:r>
      <w:r>
        <w:rPr>
          <w:lang w:eastAsia="ja-JP"/>
        </w:rPr>
        <w:t>20</w:t>
      </w:r>
      <w:r>
        <w:rPr>
          <w:lang w:eastAsia="ja-JP"/>
        </w:rPr>
        <w:t>歳未満の子どもたちを支える「自立援助ホーム」を開設し</w:t>
      </w:r>
      <w:r w:rsidR="00BE15FD">
        <w:rPr>
          <w:rFonts w:hint="eastAsia"/>
          <w:lang w:eastAsia="ja-JP"/>
        </w:rPr>
        <w:t>ました</w:t>
      </w:r>
      <w:r>
        <w:rPr>
          <w:rFonts w:hint="eastAsia"/>
          <w:lang w:eastAsia="ja-JP"/>
        </w:rPr>
        <w:t>。</w:t>
      </w:r>
    </w:p>
    <w:p w14:paraId="5966977E" w14:textId="77777777" w:rsidR="00316BFF" w:rsidRDefault="00316BFF">
      <w:pPr>
        <w:rPr>
          <w:lang w:eastAsia="ja-JP"/>
        </w:rPr>
      </w:pPr>
    </w:p>
    <w:p w14:paraId="56ECFC4B" w14:textId="77777777" w:rsidR="00B20BDE" w:rsidRDefault="00000000">
      <w:pPr>
        <w:pStyle w:val="21"/>
        <w:rPr>
          <w:lang w:eastAsia="ja-JP"/>
        </w:rPr>
      </w:pPr>
      <w:r>
        <w:rPr>
          <w:lang w:eastAsia="ja-JP"/>
        </w:rPr>
        <w:t xml:space="preserve">■ </w:t>
      </w:r>
      <w:r>
        <w:rPr>
          <w:lang w:eastAsia="ja-JP"/>
        </w:rPr>
        <w:t>なぜ「自立援助ホーム」が必要なのか？</w:t>
      </w:r>
    </w:p>
    <w:p w14:paraId="1DB47EAE" w14:textId="0031D5EA" w:rsidR="00BE15FD" w:rsidRDefault="00000000" w:rsidP="00BE15FD">
      <w:pPr>
        <w:spacing w:line="0" w:lineRule="atLeast"/>
        <w:rPr>
          <w:lang w:eastAsia="ja-JP"/>
        </w:rPr>
      </w:pPr>
      <w:r>
        <w:rPr>
          <w:lang w:eastAsia="ja-JP"/>
        </w:rPr>
        <w:t>虐待やネグレクト、家庭の不和などで、家で暮らせない子どもたちがいます。</w:t>
      </w:r>
      <w:r>
        <w:rPr>
          <w:lang w:eastAsia="ja-JP"/>
        </w:rPr>
        <w:br/>
      </w:r>
      <w:r>
        <w:rPr>
          <w:lang w:eastAsia="ja-JP"/>
        </w:rPr>
        <w:t>本来、最も安心できるはずの場所を失った彼らに必要なのは、もう一度「安心して</w:t>
      </w:r>
      <w:r w:rsidR="00BE15FD">
        <w:rPr>
          <w:rFonts w:hint="eastAsia"/>
          <w:lang w:eastAsia="ja-JP"/>
        </w:rPr>
        <w:t>生活できる</w:t>
      </w:r>
      <w:r>
        <w:rPr>
          <w:lang w:eastAsia="ja-JP"/>
        </w:rPr>
        <w:t>居場所」です。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また、緊急で保護が必要な子どもたちが一時的に避難できる場所も、弘前市周辺にはほとんど存在しません</w:t>
      </w:r>
      <w:r w:rsidR="00C32817">
        <w:rPr>
          <w:rFonts w:hint="eastAsia"/>
          <w:lang w:eastAsia="ja-JP"/>
        </w:rPr>
        <w:t>（受入先がいっぱい、施設が不足などの理由）</w:t>
      </w:r>
      <w:r>
        <w:rPr>
          <w:lang w:eastAsia="ja-JP"/>
        </w:rPr>
        <w:t>。そのため子どもたち</w:t>
      </w:r>
      <w:r w:rsidR="00BE15FD">
        <w:rPr>
          <w:rFonts w:hint="eastAsia"/>
          <w:lang w:eastAsia="ja-JP"/>
        </w:rPr>
        <w:t>の中には、</w:t>
      </w:r>
      <w:r>
        <w:rPr>
          <w:lang w:eastAsia="ja-JP"/>
        </w:rPr>
        <w:t>地元</w:t>
      </w:r>
      <w:r w:rsidR="00EB26EE">
        <w:rPr>
          <w:rFonts w:hint="eastAsia"/>
          <w:lang w:eastAsia="ja-JP"/>
        </w:rPr>
        <w:t>から離れた</w:t>
      </w:r>
      <w:r>
        <w:rPr>
          <w:lang w:eastAsia="ja-JP"/>
        </w:rPr>
        <w:t>土地で支援を受けるしかない</w:t>
      </w:r>
      <w:r w:rsidR="00C32817">
        <w:rPr>
          <w:rFonts w:hint="eastAsia"/>
          <w:lang w:eastAsia="ja-JP"/>
        </w:rPr>
        <w:t>ケースもあります</w:t>
      </w:r>
      <w:r>
        <w:rPr>
          <w:lang w:eastAsia="ja-JP"/>
        </w:rPr>
        <w:t>。</w:t>
      </w:r>
    </w:p>
    <w:p w14:paraId="393194D5" w14:textId="77102A36" w:rsidR="00BE15FD" w:rsidRDefault="00BE15FD" w:rsidP="00BE15FD">
      <w:pPr>
        <w:pStyle w:val="a9"/>
        <w:rPr>
          <w:lang w:eastAsia="ja-JP"/>
        </w:rPr>
      </w:pPr>
      <w:r>
        <w:rPr>
          <w:rFonts w:hint="eastAsia"/>
          <w:lang w:eastAsia="ja-JP"/>
        </w:rPr>
        <w:t>今回のホーム</w:t>
      </w:r>
      <w:r w:rsidR="00EB26EE">
        <w:rPr>
          <w:rFonts w:hint="eastAsia"/>
          <w:lang w:eastAsia="ja-JP"/>
        </w:rPr>
        <w:t>開設</w:t>
      </w:r>
      <w:r>
        <w:rPr>
          <w:rFonts w:hint="eastAsia"/>
          <w:lang w:eastAsia="ja-JP"/>
        </w:rPr>
        <w:t>の役割は２つです</w:t>
      </w:r>
      <w:r>
        <w:rPr>
          <w:lang w:eastAsia="ja-JP"/>
        </w:rPr>
        <w:t>。</w:t>
      </w: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2696"/>
        <w:gridCol w:w="2946"/>
      </w:tblGrid>
      <w:tr w:rsidR="004F2111" w14:paraId="7CC19F76" w14:textId="77777777" w:rsidTr="00C32817">
        <w:tc>
          <w:tcPr>
            <w:tcW w:w="2696" w:type="dxa"/>
          </w:tcPr>
          <w:p w14:paraId="0FDB9184" w14:textId="3F3AA7BE" w:rsidR="004F2111" w:rsidRPr="004F2111" w:rsidRDefault="004F2111" w:rsidP="004F2111">
            <w:pPr>
              <w:pStyle w:val="a9"/>
              <w:jc w:val="center"/>
              <w:rPr>
                <w:sz w:val="24"/>
                <w:szCs w:val="24"/>
                <w:lang w:eastAsia="ja-JP"/>
              </w:rPr>
            </w:pPr>
            <w:r w:rsidRPr="004F2111">
              <w:rPr>
                <w:rFonts w:hint="eastAsia"/>
                <w:sz w:val="24"/>
                <w:szCs w:val="24"/>
                <w:lang w:eastAsia="ja-JP"/>
              </w:rPr>
              <w:t>役割</w:t>
            </w:r>
          </w:p>
        </w:tc>
        <w:tc>
          <w:tcPr>
            <w:tcW w:w="2946" w:type="dxa"/>
          </w:tcPr>
          <w:p w14:paraId="756A31DE" w14:textId="389F1B7D" w:rsidR="004F2111" w:rsidRPr="004F2111" w:rsidRDefault="004F2111" w:rsidP="004F2111">
            <w:pPr>
              <w:pStyle w:val="a9"/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対象年齢</w:t>
            </w:r>
          </w:p>
        </w:tc>
      </w:tr>
      <w:tr w:rsidR="004F2111" w14:paraId="2166EE74" w14:textId="77777777" w:rsidTr="00C32817">
        <w:tc>
          <w:tcPr>
            <w:tcW w:w="2696" w:type="dxa"/>
          </w:tcPr>
          <w:p w14:paraId="2B0F6F4C" w14:textId="3A3DE339" w:rsidR="004F2111" w:rsidRPr="004F2111" w:rsidRDefault="004F2111" w:rsidP="00EB26EE">
            <w:pPr>
              <w:pStyle w:val="a9"/>
              <w:jc w:val="center"/>
              <w:rPr>
                <w:sz w:val="24"/>
                <w:szCs w:val="24"/>
                <w:lang w:eastAsia="ja-JP"/>
              </w:rPr>
            </w:pPr>
            <w:r w:rsidRPr="004F2111">
              <w:rPr>
                <w:rFonts w:hint="eastAsia"/>
                <w:sz w:val="24"/>
                <w:szCs w:val="24"/>
                <w:lang w:eastAsia="ja-JP"/>
              </w:rPr>
              <w:t>自立援助ホーム</w:t>
            </w:r>
          </w:p>
        </w:tc>
        <w:tc>
          <w:tcPr>
            <w:tcW w:w="2946" w:type="dxa"/>
          </w:tcPr>
          <w:p w14:paraId="0A2D9300" w14:textId="73B398F5" w:rsidR="004F2111" w:rsidRPr="004F2111" w:rsidRDefault="004F2111" w:rsidP="00EB26EE">
            <w:pPr>
              <w:pStyle w:val="a9"/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  <w:lang w:eastAsia="ja-JP"/>
              </w:rPr>
              <w:t>15</w:t>
            </w:r>
            <w:r>
              <w:rPr>
                <w:rFonts w:hint="eastAsia"/>
                <w:sz w:val="24"/>
                <w:szCs w:val="24"/>
                <w:lang w:eastAsia="ja-JP"/>
              </w:rPr>
              <w:t>〜</w:t>
            </w:r>
            <w:r>
              <w:rPr>
                <w:rFonts w:hint="eastAsia"/>
                <w:sz w:val="24"/>
                <w:szCs w:val="24"/>
                <w:lang w:eastAsia="ja-JP"/>
              </w:rPr>
              <w:t>20</w:t>
            </w:r>
            <w:r>
              <w:rPr>
                <w:rFonts w:hint="eastAsia"/>
                <w:sz w:val="24"/>
                <w:szCs w:val="24"/>
                <w:lang w:eastAsia="ja-JP"/>
              </w:rPr>
              <w:t>歳まで</w:t>
            </w:r>
          </w:p>
        </w:tc>
      </w:tr>
      <w:tr w:rsidR="004F2111" w14:paraId="48E35740" w14:textId="77777777" w:rsidTr="00C32817">
        <w:tc>
          <w:tcPr>
            <w:tcW w:w="2696" w:type="dxa"/>
          </w:tcPr>
          <w:p w14:paraId="6D89B64C" w14:textId="25F795A4" w:rsidR="004F2111" w:rsidRPr="004F2111" w:rsidRDefault="004F2111" w:rsidP="00EB26EE">
            <w:pPr>
              <w:pStyle w:val="a9"/>
              <w:jc w:val="center"/>
              <w:rPr>
                <w:sz w:val="24"/>
                <w:szCs w:val="24"/>
                <w:lang w:eastAsia="ja-JP"/>
              </w:rPr>
            </w:pPr>
            <w:r w:rsidRPr="004F2111">
              <w:rPr>
                <w:rFonts w:hint="eastAsia"/>
                <w:sz w:val="24"/>
                <w:szCs w:val="24"/>
                <w:lang w:eastAsia="ja-JP"/>
              </w:rPr>
              <w:t>一時保護</w:t>
            </w:r>
          </w:p>
        </w:tc>
        <w:tc>
          <w:tcPr>
            <w:tcW w:w="2946" w:type="dxa"/>
          </w:tcPr>
          <w:p w14:paraId="5723639D" w14:textId="37F07091" w:rsidR="004F2111" w:rsidRPr="004F2111" w:rsidRDefault="004F2111" w:rsidP="00EB26EE">
            <w:pPr>
              <w:pStyle w:val="a9"/>
              <w:ind w:firstLineChars="50" w:firstLine="120"/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2</w:t>
            </w:r>
            <w:r>
              <w:rPr>
                <w:rFonts w:hint="eastAsia"/>
                <w:sz w:val="24"/>
                <w:szCs w:val="24"/>
                <w:lang w:eastAsia="ja-JP"/>
              </w:rPr>
              <w:t>〜</w:t>
            </w:r>
            <w:r>
              <w:rPr>
                <w:rFonts w:hint="eastAsia"/>
                <w:sz w:val="24"/>
                <w:szCs w:val="24"/>
                <w:lang w:eastAsia="ja-JP"/>
              </w:rPr>
              <w:t>18</w:t>
            </w:r>
            <w:r>
              <w:rPr>
                <w:rFonts w:hint="eastAsia"/>
                <w:sz w:val="24"/>
                <w:szCs w:val="24"/>
                <w:lang w:eastAsia="ja-JP"/>
              </w:rPr>
              <w:t>歳未満</w:t>
            </w:r>
          </w:p>
        </w:tc>
      </w:tr>
    </w:tbl>
    <w:p w14:paraId="743F2F9A" w14:textId="77777777" w:rsidR="004F2111" w:rsidRDefault="004F2111">
      <w:pPr>
        <w:pStyle w:val="21"/>
        <w:rPr>
          <w:lang w:eastAsia="ja-JP"/>
        </w:rPr>
      </w:pPr>
    </w:p>
    <w:p w14:paraId="438B8FCE" w14:textId="7472D415" w:rsidR="00B20BDE" w:rsidRDefault="00000000">
      <w:pPr>
        <w:pStyle w:val="21"/>
        <w:rPr>
          <w:lang w:eastAsia="ja-JP"/>
        </w:rPr>
      </w:pPr>
      <w:r>
        <w:rPr>
          <w:lang w:eastAsia="ja-JP"/>
        </w:rPr>
        <w:t xml:space="preserve">■ </w:t>
      </w:r>
      <w:r>
        <w:rPr>
          <w:lang w:eastAsia="ja-JP"/>
        </w:rPr>
        <w:t>地元で、寄り添える場所をつくりたい。</w:t>
      </w:r>
    </w:p>
    <w:p w14:paraId="5C18B9FC" w14:textId="071F90DA" w:rsidR="00B20BDE" w:rsidRDefault="00000000">
      <w:pPr>
        <w:rPr>
          <w:lang w:eastAsia="ja-JP"/>
        </w:rPr>
      </w:pPr>
      <w:r>
        <w:rPr>
          <w:lang w:eastAsia="ja-JP"/>
        </w:rPr>
        <w:t>私たちは、既存の施設を活用し、子どもたちが安心して暮らし、自立を目指せる「ホーム」を立ち上げ</w:t>
      </w:r>
      <w:r w:rsidR="00BE15FD">
        <w:rPr>
          <w:rFonts w:hint="eastAsia"/>
          <w:lang w:eastAsia="ja-JP"/>
        </w:rPr>
        <w:t>ることにしました</w:t>
      </w:r>
      <w:r>
        <w:rPr>
          <w:lang w:eastAsia="ja-JP"/>
        </w:rPr>
        <w:t>。</w:t>
      </w:r>
      <w:r>
        <w:rPr>
          <w:lang w:eastAsia="ja-JP"/>
        </w:rPr>
        <w:br/>
      </w:r>
      <w:r>
        <w:rPr>
          <w:lang w:eastAsia="ja-JP"/>
        </w:rPr>
        <w:t>しかし、施設は築年数が経っており、玄関やトイレのドア、壁紙などの改修が不可欠です。このクラウドファンディングでは、その改修工事費（</w:t>
      </w:r>
      <w:r>
        <w:rPr>
          <w:lang w:eastAsia="ja-JP"/>
        </w:rPr>
        <w:t>200</w:t>
      </w:r>
      <w:r>
        <w:rPr>
          <w:lang w:eastAsia="ja-JP"/>
        </w:rPr>
        <w:t>万円）を皆さまからご支援いただきたいと考えています。</w:t>
      </w:r>
    </w:p>
    <w:p w14:paraId="3BA3E4D2" w14:textId="77777777" w:rsidR="00B20BDE" w:rsidRDefault="00000000">
      <w:pPr>
        <w:pStyle w:val="21"/>
        <w:rPr>
          <w:lang w:eastAsia="ja-JP"/>
        </w:rPr>
      </w:pPr>
      <w:r>
        <w:rPr>
          <w:lang w:eastAsia="ja-JP"/>
        </w:rPr>
        <w:t xml:space="preserve">■ </w:t>
      </w:r>
      <w:r>
        <w:rPr>
          <w:lang w:eastAsia="ja-JP"/>
        </w:rPr>
        <w:t>あなたの支援で、未来が変わります。</w:t>
      </w:r>
    </w:p>
    <w:p w14:paraId="198E11D3" w14:textId="229B121F" w:rsidR="00B20BDE" w:rsidRDefault="00000000">
      <w:pPr>
        <w:rPr>
          <w:lang w:eastAsia="ja-JP"/>
        </w:rPr>
      </w:pPr>
      <w:r>
        <w:rPr>
          <w:lang w:eastAsia="ja-JP"/>
        </w:rPr>
        <w:t>「帰る場所がある」</w:t>
      </w:r>
      <w:r>
        <w:rPr>
          <w:lang w:eastAsia="ja-JP"/>
        </w:rPr>
        <w:br/>
      </w:r>
      <w:r>
        <w:rPr>
          <w:lang w:eastAsia="ja-JP"/>
        </w:rPr>
        <w:t>それだけで、子どもたちは強くなれます。</w:t>
      </w:r>
      <w:r>
        <w:rPr>
          <w:lang w:eastAsia="ja-JP"/>
        </w:rPr>
        <w:br/>
      </w:r>
      <w:r>
        <w:rPr>
          <w:lang w:eastAsia="ja-JP"/>
        </w:rPr>
        <w:t>進学や就職、社会へ巣立つその日まで</w:t>
      </w:r>
      <w:r w:rsidR="00BE15FD">
        <w:rPr>
          <w:rFonts w:hint="eastAsia"/>
          <w:lang w:eastAsia="ja-JP"/>
        </w:rPr>
        <w:t>、</w:t>
      </w:r>
      <w:r>
        <w:rPr>
          <w:lang w:eastAsia="ja-JP"/>
        </w:rPr>
        <w:t>子どもたちが「自分には味方がいる」と感じられるような場所を、</w:t>
      </w:r>
      <w:r w:rsidR="00BE15FD">
        <w:rPr>
          <w:rFonts w:hint="eastAsia"/>
          <w:lang w:eastAsia="ja-JP"/>
        </w:rPr>
        <w:t>地域の皆さまと</w:t>
      </w:r>
      <w:r>
        <w:rPr>
          <w:lang w:eastAsia="ja-JP"/>
        </w:rPr>
        <w:t>一緒につくり</w:t>
      </w:r>
      <w:r w:rsidR="00BE15FD">
        <w:rPr>
          <w:rFonts w:hint="eastAsia"/>
          <w:lang w:eastAsia="ja-JP"/>
        </w:rPr>
        <w:t>たいと考えます。</w:t>
      </w:r>
    </w:p>
    <w:p w14:paraId="458D582E" w14:textId="77777777" w:rsidR="00BE15FD" w:rsidRDefault="00BE15FD">
      <w:pPr>
        <w:rPr>
          <w:lang w:eastAsia="ja-JP"/>
        </w:rPr>
      </w:pPr>
    </w:p>
    <w:p w14:paraId="7A4E94B4" w14:textId="77777777" w:rsidR="00B20BDE" w:rsidRDefault="00000000">
      <w:pPr>
        <w:pStyle w:val="21"/>
        <w:rPr>
          <w:lang w:eastAsia="ja-JP"/>
        </w:rPr>
      </w:pPr>
      <w:r>
        <w:rPr>
          <w:lang w:eastAsia="ja-JP"/>
        </w:rPr>
        <w:lastRenderedPageBreak/>
        <w:t xml:space="preserve">■ </w:t>
      </w:r>
      <w:r>
        <w:rPr>
          <w:lang w:eastAsia="ja-JP"/>
        </w:rPr>
        <w:t>ご支援の方法</w:t>
      </w:r>
    </w:p>
    <w:p w14:paraId="5C5B24C0" w14:textId="07D48A2A" w:rsidR="00BE15FD" w:rsidRDefault="00000000">
      <w:pPr>
        <w:rPr>
          <w:lang w:eastAsia="ja-JP"/>
        </w:rPr>
      </w:pPr>
      <w:r>
        <w:rPr>
          <w:lang w:eastAsia="ja-JP"/>
        </w:rPr>
        <w:t>READYFOR</w:t>
      </w:r>
      <w:r>
        <w:rPr>
          <w:lang w:eastAsia="ja-JP"/>
        </w:rPr>
        <w:t>にてプロジェクトを公開中です。</w:t>
      </w:r>
      <w:r>
        <w:rPr>
          <w:lang w:eastAsia="ja-JP"/>
        </w:rPr>
        <w:br/>
      </w:r>
      <w:r>
        <w:rPr>
          <w:lang w:eastAsia="ja-JP"/>
        </w:rPr>
        <w:t>下記のリンクより詳細をご覧いただけます：</w:t>
      </w:r>
      <w:r>
        <w:rPr>
          <w:lang w:eastAsia="ja-JP"/>
        </w:rPr>
        <w:br/>
      </w:r>
      <w:r>
        <w:rPr>
          <w:lang w:eastAsia="ja-JP"/>
        </w:rPr>
        <w:br/>
        <w:t>▶︎ https://readyfor.jp/projects/jiritsu</w:t>
      </w:r>
      <w:r>
        <w:rPr>
          <w:lang w:eastAsia="ja-JP"/>
        </w:rPr>
        <w:br/>
      </w:r>
      <w:r>
        <w:rPr>
          <w:lang w:eastAsia="ja-JP"/>
        </w:rPr>
        <w:br/>
        <w:t xml:space="preserve">- </w:t>
      </w:r>
      <w:r>
        <w:rPr>
          <w:lang w:eastAsia="ja-JP"/>
        </w:rPr>
        <w:t>支援金額：</w:t>
      </w:r>
      <w:r>
        <w:rPr>
          <w:lang w:eastAsia="ja-JP"/>
        </w:rPr>
        <w:t>5,000</w:t>
      </w:r>
      <w:r>
        <w:rPr>
          <w:lang w:eastAsia="ja-JP"/>
        </w:rPr>
        <w:t>円〜</w:t>
      </w:r>
      <w:r>
        <w:rPr>
          <w:lang w:eastAsia="ja-JP"/>
        </w:rPr>
        <w:t>30,000</w:t>
      </w:r>
      <w:r>
        <w:rPr>
          <w:lang w:eastAsia="ja-JP"/>
        </w:rPr>
        <w:t>円のコースをご用意</w:t>
      </w:r>
      <w:r>
        <w:rPr>
          <w:lang w:eastAsia="ja-JP"/>
        </w:rPr>
        <w:br/>
        <w:t xml:space="preserve">- </w:t>
      </w:r>
      <w:r>
        <w:rPr>
          <w:lang w:eastAsia="ja-JP"/>
        </w:rPr>
        <w:t>ご希望の方には、改修後のホームへご招待</w:t>
      </w:r>
      <w:r>
        <w:rPr>
          <w:lang w:eastAsia="ja-JP"/>
        </w:rPr>
        <w:br/>
        <w:t xml:space="preserve">- </w:t>
      </w:r>
      <w:r>
        <w:rPr>
          <w:lang w:eastAsia="ja-JP"/>
        </w:rPr>
        <w:t>名前掲載や寄付領収書の発行も可能です</w:t>
      </w:r>
      <w:r w:rsidR="00BE15FD">
        <w:rPr>
          <w:rFonts w:hint="eastAsia"/>
          <w:lang w:eastAsia="ja-JP"/>
        </w:rPr>
        <w:t xml:space="preserve">　　※寄付額は寄附金控除の対象になります</w:t>
      </w:r>
    </w:p>
    <w:p w14:paraId="4AA7C565" w14:textId="77777777" w:rsidR="00BE15FD" w:rsidRDefault="00BE15FD">
      <w:pPr>
        <w:rPr>
          <w:lang w:eastAsia="ja-JP"/>
        </w:rPr>
      </w:pPr>
    </w:p>
    <w:p w14:paraId="5F27DB4B" w14:textId="77777777" w:rsidR="00B20BDE" w:rsidRDefault="00000000">
      <w:pPr>
        <w:pStyle w:val="21"/>
        <w:rPr>
          <w:lang w:eastAsia="ja-JP"/>
        </w:rPr>
      </w:pPr>
      <w:r>
        <w:rPr>
          <w:lang w:eastAsia="ja-JP"/>
        </w:rPr>
        <w:t xml:space="preserve">■ </w:t>
      </w:r>
      <w:r>
        <w:rPr>
          <w:lang w:eastAsia="ja-JP"/>
        </w:rPr>
        <w:t>最後に</w:t>
      </w:r>
    </w:p>
    <w:p w14:paraId="13D30CB4" w14:textId="77777777" w:rsidR="00BE15FD" w:rsidRDefault="00000000">
      <w:pPr>
        <w:rPr>
          <w:lang w:eastAsia="ja-JP"/>
        </w:rPr>
      </w:pPr>
      <w:r>
        <w:rPr>
          <w:lang w:eastAsia="ja-JP"/>
        </w:rPr>
        <w:t>子どもたちは、どんな環境にあっても未来を切り開く力を持っています。</w:t>
      </w:r>
      <w:r>
        <w:rPr>
          <w:lang w:eastAsia="ja-JP"/>
        </w:rPr>
        <w:br/>
      </w:r>
      <w:r w:rsidR="00BE15FD">
        <w:rPr>
          <w:rFonts w:hint="eastAsia"/>
          <w:lang w:eastAsia="ja-JP"/>
        </w:rPr>
        <w:t>しかし</w:t>
      </w:r>
      <w:r>
        <w:rPr>
          <w:lang w:eastAsia="ja-JP"/>
        </w:rPr>
        <w:t>、その力を発揮するには、安心して眠れる場所と、心に寄り添ってくれる大人の存在が必要です。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「ただいま」と言える場所を、今ここに。</w:t>
      </w:r>
      <w:r>
        <w:rPr>
          <w:lang w:eastAsia="ja-JP"/>
        </w:rPr>
        <w:br/>
      </w:r>
      <w:r>
        <w:rPr>
          <w:lang w:eastAsia="ja-JP"/>
        </w:rPr>
        <w:t>あなたの温かいご支援を、どうぞよろしくお願いいたします。</w:t>
      </w:r>
    </w:p>
    <w:p w14:paraId="1714B9A5" w14:textId="2689E997" w:rsidR="00B20BDE" w:rsidRDefault="00000000">
      <w:r>
        <w:rPr>
          <w:lang w:eastAsia="ja-JP"/>
        </w:rPr>
        <w:br/>
      </w:r>
      <w:r>
        <w:rPr>
          <w:lang w:eastAsia="ja-JP"/>
        </w:rPr>
        <w:br/>
      </w:r>
      <w:proofErr w:type="spellStart"/>
      <w:r>
        <w:t>社会福祉法人伸康会</w:t>
      </w:r>
      <w:proofErr w:type="spellEnd"/>
      <w:r>
        <w:br/>
      </w:r>
      <w:proofErr w:type="spellStart"/>
      <w:r>
        <w:t>代表</w:t>
      </w:r>
      <w:proofErr w:type="spellEnd"/>
      <w:r>
        <w:t xml:space="preserve">　蒔苗俊二</w:t>
      </w:r>
    </w:p>
    <w:sectPr w:rsidR="00B20B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2D5BC9"/>
    <w:multiLevelType w:val="hybridMultilevel"/>
    <w:tmpl w:val="53020240"/>
    <w:lvl w:ilvl="0" w:tplc="DE0E60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0422EFF"/>
    <w:multiLevelType w:val="hybridMultilevel"/>
    <w:tmpl w:val="56F0C4F6"/>
    <w:lvl w:ilvl="0" w:tplc="55806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C421927"/>
    <w:multiLevelType w:val="hybridMultilevel"/>
    <w:tmpl w:val="B48CE046"/>
    <w:lvl w:ilvl="0" w:tplc="50345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49231782">
    <w:abstractNumId w:val="8"/>
  </w:num>
  <w:num w:numId="2" w16cid:durableId="937175574">
    <w:abstractNumId w:val="6"/>
  </w:num>
  <w:num w:numId="3" w16cid:durableId="1002660885">
    <w:abstractNumId w:val="5"/>
  </w:num>
  <w:num w:numId="4" w16cid:durableId="60829605">
    <w:abstractNumId w:val="4"/>
  </w:num>
  <w:num w:numId="5" w16cid:durableId="197596023">
    <w:abstractNumId w:val="7"/>
  </w:num>
  <w:num w:numId="6" w16cid:durableId="824781065">
    <w:abstractNumId w:val="3"/>
  </w:num>
  <w:num w:numId="7" w16cid:durableId="646864266">
    <w:abstractNumId w:val="2"/>
  </w:num>
  <w:num w:numId="8" w16cid:durableId="2043549611">
    <w:abstractNumId w:val="1"/>
  </w:num>
  <w:num w:numId="9" w16cid:durableId="1542549261">
    <w:abstractNumId w:val="0"/>
  </w:num>
  <w:num w:numId="10" w16cid:durableId="485513267">
    <w:abstractNumId w:val="9"/>
  </w:num>
  <w:num w:numId="11" w16cid:durableId="265386356">
    <w:abstractNumId w:val="10"/>
  </w:num>
  <w:num w:numId="12" w16cid:durableId="436174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0B1D"/>
    <w:rsid w:val="00316BFF"/>
    <w:rsid w:val="00326F90"/>
    <w:rsid w:val="00357613"/>
    <w:rsid w:val="004F2111"/>
    <w:rsid w:val="0060559E"/>
    <w:rsid w:val="00AA1D8D"/>
    <w:rsid w:val="00B20BDE"/>
    <w:rsid w:val="00B47730"/>
    <w:rsid w:val="00BE15FD"/>
    <w:rsid w:val="00C32817"/>
    <w:rsid w:val="00C93586"/>
    <w:rsid w:val="00CB0664"/>
    <w:rsid w:val="00EB26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456EF4"/>
  <w14:defaultImageDpi w14:val="300"/>
  <w15:docId w15:val="{80D4BB43-8321-1D4C-8AD4-0C36C23B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514</Words>
  <Characters>545</Characters>
  <Application>Microsoft Office Word</Application>
  <DocSecurity>0</DocSecurity>
  <Lines>32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俊二 蒔苗</cp:lastModifiedBy>
  <cp:revision>5</cp:revision>
  <dcterms:created xsi:type="dcterms:W3CDTF">2013-12-23T23:15:00Z</dcterms:created>
  <dcterms:modified xsi:type="dcterms:W3CDTF">2025-06-16T06:20:00Z</dcterms:modified>
  <cp:category/>
</cp:coreProperties>
</file>