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黄金バランス式＊からだタイプ診断シート</w:t>
      </w:r>
    </w:p>
    <w:p>
      <w:pPr>
        <w:pStyle w:val="Heading1"/>
      </w:pPr>
      <w:r>
        <w:t>1ページ目｜導入文</w:t>
      </w:r>
    </w:p>
    <w:p>
      <w:r>
        <w:br/>
        <w:t>痩せないのは、栄養不足！</w:t>
        <w:br/>
        <w:t>体調にも現れる、“隠れ栄養不足”を見逃さないで</w:t>
        <w:br/>
        <w:br/>
        <w:t>「全然食べてないのに、体重が落ちない…」</w:t>
        <w:br/>
        <w:t>「最近なんだか疲れやすい」</w:t>
        <w:br/>
        <w:t>「甘いものばっかり欲しくなる」</w:t>
        <w:br/>
        <w:t>そんなあなた、もしかすると──</w:t>
        <w:br/>
        <w:t>“体の中”が、栄養でスカスカになっているのかも。</w:t>
        <w:br/>
        <w:br/>
        <w:t>体に必要な栄養が足りていないと、</w:t>
        <w:br/>
        <w:t>いくら頑張っても代謝は上がらず、脂肪は燃えません。</w:t>
        <w:br/>
        <w:t>それどころか、ホルモンも自律神経も乱れて、</w:t>
        <w:br/>
        <w:t>「不調」と「停滞」のループにハマってしまいます。</w:t>
        <w:br/>
        <w:br/>
        <w:t>黄金バランスダイエットは、</w:t>
        <w:br/>
        <w:t>“体に栄養を満たして、代謝を上げ、痩せ体質をつくる”メソッド。</w:t>
        <w:br/>
        <w:t>「何を減らすか」ではなく、</w:t>
        <w:br/>
        <w:t>「何を足すか」で体はみるみる変わる。</w:t>
        <w:br/>
        <w:br/>
        <w:t>このシートでは、あなたの体の今の状態から</w:t>
        <w:br/>
        <w:t>「何が足りていないのか？」をチェックし、</w:t>
        <w:br/>
        <w:t>不足している栄養タイプとその対策をお伝えします。</w:t>
        <w:br/>
      </w:r>
    </w:p>
    <w:p>
      <w:pPr>
        <w:pStyle w:val="Heading1"/>
      </w:pPr>
      <w:r>
        <w:t>2ページ目｜チェックシート</w:t>
      </w:r>
    </w:p>
    <w:p>
      <w:r>
        <w:br/>
        <w:t>【Aタイプ】糖質不足タイプ（エネルギー切れ）</w:t>
        <w:br/>
        <w:t>□ 甘いものが無性に欲しくなる</w:t>
        <w:br/>
        <w:t>□ 集中力が続かず、ぼーっとする</w:t>
        <w:br/>
        <w:t>□ 食後すぐにお腹が空く</w:t>
        <w:br/>
        <w:t>□ 朝ごはんを抜きがち</w:t>
        <w:br/>
        <w:t>□ 体がだるく、動くのが面倒になる</w:t>
        <w:br/>
        <w:br/>
        <w:t>【Bタイプ】タンパク質不足タイプ（回復力ダウン）</w:t>
        <w:br/>
        <w:t>□ 爪が割れやすい・髪が抜けやすい</w:t>
        <w:br/>
        <w:t>□ 筋肉が落ちた・たるみが気になる</w:t>
        <w:br/>
        <w:t>□ 肌のハリ・ツヤがなくなってきた</w:t>
        <w:br/>
        <w:t>□ 風邪をひきやすく治りにくい</w:t>
        <w:br/>
        <w:t>□ 朝から疲れが取れていない</w:t>
        <w:br/>
        <w:br/>
        <w:t>【Cタイプ】ビタミン・ミネラル不足タイプ（巡り低下）</w:t>
        <w:br/>
        <w:t>□ 便秘・お腹のハリが気になる</w:t>
        <w:br/>
        <w:t>□ 肌荒れ・口内炎ができやすい</w:t>
        <w:br/>
        <w:t>□ めまい・立ちくらみがある</w:t>
        <w:br/>
        <w:t>□ イライラ・気分が落ち込むことがある</w:t>
        <w:br/>
        <w:t>□ 野菜や水分をあまり摂っていない</w:t>
        <w:br/>
      </w:r>
    </w:p>
    <w:p>
      <w:pPr>
        <w:pStyle w:val="Heading1"/>
      </w:pPr>
      <w:r>
        <w:t>3ページ目｜タイプ別アドバイス</w:t>
      </w:r>
    </w:p>
    <w:p>
      <w:r>
        <w:br/>
        <w:t>【Aタイプ】糖質不足タイプ</w:t>
        <w:br/>
        <w:t>● 朝食に“白ごはん”をしっかり1杯</w:t>
        <w:br/>
        <w:t>● 間食にバナナや干し芋など“自然な糖”を</w:t>
        <w:br/>
        <w:t>● 黄金バランスPoint：食べるタイミングと種類が痩せ体質のカギ！</w:t>
        <w:br/>
        <w:br/>
        <w:t>【Bタイプ】タンパク質不足タイプ</w:t>
        <w:br/>
        <w:t>● 朝昼夜にたんぱく源（たまご・豆腐・魚など）を1品ずつ</w:t>
        <w:br/>
        <w:t>● おやつはチーズやゆで卵などを活用</w:t>
        <w:br/>
        <w:t>● 黄金バランスPoint：土台が整えば自然に体型も変わる！</w:t>
        <w:br/>
        <w:br/>
        <w:t>【Cタイプ】ビタミン・ミネラル不足タイプ</w:t>
        <w:br/>
        <w:t>● 1食に“彩りのある野菜”をプラス（詳細は講座で）</w:t>
        <w:br/>
        <w:t>● 水分は“白湯”がベスト。味噌汁は1日1杯を目安に</w:t>
        <w:br/>
        <w:t>● 黄金バランスPoint：色・水・温かさが痩せる体のカギ！</w:t>
        <w:br/>
      </w:r>
    </w:p>
    <w:p>
      <w:pPr>
        <w:pStyle w:val="Heading1"/>
      </w:pPr>
      <w:r>
        <w:t>4ページ目｜まとめ＆講座誘導</w:t>
      </w:r>
    </w:p>
    <w:p>
      <w:r>
        <w:br/>
        <w:t>今のあなたに必要なのは、“がんばる”より“満たす”という選択。</w:t>
        <w:br/>
        <w:br/>
        <w:t>体の不調やダイエットの停滞は、</w:t>
        <w:br/>
        <w:t>「サボってるから」でも「意志が弱いから」でもありません。</w:t>
        <w:br/>
        <w:t>ただ、体に必要な栄養が足りていなかっただけ…なのかもしれません。</w:t>
        <w:br/>
        <w:br/>
        <w:t>黄金バランスダイエットなら、</w:t>
        <w:br/>
        <w:t>食べることを我慢せず、体も心も整って自然と痩せていく未来が待っています。</w:t>
        <w:br/>
        <w:br/>
        <w:t xml:space="preserve">● どんな栄養を、どんなバランスで？　</w:t>
        <w:br/>
        <w:t>● 運動なしで変われる理由は？</w:t>
        <w:br/>
        <w:t>● リバウンドしない“食べ方の土台”って？</w:t>
        <w:br/>
        <w:br/>
        <w:t>その答えは、黄金バランス講座で。</w:t>
        <w:br/>
        <w:br/>
        <w:t>LINE登録者限定で、無料のご案内やお得な情報をお届けしています。</w:t>
        <w:br/>
        <w:t>「ちゃんと痩せたい」と思ったら、ぜひ次の一歩を。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